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4CEA1" w14:textId="6ECA9A9A" w:rsidR="004C1213" w:rsidRPr="00AC3E2D" w:rsidRDefault="00410E28" w:rsidP="005F76B4">
      <w:pPr>
        <w:spacing w:after="0" w:line="240" w:lineRule="auto"/>
        <w:ind w:right="-563"/>
        <w:jc w:val="center"/>
        <w:rPr>
          <w:rFonts w:asciiTheme="majorBidi" w:hAnsiTheme="majorBidi" w:cstheme="majorBidi"/>
          <w:b/>
          <w:sz w:val="24"/>
          <w:szCs w:val="24"/>
          <w:lang w:val="ro-RO"/>
        </w:rPr>
      </w:pPr>
      <w:r w:rsidRPr="00AC3E2D">
        <w:rPr>
          <w:rFonts w:asciiTheme="majorBidi" w:hAnsiTheme="majorBidi" w:cstheme="majorBidi"/>
          <w:b/>
          <w:sz w:val="24"/>
          <w:szCs w:val="24"/>
          <w:lang w:val="ro-RO"/>
        </w:rPr>
        <w:t>TERMENI DE REFERINȚĂ</w:t>
      </w:r>
    </w:p>
    <w:p w14:paraId="1B7F6DA9" w14:textId="50C728DA" w:rsidR="00235DAD" w:rsidRPr="00AC3E2D" w:rsidRDefault="005757A9" w:rsidP="005F76B4">
      <w:pPr>
        <w:spacing w:after="0" w:line="240" w:lineRule="auto"/>
        <w:ind w:right="-563"/>
        <w:jc w:val="center"/>
        <w:rPr>
          <w:rFonts w:asciiTheme="majorBidi" w:hAnsiTheme="majorBidi" w:cstheme="majorBidi"/>
          <w:b/>
          <w:sz w:val="24"/>
          <w:szCs w:val="24"/>
          <w:lang w:val="ro-RO"/>
        </w:rPr>
      </w:pPr>
      <w:r w:rsidRPr="00AC3E2D">
        <w:rPr>
          <w:rFonts w:asciiTheme="majorBidi" w:hAnsiTheme="majorBidi" w:cstheme="majorBidi"/>
          <w:b/>
          <w:sz w:val="24"/>
          <w:szCs w:val="24"/>
          <w:lang w:val="ro-RO"/>
        </w:rPr>
        <w:t>privind c</w:t>
      </w:r>
      <w:r w:rsidR="00F65442" w:rsidRPr="00AC3E2D">
        <w:rPr>
          <w:rFonts w:asciiTheme="majorBidi" w:hAnsiTheme="majorBidi" w:cstheme="majorBidi"/>
          <w:b/>
          <w:sz w:val="24"/>
          <w:szCs w:val="24"/>
          <w:lang w:val="ro-RO"/>
        </w:rPr>
        <w:t xml:space="preserve">ontractarea </w:t>
      </w:r>
      <w:r w:rsidR="00DC3650" w:rsidRPr="00AC3E2D">
        <w:rPr>
          <w:rFonts w:asciiTheme="majorBidi" w:hAnsiTheme="majorBidi" w:cstheme="majorBidi"/>
          <w:b/>
          <w:sz w:val="24"/>
          <w:szCs w:val="24"/>
          <w:lang w:val="ro-RO"/>
        </w:rPr>
        <w:t>unui</w:t>
      </w:r>
      <w:r w:rsidR="00637578" w:rsidRPr="00AC3E2D">
        <w:rPr>
          <w:rFonts w:asciiTheme="majorBidi" w:hAnsiTheme="majorBidi" w:cstheme="majorBidi"/>
          <w:b/>
          <w:sz w:val="24"/>
          <w:szCs w:val="24"/>
          <w:lang w:val="ro-RO"/>
        </w:rPr>
        <w:t xml:space="preserve">/unei </w:t>
      </w:r>
      <w:r w:rsidR="00DC3650" w:rsidRPr="00AC3E2D">
        <w:rPr>
          <w:rFonts w:asciiTheme="majorBidi" w:hAnsiTheme="majorBidi" w:cstheme="majorBidi"/>
          <w:b/>
          <w:sz w:val="24"/>
          <w:szCs w:val="24"/>
          <w:lang w:val="ro-RO"/>
        </w:rPr>
        <w:t>consultant</w:t>
      </w:r>
      <w:r w:rsidR="00637578" w:rsidRPr="00AC3E2D">
        <w:rPr>
          <w:rFonts w:asciiTheme="majorBidi" w:hAnsiTheme="majorBidi" w:cstheme="majorBidi"/>
          <w:b/>
          <w:sz w:val="24"/>
          <w:szCs w:val="24"/>
          <w:lang w:val="ro-RO"/>
        </w:rPr>
        <w:t>/e</w:t>
      </w:r>
      <w:r w:rsidR="00DC3650" w:rsidRPr="00AC3E2D">
        <w:rPr>
          <w:rFonts w:asciiTheme="majorBidi" w:hAnsiTheme="majorBidi" w:cstheme="majorBidi"/>
          <w:b/>
          <w:sz w:val="24"/>
          <w:szCs w:val="24"/>
          <w:lang w:val="ro-RO"/>
        </w:rPr>
        <w:t xml:space="preserve"> individual</w:t>
      </w:r>
      <w:r w:rsidR="00637578" w:rsidRPr="00AC3E2D">
        <w:rPr>
          <w:rFonts w:asciiTheme="majorBidi" w:hAnsiTheme="majorBidi" w:cstheme="majorBidi"/>
          <w:b/>
          <w:sz w:val="24"/>
          <w:szCs w:val="24"/>
          <w:lang w:val="ro-RO"/>
        </w:rPr>
        <w:t>/e</w:t>
      </w:r>
      <w:r w:rsidR="00410E28" w:rsidRPr="00AC3E2D">
        <w:rPr>
          <w:rFonts w:asciiTheme="majorBidi" w:hAnsiTheme="majorBidi" w:cstheme="majorBidi"/>
          <w:b/>
          <w:sz w:val="24"/>
          <w:szCs w:val="24"/>
          <w:lang w:val="ro-RO"/>
        </w:rPr>
        <w:t xml:space="preserve"> pentru elaborarea </w:t>
      </w:r>
      <w:r w:rsidR="00002D92" w:rsidRPr="00AC3E2D">
        <w:rPr>
          <w:rFonts w:asciiTheme="majorBidi" w:hAnsiTheme="majorBidi" w:cstheme="majorBidi"/>
          <w:b/>
          <w:sz w:val="24"/>
          <w:szCs w:val="24"/>
          <w:lang w:val="ro-RO"/>
        </w:rPr>
        <w:t xml:space="preserve">Manualului operațional </w:t>
      </w:r>
      <w:r w:rsidR="00331AC3" w:rsidRPr="00AC3E2D">
        <w:rPr>
          <w:rFonts w:asciiTheme="majorBidi" w:hAnsiTheme="majorBidi" w:cstheme="majorBidi"/>
          <w:b/>
          <w:sz w:val="24"/>
          <w:szCs w:val="24"/>
          <w:lang w:val="ro-RO"/>
        </w:rPr>
        <w:t>al</w:t>
      </w:r>
      <w:r w:rsidR="0055019B" w:rsidRPr="00AC3E2D">
        <w:rPr>
          <w:rFonts w:asciiTheme="majorBidi" w:hAnsiTheme="majorBidi" w:cstheme="majorBidi"/>
          <w:b/>
          <w:sz w:val="24"/>
          <w:szCs w:val="24"/>
          <w:lang w:val="ro-RO"/>
        </w:rPr>
        <w:t xml:space="preserve"> </w:t>
      </w:r>
      <w:r w:rsidR="00E37905" w:rsidRPr="00AC3E2D">
        <w:rPr>
          <w:rFonts w:asciiTheme="majorBidi" w:hAnsiTheme="majorBidi" w:cstheme="majorBidi"/>
          <w:b/>
          <w:sz w:val="24"/>
          <w:szCs w:val="24"/>
          <w:lang w:val="ro-RO"/>
        </w:rPr>
        <w:t>Serviciului de asistență telefonică gratuită pentru persoanele cu dizabilități </w:t>
      </w:r>
    </w:p>
    <w:p w14:paraId="67B19BBE" w14:textId="77777777" w:rsidR="00543B57" w:rsidRPr="00AC3E2D" w:rsidRDefault="00543B57" w:rsidP="005F76B4">
      <w:pPr>
        <w:spacing w:after="0" w:line="240" w:lineRule="auto"/>
        <w:ind w:right="-563"/>
        <w:jc w:val="center"/>
        <w:rPr>
          <w:rFonts w:asciiTheme="majorBidi" w:hAnsiTheme="majorBidi" w:cstheme="majorBidi"/>
          <w:color w:val="0070C0"/>
          <w:sz w:val="24"/>
          <w:szCs w:val="24"/>
          <w:lang w:val="ro-RO"/>
        </w:rPr>
      </w:pPr>
    </w:p>
    <w:p w14:paraId="11349AA4" w14:textId="1126E081" w:rsidR="00EF659D" w:rsidRPr="00AC3E2D" w:rsidRDefault="00C90AAC" w:rsidP="00BD2463">
      <w:pPr>
        <w:pStyle w:val="Heading2"/>
        <w:tabs>
          <w:tab w:val="left" w:pos="360"/>
        </w:tabs>
        <w:spacing w:before="0" w:line="240" w:lineRule="auto"/>
        <w:rPr>
          <w:rFonts w:asciiTheme="majorBidi" w:hAnsiTheme="majorBidi"/>
          <w:color w:val="0070C0"/>
          <w:sz w:val="24"/>
          <w:szCs w:val="24"/>
          <w:lang w:val="ro-RO"/>
        </w:rPr>
      </w:pPr>
      <w:r w:rsidRPr="00AC3E2D">
        <w:rPr>
          <w:rFonts w:asciiTheme="majorBidi" w:hAnsiTheme="majorBidi"/>
          <w:color w:val="0070C0"/>
          <w:sz w:val="24"/>
          <w:szCs w:val="24"/>
          <w:lang w:val="ro-RO"/>
        </w:rPr>
        <w:t>DATE GENERALE</w:t>
      </w:r>
    </w:p>
    <w:tbl>
      <w:tblPr>
        <w:tblStyle w:val="LightGrid-Accent1"/>
        <w:tblW w:w="9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6666"/>
      </w:tblGrid>
      <w:tr w:rsidR="004E0143" w:rsidRPr="00AC3E2D" w14:paraId="56BCB1F9" w14:textId="77777777" w:rsidTr="00235DAD">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06843AF5"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Organizația:</w:t>
            </w:r>
          </w:p>
        </w:tc>
        <w:tc>
          <w:tcPr>
            <w:tcW w:w="6666" w:type="dxa"/>
            <w:tcBorders>
              <w:top w:val="none" w:sz="0" w:space="0" w:color="auto"/>
              <w:left w:val="none" w:sz="0" w:space="0" w:color="auto"/>
              <w:bottom w:val="none" w:sz="0" w:space="0" w:color="auto"/>
              <w:right w:val="none" w:sz="0" w:space="0" w:color="auto"/>
            </w:tcBorders>
          </w:tcPr>
          <w:p w14:paraId="19D68BC5" w14:textId="0104C867" w:rsidR="004C1213" w:rsidRPr="00AC3E2D" w:rsidRDefault="00410E28" w:rsidP="00BD2463">
            <w:pP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lang w:val="ro-RO"/>
              </w:rPr>
            </w:pPr>
            <w:r w:rsidRPr="00AC3E2D">
              <w:rPr>
                <w:rFonts w:asciiTheme="majorBidi" w:hAnsiTheme="majorBidi"/>
                <w:sz w:val="24"/>
                <w:szCs w:val="24"/>
                <w:lang w:val="ro-RO"/>
              </w:rPr>
              <w:t>I</w:t>
            </w:r>
            <w:r w:rsidR="00165FD9" w:rsidRPr="00AC3E2D">
              <w:rPr>
                <w:rFonts w:asciiTheme="majorBidi" w:hAnsiTheme="majorBidi"/>
                <w:sz w:val="24"/>
                <w:szCs w:val="24"/>
                <w:lang w:val="ro-RO"/>
              </w:rPr>
              <w:t xml:space="preserve">nstituția </w:t>
            </w:r>
            <w:r w:rsidRPr="00AC3E2D">
              <w:rPr>
                <w:rFonts w:asciiTheme="majorBidi" w:hAnsiTheme="majorBidi"/>
                <w:sz w:val="24"/>
                <w:szCs w:val="24"/>
                <w:lang w:val="ro-RO"/>
              </w:rPr>
              <w:t>P</w:t>
            </w:r>
            <w:r w:rsidR="00165FD9" w:rsidRPr="00AC3E2D">
              <w:rPr>
                <w:rFonts w:asciiTheme="majorBidi" w:hAnsiTheme="majorBidi"/>
                <w:sz w:val="24"/>
                <w:szCs w:val="24"/>
                <w:lang w:val="ro-RO"/>
              </w:rPr>
              <w:t>rivată</w:t>
            </w:r>
            <w:r w:rsidRPr="00AC3E2D">
              <w:rPr>
                <w:rFonts w:asciiTheme="majorBidi" w:hAnsiTheme="majorBidi"/>
                <w:sz w:val="24"/>
                <w:szCs w:val="24"/>
                <w:lang w:val="ro-RO"/>
              </w:rPr>
              <w:t xml:space="preserve"> Keystone Moldova</w:t>
            </w:r>
          </w:p>
        </w:tc>
      </w:tr>
      <w:tr w:rsidR="004E0143" w:rsidRPr="00AC3E2D" w14:paraId="21910B65" w14:textId="77777777" w:rsidTr="00235DAD">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20047A25"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Tip concurs:</w:t>
            </w:r>
          </w:p>
        </w:tc>
        <w:tc>
          <w:tcPr>
            <w:tcW w:w="6666" w:type="dxa"/>
            <w:tcBorders>
              <w:top w:val="none" w:sz="0" w:space="0" w:color="auto"/>
              <w:left w:val="none" w:sz="0" w:space="0" w:color="auto"/>
              <w:bottom w:val="none" w:sz="0" w:space="0" w:color="auto"/>
              <w:right w:val="none" w:sz="0" w:space="0" w:color="auto"/>
            </w:tcBorders>
          </w:tcPr>
          <w:p w14:paraId="66CEAB5D" w14:textId="77777777" w:rsidR="004C1213" w:rsidRPr="00AC3E2D" w:rsidRDefault="00410E28" w:rsidP="00BD24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Național (doar pentru persoane rezidente în Republica Moldova)</w:t>
            </w:r>
          </w:p>
        </w:tc>
      </w:tr>
      <w:tr w:rsidR="004E0143" w:rsidRPr="00AC3E2D" w14:paraId="69F024CE" w14:textId="77777777" w:rsidTr="00235DAD">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546ED7CA"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Sector:</w:t>
            </w:r>
          </w:p>
        </w:tc>
        <w:tc>
          <w:tcPr>
            <w:tcW w:w="6666" w:type="dxa"/>
            <w:tcBorders>
              <w:top w:val="none" w:sz="0" w:space="0" w:color="auto"/>
              <w:left w:val="none" w:sz="0" w:space="0" w:color="auto"/>
              <w:bottom w:val="none" w:sz="0" w:space="0" w:color="auto"/>
              <w:right w:val="none" w:sz="0" w:space="0" w:color="auto"/>
            </w:tcBorders>
          </w:tcPr>
          <w:p w14:paraId="3B593FC4" w14:textId="5C1C03EB" w:rsidR="004C1213" w:rsidRPr="00AC3E2D" w:rsidRDefault="004E0143" w:rsidP="00BD2463">
            <w:pP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 xml:space="preserve">Protecție </w:t>
            </w:r>
            <w:r w:rsidR="00410E28" w:rsidRPr="00AC3E2D">
              <w:rPr>
                <w:rFonts w:asciiTheme="majorBidi" w:hAnsiTheme="majorBidi" w:cstheme="majorBidi"/>
                <w:sz w:val="24"/>
                <w:szCs w:val="24"/>
                <w:lang w:val="ro-RO"/>
              </w:rPr>
              <w:t xml:space="preserve">socială </w:t>
            </w:r>
          </w:p>
        </w:tc>
      </w:tr>
      <w:tr w:rsidR="004E0143" w:rsidRPr="00AC3E2D" w14:paraId="20B8078A" w14:textId="77777777" w:rsidTr="00235DAD">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3CC0F48A"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Tipul contractului:</w:t>
            </w:r>
          </w:p>
        </w:tc>
        <w:tc>
          <w:tcPr>
            <w:tcW w:w="6666" w:type="dxa"/>
            <w:tcBorders>
              <w:top w:val="none" w:sz="0" w:space="0" w:color="auto"/>
              <w:left w:val="none" w:sz="0" w:space="0" w:color="auto"/>
              <w:bottom w:val="none" w:sz="0" w:space="0" w:color="auto"/>
              <w:right w:val="none" w:sz="0" w:space="0" w:color="auto"/>
            </w:tcBorders>
          </w:tcPr>
          <w:p w14:paraId="517215B8" w14:textId="1FD460A6" w:rsidR="004C1213" w:rsidRPr="00AC3E2D" w:rsidRDefault="00410E28" w:rsidP="00BD24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Prestare servicii (consultant individual)</w:t>
            </w:r>
          </w:p>
        </w:tc>
      </w:tr>
      <w:tr w:rsidR="004E0143" w:rsidRPr="00AC3E2D" w14:paraId="31418764" w14:textId="77777777" w:rsidTr="00235DAD">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4F060EDA"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Locație:</w:t>
            </w:r>
          </w:p>
        </w:tc>
        <w:tc>
          <w:tcPr>
            <w:tcW w:w="6666" w:type="dxa"/>
            <w:tcBorders>
              <w:top w:val="none" w:sz="0" w:space="0" w:color="auto"/>
              <w:left w:val="none" w:sz="0" w:space="0" w:color="auto"/>
              <w:bottom w:val="none" w:sz="0" w:space="0" w:color="auto"/>
              <w:right w:val="none" w:sz="0" w:space="0" w:color="auto"/>
            </w:tcBorders>
          </w:tcPr>
          <w:p w14:paraId="3674933E" w14:textId="448F9D70" w:rsidR="004C1213" w:rsidRPr="00AC3E2D" w:rsidRDefault="00410E28" w:rsidP="00BD2463">
            <w:pP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 xml:space="preserve">Republica Moldova </w:t>
            </w:r>
          </w:p>
        </w:tc>
      </w:tr>
      <w:tr w:rsidR="004E0143" w:rsidRPr="00AC3E2D" w14:paraId="0C3001AC" w14:textId="77777777" w:rsidTr="00235DAD">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39F3E750"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Termen limită de depunere:</w:t>
            </w:r>
          </w:p>
        </w:tc>
        <w:tc>
          <w:tcPr>
            <w:tcW w:w="6666" w:type="dxa"/>
            <w:tcBorders>
              <w:top w:val="none" w:sz="0" w:space="0" w:color="auto"/>
              <w:left w:val="none" w:sz="0" w:space="0" w:color="auto"/>
              <w:bottom w:val="none" w:sz="0" w:space="0" w:color="auto"/>
              <w:right w:val="none" w:sz="0" w:space="0" w:color="auto"/>
            </w:tcBorders>
          </w:tcPr>
          <w:p w14:paraId="5CFDB5B0" w14:textId="21375184" w:rsidR="004C1213" w:rsidRPr="00AC3E2D" w:rsidRDefault="007D2AFD" w:rsidP="00BD24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1</w:t>
            </w:r>
            <w:r w:rsidR="007E0E57" w:rsidRPr="00AC3E2D">
              <w:rPr>
                <w:rFonts w:asciiTheme="majorBidi" w:hAnsiTheme="majorBidi" w:cstheme="majorBidi"/>
                <w:sz w:val="24"/>
                <w:szCs w:val="24"/>
                <w:lang w:val="ro-RO"/>
              </w:rPr>
              <w:t xml:space="preserve">2 noiembrie </w:t>
            </w:r>
            <w:r w:rsidR="00410E28" w:rsidRPr="00AC3E2D">
              <w:rPr>
                <w:rFonts w:asciiTheme="majorBidi" w:hAnsiTheme="majorBidi" w:cstheme="majorBidi"/>
                <w:sz w:val="24"/>
                <w:szCs w:val="24"/>
                <w:lang w:val="ro-RO"/>
              </w:rPr>
              <w:t>2026, ora 1</w:t>
            </w:r>
            <w:r w:rsidR="00A1711E" w:rsidRPr="00AC3E2D">
              <w:rPr>
                <w:rFonts w:asciiTheme="majorBidi" w:hAnsiTheme="majorBidi" w:cstheme="majorBidi"/>
                <w:sz w:val="24"/>
                <w:szCs w:val="24"/>
                <w:lang w:val="ro-RO"/>
              </w:rPr>
              <w:t>7</w:t>
            </w:r>
            <w:r w:rsidR="00410E28" w:rsidRPr="00AC3E2D">
              <w:rPr>
                <w:rFonts w:asciiTheme="majorBidi" w:hAnsiTheme="majorBidi" w:cstheme="majorBidi"/>
                <w:sz w:val="24"/>
                <w:szCs w:val="24"/>
                <w:lang w:val="ro-RO"/>
              </w:rPr>
              <w:t>:00</w:t>
            </w:r>
          </w:p>
        </w:tc>
      </w:tr>
      <w:tr w:rsidR="004E0143" w:rsidRPr="00AC3E2D" w14:paraId="447A6C24" w14:textId="77777777" w:rsidTr="00235DAD">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28BCEA12"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Număr estimat de zile:</w:t>
            </w:r>
          </w:p>
        </w:tc>
        <w:tc>
          <w:tcPr>
            <w:tcW w:w="6666" w:type="dxa"/>
            <w:tcBorders>
              <w:top w:val="none" w:sz="0" w:space="0" w:color="auto"/>
              <w:left w:val="none" w:sz="0" w:space="0" w:color="auto"/>
              <w:bottom w:val="none" w:sz="0" w:space="0" w:color="auto"/>
              <w:right w:val="none" w:sz="0" w:space="0" w:color="auto"/>
            </w:tcBorders>
          </w:tcPr>
          <w:p w14:paraId="726C6C0F" w14:textId="20A803C8" w:rsidR="004C1213" w:rsidRPr="00AC3E2D" w:rsidRDefault="00A1711E" w:rsidP="00BD2463">
            <w:pP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15</w:t>
            </w:r>
            <w:r w:rsidR="00F524F9" w:rsidRPr="00AC3E2D">
              <w:rPr>
                <w:rFonts w:asciiTheme="majorBidi" w:hAnsiTheme="majorBidi" w:cstheme="majorBidi"/>
                <w:sz w:val="24"/>
                <w:szCs w:val="24"/>
                <w:lang w:val="ro-RO"/>
              </w:rPr>
              <w:t xml:space="preserve"> </w:t>
            </w:r>
            <w:r w:rsidR="00410E28" w:rsidRPr="00AC3E2D">
              <w:rPr>
                <w:rFonts w:asciiTheme="majorBidi" w:hAnsiTheme="majorBidi" w:cstheme="majorBidi"/>
                <w:sz w:val="24"/>
                <w:szCs w:val="24"/>
                <w:lang w:val="ro-RO"/>
              </w:rPr>
              <w:t>zile</w:t>
            </w:r>
            <w:r w:rsidR="003A3811" w:rsidRPr="00AC3E2D">
              <w:rPr>
                <w:rFonts w:asciiTheme="majorBidi" w:hAnsiTheme="majorBidi" w:cstheme="majorBidi"/>
                <w:sz w:val="24"/>
                <w:szCs w:val="24"/>
                <w:lang w:val="ro-RO"/>
              </w:rPr>
              <w:t xml:space="preserve"> </w:t>
            </w:r>
          </w:p>
        </w:tc>
      </w:tr>
      <w:tr w:rsidR="004E0143" w:rsidRPr="00AC3E2D" w14:paraId="711C43E3" w14:textId="77777777" w:rsidTr="00235DAD">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cBorders>
          </w:tcPr>
          <w:p w14:paraId="2793821D"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Perioada de implementare:</w:t>
            </w:r>
          </w:p>
        </w:tc>
        <w:tc>
          <w:tcPr>
            <w:tcW w:w="6666" w:type="dxa"/>
            <w:tcBorders>
              <w:top w:val="none" w:sz="0" w:space="0" w:color="auto"/>
              <w:left w:val="none" w:sz="0" w:space="0" w:color="auto"/>
              <w:bottom w:val="none" w:sz="0" w:space="0" w:color="auto"/>
              <w:right w:val="none" w:sz="0" w:space="0" w:color="auto"/>
            </w:tcBorders>
          </w:tcPr>
          <w:p w14:paraId="60F34EA0" w14:textId="5100F6E9" w:rsidR="004C1213" w:rsidRPr="00AC3E2D" w:rsidRDefault="007E0E57" w:rsidP="00BD24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 xml:space="preserve">16 noiembrie </w:t>
            </w:r>
            <w:r w:rsidR="006F7D12" w:rsidRPr="00AC3E2D">
              <w:rPr>
                <w:rFonts w:asciiTheme="majorBidi" w:hAnsiTheme="majorBidi" w:cstheme="majorBidi"/>
                <w:sz w:val="24"/>
                <w:szCs w:val="24"/>
                <w:lang w:val="ro-RO"/>
              </w:rPr>
              <w:t>–</w:t>
            </w:r>
            <w:r w:rsidRPr="00AC3E2D">
              <w:rPr>
                <w:rFonts w:asciiTheme="majorBidi" w:hAnsiTheme="majorBidi" w:cstheme="majorBidi"/>
                <w:sz w:val="24"/>
                <w:szCs w:val="24"/>
                <w:lang w:val="ro-RO"/>
              </w:rPr>
              <w:t xml:space="preserve"> </w:t>
            </w:r>
            <w:r w:rsidR="006F7D12" w:rsidRPr="00AC3E2D">
              <w:rPr>
                <w:rFonts w:asciiTheme="majorBidi" w:hAnsiTheme="majorBidi" w:cstheme="majorBidi"/>
                <w:sz w:val="24"/>
                <w:szCs w:val="24"/>
                <w:lang w:val="ro-RO"/>
              </w:rPr>
              <w:t>30 decembrie</w:t>
            </w:r>
            <w:r w:rsidR="00CF4387" w:rsidRPr="00AC3E2D">
              <w:rPr>
                <w:rFonts w:asciiTheme="majorBidi" w:hAnsiTheme="majorBidi" w:cstheme="majorBidi"/>
                <w:sz w:val="24"/>
                <w:szCs w:val="24"/>
                <w:lang w:val="ro-RO"/>
              </w:rPr>
              <w:t xml:space="preserve">, </w:t>
            </w:r>
            <w:r w:rsidR="00410E28" w:rsidRPr="00AC3E2D">
              <w:rPr>
                <w:rFonts w:asciiTheme="majorBidi" w:hAnsiTheme="majorBidi" w:cstheme="majorBidi"/>
                <w:sz w:val="24"/>
                <w:szCs w:val="24"/>
                <w:lang w:val="ro-RO"/>
              </w:rPr>
              <w:t>2026</w:t>
            </w:r>
          </w:p>
        </w:tc>
      </w:tr>
    </w:tbl>
    <w:p w14:paraId="5502C527" w14:textId="77777777" w:rsidR="00026376" w:rsidRPr="00AC3E2D" w:rsidRDefault="00026376" w:rsidP="00BD2463">
      <w:pPr>
        <w:pStyle w:val="Heading2"/>
        <w:spacing w:before="0" w:line="240" w:lineRule="auto"/>
        <w:ind w:right="-563"/>
        <w:rPr>
          <w:rFonts w:asciiTheme="majorBidi" w:hAnsiTheme="majorBidi"/>
          <w:color w:val="0070C0"/>
          <w:sz w:val="24"/>
          <w:szCs w:val="24"/>
          <w:lang w:val="ro-RO"/>
        </w:rPr>
      </w:pPr>
    </w:p>
    <w:p w14:paraId="64654DA7" w14:textId="58C9E92A" w:rsidR="004C1213" w:rsidRPr="00AC3E2D" w:rsidRDefault="002838AC" w:rsidP="00BD2463">
      <w:pPr>
        <w:pStyle w:val="Heading2"/>
        <w:spacing w:before="0" w:line="240" w:lineRule="auto"/>
        <w:ind w:right="-563"/>
        <w:rPr>
          <w:rFonts w:asciiTheme="majorBidi" w:hAnsiTheme="majorBidi"/>
          <w:color w:val="0070C0"/>
          <w:sz w:val="24"/>
          <w:szCs w:val="24"/>
          <w:lang w:val="ro-RO"/>
        </w:rPr>
      </w:pPr>
      <w:r w:rsidRPr="00AC3E2D">
        <w:rPr>
          <w:rFonts w:asciiTheme="majorBidi" w:hAnsiTheme="majorBidi"/>
          <w:color w:val="0070C0"/>
          <w:sz w:val="24"/>
          <w:szCs w:val="24"/>
          <w:lang w:val="ro-RO"/>
        </w:rPr>
        <w:t>INFORMAȚIE GENERALĂ</w:t>
      </w:r>
    </w:p>
    <w:p w14:paraId="09CD673E" w14:textId="4D3CC832" w:rsidR="00A22E02" w:rsidRPr="00AC3E2D" w:rsidRDefault="00A22E02" w:rsidP="00BD2463">
      <w:pPr>
        <w:spacing w:after="0" w:line="240" w:lineRule="auto"/>
        <w:ind w:right="-563" w:firstLine="567"/>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I.P. Keystone Moldova (în continuare – Keystone Moldova) a fost fondată în anul 2004 de către organizația Keystone Human Services International din SUA. Misiunea Keystone Moldova constă în promovarea şi dezvoltarea oportunităţilor </w:t>
      </w:r>
      <w:r w:rsidR="00BE34F3" w:rsidRPr="00AC3E2D">
        <w:rPr>
          <w:rFonts w:asciiTheme="majorBidi" w:hAnsiTheme="majorBidi" w:cstheme="majorBidi"/>
          <w:sz w:val="24"/>
          <w:szCs w:val="24"/>
          <w:lang w:val="ro-RO"/>
        </w:rPr>
        <w:t>prin oferirea a</w:t>
      </w:r>
      <w:r w:rsidRPr="00AC3E2D">
        <w:rPr>
          <w:rFonts w:asciiTheme="majorBidi" w:hAnsiTheme="majorBidi" w:cstheme="majorBidi"/>
          <w:sz w:val="24"/>
          <w:szCs w:val="24"/>
          <w:lang w:val="ro-RO"/>
        </w:rPr>
        <w:t>sistenț</w:t>
      </w:r>
      <w:r w:rsidR="00BE34F3" w:rsidRPr="00AC3E2D">
        <w:rPr>
          <w:rFonts w:asciiTheme="majorBidi" w:hAnsiTheme="majorBidi" w:cstheme="majorBidi"/>
          <w:sz w:val="24"/>
          <w:szCs w:val="24"/>
          <w:lang w:val="ro-RO"/>
        </w:rPr>
        <w:t>ei</w:t>
      </w:r>
      <w:r w:rsidRPr="00AC3E2D">
        <w:rPr>
          <w:rFonts w:asciiTheme="majorBidi" w:hAnsiTheme="majorBidi" w:cstheme="majorBidi"/>
          <w:sz w:val="24"/>
          <w:szCs w:val="24"/>
          <w:lang w:val="ro-RO"/>
        </w:rPr>
        <w:t xml:space="preserve"> tehnic</w:t>
      </w:r>
      <w:r w:rsidR="00BE34F3" w:rsidRPr="00AC3E2D">
        <w:rPr>
          <w:rFonts w:asciiTheme="majorBidi" w:hAnsiTheme="majorBidi" w:cstheme="majorBidi"/>
          <w:sz w:val="24"/>
          <w:szCs w:val="24"/>
          <w:lang w:val="ro-RO"/>
        </w:rPr>
        <w:t>e</w:t>
      </w:r>
      <w:r w:rsidRPr="00AC3E2D">
        <w:rPr>
          <w:rFonts w:asciiTheme="majorBidi" w:hAnsiTheme="majorBidi" w:cstheme="majorBidi"/>
          <w:sz w:val="24"/>
          <w:szCs w:val="24"/>
          <w:lang w:val="ro-RO"/>
        </w:rPr>
        <w:t>, servicii</w:t>
      </w:r>
      <w:r w:rsidR="00BE34F3" w:rsidRPr="00AC3E2D">
        <w:rPr>
          <w:rFonts w:asciiTheme="majorBidi" w:hAnsiTheme="majorBidi" w:cstheme="majorBidi"/>
          <w:sz w:val="24"/>
          <w:szCs w:val="24"/>
          <w:lang w:val="ro-RO"/>
        </w:rPr>
        <w:t>lor</w:t>
      </w:r>
      <w:r w:rsidRPr="00AC3E2D">
        <w:rPr>
          <w:rFonts w:asciiTheme="majorBidi" w:hAnsiTheme="majorBidi" w:cstheme="majorBidi"/>
          <w:sz w:val="24"/>
          <w:szCs w:val="24"/>
          <w:lang w:val="ro-RO"/>
        </w:rPr>
        <w:t xml:space="preserve"> de consultanță, servicii</w:t>
      </w:r>
      <w:r w:rsidR="00BE34F3" w:rsidRPr="00AC3E2D">
        <w:rPr>
          <w:rFonts w:asciiTheme="majorBidi" w:hAnsiTheme="majorBidi" w:cstheme="majorBidi"/>
          <w:sz w:val="24"/>
          <w:szCs w:val="24"/>
          <w:lang w:val="ro-RO"/>
        </w:rPr>
        <w:t>lor</w:t>
      </w:r>
      <w:r w:rsidRPr="00AC3E2D">
        <w:rPr>
          <w:rFonts w:asciiTheme="majorBidi" w:hAnsiTheme="majorBidi" w:cstheme="majorBidi"/>
          <w:sz w:val="24"/>
          <w:szCs w:val="24"/>
          <w:lang w:val="ro-RO"/>
        </w:rPr>
        <w:t xml:space="preserve"> directe de suport, </w:t>
      </w:r>
      <w:r w:rsidR="00233BC6" w:rsidRPr="00AC3E2D">
        <w:rPr>
          <w:rFonts w:asciiTheme="majorBidi" w:hAnsiTheme="majorBidi" w:cstheme="majorBidi"/>
          <w:sz w:val="24"/>
          <w:szCs w:val="24"/>
          <w:lang w:val="ro-RO"/>
        </w:rPr>
        <w:t xml:space="preserve">realizarea </w:t>
      </w:r>
      <w:r w:rsidRPr="00AC3E2D">
        <w:rPr>
          <w:rFonts w:asciiTheme="majorBidi" w:hAnsiTheme="majorBidi" w:cstheme="majorBidi"/>
          <w:sz w:val="24"/>
          <w:szCs w:val="24"/>
          <w:lang w:val="ro-RO"/>
        </w:rPr>
        <w:t>instruiri</w:t>
      </w:r>
      <w:r w:rsidR="00233BC6" w:rsidRPr="00AC3E2D">
        <w:rPr>
          <w:rFonts w:asciiTheme="majorBidi" w:hAnsiTheme="majorBidi" w:cstheme="majorBidi"/>
          <w:sz w:val="24"/>
          <w:szCs w:val="24"/>
          <w:lang w:val="ro-RO"/>
        </w:rPr>
        <w:t>l</w:t>
      </w:r>
      <w:r w:rsidR="00C24391" w:rsidRPr="00AC3E2D">
        <w:rPr>
          <w:rFonts w:asciiTheme="majorBidi" w:hAnsiTheme="majorBidi" w:cstheme="majorBidi"/>
          <w:sz w:val="24"/>
          <w:szCs w:val="24"/>
          <w:lang w:val="ro-RO"/>
        </w:rPr>
        <w:t xml:space="preserve">or și </w:t>
      </w:r>
      <w:r w:rsidRPr="00AC3E2D">
        <w:rPr>
          <w:rFonts w:asciiTheme="majorBidi" w:hAnsiTheme="majorBidi" w:cstheme="majorBidi"/>
          <w:sz w:val="24"/>
          <w:szCs w:val="24"/>
          <w:lang w:val="ro-RO"/>
        </w:rPr>
        <w:t>trans</w:t>
      </w:r>
      <w:r w:rsidR="00A43D11" w:rsidRPr="00AC3E2D">
        <w:rPr>
          <w:rFonts w:asciiTheme="majorBidi" w:hAnsiTheme="majorBidi" w:cstheme="majorBidi"/>
          <w:sz w:val="24"/>
          <w:szCs w:val="24"/>
          <w:lang w:val="ro-RO"/>
        </w:rPr>
        <w:t>ferul</w:t>
      </w:r>
      <w:r w:rsidRPr="00AC3E2D">
        <w:rPr>
          <w:rFonts w:asciiTheme="majorBidi" w:hAnsiTheme="majorBidi" w:cstheme="majorBidi"/>
          <w:sz w:val="24"/>
          <w:szCs w:val="24"/>
          <w:lang w:val="ro-RO"/>
        </w:rPr>
        <w:t xml:space="preserve"> de bune practici, </w:t>
      </w:r>
      <w:r w:rsidR="00C24391" w:rsidRPr="00AC3E2D">
        <w:rPr>
          <w:rFonts w:asciiTheme="majorBidi" w:hAnsiTheme="majorBidi" w:cstheme="majorBidi"/>
          <w:sz w:val="24"/>
          <w:szCs w:val="24"/>
          <w:lang w:val="ro-RO"/>
        </w:rPr>
        <w:t xml:space="preserve">oferirea </w:t>
      </w:r>
      <w:r w:rsidRPr="00AC3E2D">
        <w:rPr>
          <w:rFonts w:asciiTheme="majorBidi" w:hAnsiTheme="majorBidi" w:cstheme="majorBidi"/>
          <w:sz w:val="24"/>
          <w:szCs w:val="24"/>
          <w:lang w:val="ro-RO"/>
        </w:rPr>
        <w:t>suport</w:t>
      </w:r>
      <w:r w:rsidR="00C24391" w:rsidRPr="00AC3E2D">
        <w:rPr>
          <w:rFonts w:asciiTheme="majorBidi" w:hAnsiTheme="majorBidi" w:cstheme="majorBidi"/>
          <w:sz w:val="24"/>
          <w:szCs w:val="24"/>
          <w:lang w:val="ro-RO"/>
        </w:rPr>
        <w:t>ului</w:t>
      </w:r>
      <w:r w:rsidRPr="00AC3E2D">
        <w:rPr>
          <w:rFonts w:asciiTheme="majorBidi" w:hAnsiTheme="majorBidi" w:cstheme="majorBidi"/>
          <w:sz w:val="24"/>
          <w:szCs w:val="24"/>
          <w:lang w:val="ro-RO"/>
        </w:rPr>
        <w:t xml:space="preserve"> financiar şi administrativ în scopul sporirii gradului de independenţă și asigurării incluziunii sociale a persoanelor </w:t>
      </w:r>
      <w:r w:rsidR="00BE7D0D" w:rsidRPr="00AC3E2D">
        <w:rPr>
          <w:rFonts w:asciiTheme="majorBidi" w:hAnsiTheme="majorBidi" w:cstheme="majorBidi"/>
          <w:sz w:val="24"/>
          <w:szCs w:val="24"/>
          <w:lang w:val="ro-RO"/>
        </w:rPr>
        <w:t xml:space="preserve">în dificultate </w:t>
      </w:r>
      <w:r w:rsidRPr="00AC3E2D">
        <w:rPr>
          <w:rFonts w:asciiTheme="majorBidi" w:hAnsiTheme="majorBidi" w:cstheme="majorBidi"/>
          <w:sz w:val="24"/>
          <w:szCs w:val="24"/>
          <w:lang w:val="ro-RO"/>
        </w:rPr>
        <w:t xml:space="preserve">din </w:t>
      </w:r>
      <w:r w:rsidR="00A43D11" w:rsidRPr="00AC3E2D">
        <w:rPr>
          <w:rFonts w:asciiTheme="majorBidi" w:hAnsiTheme="majorBidi" w:cstheme="majorBidi"/>
          <w:sz w:val="24"/>
          <w:szCs w:val="24"/>
          <w:lang w:val="ro-RO"/>
        </w:rPr>
        <w:t xml:space="preserve">Republica </w:t>
      </w:r>
      <w:r w:rsidRPr="00AC3E2D">
        <w:rPr>
          <w:rFonts w:asciiTheme="majorBidi" w:hAnsiTheme="majorBidi" w:cstheme="majorBidi"/>
          <w:sz w:val="24"/>
          <w:szCs w:val="24"/>
          <w:lang w:val="ro-RO"/>
        </w:rPr>
        <w:t>Moldova.</w:t>
      </w:r>
    </w:p>
    <w:p w14:paraId="7A204221" w14:textId="45A14AE0" w:rsidR="00FF6424" w:rsidRPr="00AC3E2D" w:rsidRDefault="00A22E02" w:rsidP="00BD2463">
      <w:pPr>
        <w:spacing w:after="0" w:line="240" w:lineRule="auto"/>
        <w:ind w:right="-563" w:firstLine="567"/>
        <w:jc w:val="both"/>
        <w:rPr>
          <w:rFonts w:asciiTheme="majorBidi" w:hAnsiTheme="majorBidi" w:cstheme="majorBidi"/>
          <w:b/>
          <w:bCs/>
          <w:sz w:val="24"/>
          <w:szCs w:val="24"/>
          <w:lang w:val="ro-RO"/>
        </w:rPr>
      </w:pPr>
      <w:r w:rsidRPr="00AC3E2D">
        <w:rPr>
          <w:rFonts w:asciiTheme="majorBidi" w:hAnsiTheme="majorBidi" w:cstheme="majorBidi"/>
          <w:sz w:val="24"/>
          <w:szCs w:val="24"/>
          <w:lang w:val="ro-RO"/>
        </w:rPr>
        <w:t>În perioada</w:t>
      </w:r>
      <w:r w:rsidR="00FB16A8" w:rsidRPr="00AC3E2D">
        <w:rPr>
          <w:rFonts w:asciiTheme="majorBidi" w:hAnsiTheme="majorBidi" w:cstheme="majorBidi"/>
          <w:sz w:val="24"/>
          <w:szCs w:val="24"/>
          <w:lang w:val="ro-RO"/>
        </w:rPr>
        <w:t xml:space="preserve"> </w:t>
      </w:r>
      <w:r w:rsidR="00224B21" w:rsidRPr="00AC3E2D">
        <w:rPr>
          <w:rFonts w:asciiTheme="majorBidi" w:hAnsiTheme="majorBidi" w:cstheme="majorBidi"/>
          <w:sz w:val="24"/>
          <w:szCs w:val="24"/>
          <w:lang w:val="ro-RO"/>
        </w:rPr>
        <w:t xml:space="preserve">01 </w:t>
      </w:r>
      <w:r w:rsidR="009C36BB" w:rsidRPr="00AC3E2D">
        <w:rPr>
          <w:rFonts w:asciiTheme="majorBidi" w:hAnsiTheme="majorBidi" w:cstheme="majorBidi"/>
          <w:sz w:val="24"/>
          <w:szCs w:val="24"/>
          <w:lang w:val="ro-RO"/>
        </w:rPr>
        <w:t>mai</w:t>
      </w:r>
      <w:r w:rsidR="00224B21" w:rsidRPr="00AC3E2D">
        <w:rPr>
          <w:rFonts w:asciiTheme="majorBidi" w:hAnsiTheme="majorBidi" w:cstheme="majorBidi"/>
          <w:sz w:val="24"/>
          <w:szCs w:val="24"/>
          <w:lang w:val="ro-RO"/>
        </w:rPr>
        <w:t xml:space="preserve"> </w:t>
      </w:r>
      <w:r w:rsidR="001D09C8" w:rsidRPr="00AC3E2D">
        <w:rPr>
          <w:rFonts w:asciiTheme="majorBidi" w:hAnsiTheme="majorBidi" w:cstheme="majorBidi"/>
          <w:sz w:val="24"/>
          <w:szCs w:val="24"/>
          <w:lang w:val="ro-RO"/>
        </w:rPr>
        <w:t>2026</w:t>
      </w:r>
      <w:r w:rsidR="00C27DA0" w:rsidRPr="00AC3E2D">
        <w:rPr>
          <w:rFonts w:asciiTheme="majorBidi" w:hAnsiTheme="majorBidi" w:cstheme="majorBidi"/>
          <w:sz w:val="24"/>
          <w:szCs w:val="24"/>
          <w:lang w:val="ro-RO"/>
        </w:rPr>
        <w:t xml:space="preserve"> </w:t>
      </w:r>
      <w:r w:rsidR="00224B21" w:rsidRPr="00AC3E2D">
        <w:rPr>
          <w:rFonts w:asciiTheme="majorBidi" w:hAnsiTheme="majorBidi" w:cstheme="majorBidi"/>
          <w:sz w:val="24"/>
          <w:szCs w:val="24"/>
          <w:lang w:val="ro-RO"/>
        </w:rPr>
        <w:t>–</w:t>
      </w:r>
      <w:r w:rsidR="00C27DA0" w:rsidRPr="00AC3E2D">
        <w:rPr>
          <w:rFonts w:asciiTheme="majorBidi" w:hAnsiTheme="majorBidi" w:cstheme="majorBidi"/>
          <w:sz w:val="24"/>
          <w:szCs w:val="24"/>
          <w:lang w:val="ro-RO"/>
        </w:rPr>
        <w:t xml:space="preserve"> </w:t>
      </w:r>
      <w:r w:rsidR="00224B21" w:rsidRPr="00AC3E2D">
        <w:rPr>
          <w:rFonts w:asciiTheme="majorBidi" w:hAnsiTheme="majorBidi" w:cstheme="majorBidi"/>
          <w:sz w:val="24"/>
          <w:szCs w:val="24"/>
          <w:lang w:val="ro-RO"/>
        </w:rPr>
        <w:t xml:space="preserve">31 octombrie </w:t>
      </w:r>
      <w:r w:rsidR="00002049" w:rsidRPr="00AC3E2D">
        <w:rPr>
          <w:rFonts w:asciiTheme="majorBidi" w:hAnsiTheme="majorBidi" w:cstheme="majorBidi"/>
          <w:sz w:val="24"/>
          <w:szCs w:val="24"/>
          <w:lang w:val="ro-RO"/>
        </w:rPr>
        <w:t>2029</w:t>
      </w:r>
      <w:r w:rsidR="00237BA9" w:rsidRPr="00AC3E2D">
        <w:rPr>
          <w:rFonts w:asciiTheme="majorBidi" w:hAnsiTheme="majorBidi" w:cstheme="majorBidi"/>
          <w:sz w:val="24"/>
          <w:szCs w:val="24"/>
          <w:lang w:val="ro-RO"/>
        </w:rPr>
        <w:t xml:space="preserve">, </w:t>
      </w:r>
      <w:r w:rsidR="00410E28" w:rsidRPr="00AC3E2D">
        <w:rPr>
          <w:rFonts w:asciiTheme="majorBidi" w:hAnsiTheme="majorBidi" w:cstheme="majorBidi"/>
          <w:sz w:val="24"/>
          <w:szCs w:val="24"/>
          <w:lang w:val="ro-RO"/>
        </w:rPr>
        <w:t xml:space="preserve">Keystone Moldova </w:t>
      </w:r>
      <w:r w:rsidR="00B16ED5" w:rsidRPr="00AC3E2D">
        <w:rPr>
          <w:rFonts w:asciiTheme="majorBidi" w:hAnsiTheme="majorBidi" w:cstheme="majorBidi"/>
          <w:sz w:val="24"/>
          <w:szCs w:val="24"/>
          <w:lang w:val="ro-RO"/>
        </w:rPr>
        <w:t xml:space="preserve">cu suportul financiar al Uniunii Europene, în parteneriat cu Alianța Organizațiilor pentru Persoane cu Dizabilități </w:t>
      </w:r>
      <w:r w:rsidR="004745E9" w:rsidRPr="00AC3E2D">
        <w:rPr>
          <w:rFonts w:asciiTheme="majorBidi" w:hAnsiTheme="majorBidi" w:cstheme="majorBidi"/>
          <w:sz w:val="24"/>
          <w:szCs w:val="24"/>
          <w:lang w:val="ro-RO"/>
        </w:rPr>
        <w:t xml:space="preserve">din Republica Moldova </w:t>
      </w:r>
      <w:r w:rsidR="00B16ED5" w:rsidRPr="00AC3E2D">
        <w:rPr>
          <w:rFonts w:asciiTheme="majorBidi" w:hAnsiTheme="majorBidi" w:cstheme="majorBidi"/>
          <w:sz w:val="24"/>
          <w:szCs w:val="24"/>
          <w:lang w:val="ro-RO"/>
        </w:rPr>
        <w:t>(AOPD) și Ministerul Muncii și Protecției Sociale</w:t>
      </w:r>
      <w:r w:rsidR="00DD5F80" w:rsidRPr="00AC3E2D">
        <w:rPr>
          <w:rFonts w:asciiTheme="majorBidi" w:hAnsiTheme="majorBidi" w:cstheme="majorBidi"/>
          <w:sz w:val="24"/>
          <w:szCs w:val="24"/>
          <w:lang w:val="ro-RO"/>
        </w:rPr>
        <w:t xml:space="preserve"> </w:t>
      </w:r>
      <w:r w:rsidR="00410E28" w:rsidRPr="00AC3E2D">
        <w:rPr>
          <w:rFonts w:asciiTheme="majorBidi" w:hAnsiTheme="majorBidi" w:cstheme="majorBidi"/>
          <w:sz w:val="24"/>
          <w:szCs w:val="24"/>
          <w:lang w:val="ro-RO"/>
        </w:rPr>
        <w:t xml:space="preserve">implementează </w:t>
      </w:r>
      <w:r w:rsidR="00DA3D74" w:rsidRPr="00AC3E2D">
        <w:rPr>
          <w:rFonts w:asciiTheme="majorBidi" w:hAnsiTheme="majorBidi" w:cstheme="majorBidi"/>
          <w:b/>
          <w:bCs/>
          <w:color w:val="0070C0"/>
          <w:sz w:val="24"/>
          <w:szCs w:val="24"/>
          <w:lang w:val="ro-RO"/>
        </w:rPr>
        <w:t>P</w:t>
      </w:r>
      <w:r w:rsidR="00410E28" w:rsidRPr="00AC3E2D">
        <w:rPr>
          <w:rFonts w:asciiTheme="majorBidi" w:hAnsiTheme="majorBidi" w:cstheme="majorBidi"/>
          <w:b/>
          <w:bCs/>
          <w:color w:val="0070C0"/>
          <w:sz w:val="24"/>
          <w:szCs w:val="24"/>
          <w:lang w:val="ro-RO"/>
        </w:rPr>
        <w:t>roiectul</w:t>
      </w:r>
      <w:r w:rsidR="00E103F9" w:rsidRPr="00AC3E2D">
        <w:rPr>
          <w:rFonts w:asciiTheme="majorBidi" w:hAnsiTheme="majorBidi" w:cstheme="majorBidi"/>
          <w:b/>
          <w:bCs/>
          <w:color w:val="0070C0"/>
          <w:sz w:val="24"/>
          <w:szCs w:val="24"/>
          <w:lang w:val="ro-RO"/>
        </w:rPr>
        <w:t xml:space="preserve"> </w:t>
      </w:r>
      <w:r w:rsidR="00410E28" w:rsidRPr="00AC3E2D">
        <w:rPr>
          <w:rFonts w:asciiTheme="majorBidi" w:hAnsiTheme="majorBidi" w:cstheme="majorBidi"/>
          <w:b/>
          <w:bCs/>
          <w:color w:val="0070C0"/>
          <w:sz w:val="24"/>
          <w:szCs w:val="24"/>
          <w:lang w:val="ro-RO"/>
        </w:rPr>
        <w:t>„</w:t>
      </w:r>
      <w:r w:rsidR="00F524F9" w:rsidRPr="00AC3E2D">
        <w:rPr>
          <w:rFonts w:asciiTheme="majorBidi" w:hAnsiTheme="majorBidi" w:cstheme="majorBidi"/>
          <w:b/>
          <w:bCs/>
          <w:color w:val="0070C0"/>
          <w:sz w:val="24"/>
          <w:szCs w:val="24"/>
          <w:lang w:val="ro-RO"/>
        </w:rPr>
        <w:t>Moldova Incluzivă: Comunități pentru Toți</w:t>
      </w:r>
      <w:r w:rsidR="00410E28" w:rsidRPr="00AC3E2D">
        <w:rPr>
          <w:rFonts w:asciiTheme="majorBidi" w:hAnsiTheme="majorBidi" w:cstheme="majorBidi"/>
          <w:b/>
          <w:bCs/>
          <w:color w:val="0070C0"/>
          <w:sz w:val="24"/>
          <w:szCs w:val="24"/>
          <w:lang w:val="ro-RO"/>
        </w:rPr>
        <w:t>”</w:t>
      </w:r>
      <w:r w:rsidR="006C5AE8" w:rsidRPr="00AC3E2D">
        <w:rPr>
          <w:rFonts w:asciiTheme="majorBidi" w:hAnsiTheme="majorBidi" w:cstheme="majorBidi"/>
          <w:sz w:val="24"/>
          <w:szCs w:val="24"/>
          <w:lang w:val="ro-RO"/>
        </w:rPr>
        <w:t xml:space="preserve"> (în continuare</w:t>
      </w:r>
      <w:r w:rsidR="00C27DA0" w:rsidRPr="00AC3E2D">
        <w:rPr>
          <w:rFonts w:asciiTheme="majorBidi" w:hAnsiTheme="majorBidi" w:cstheme="majorBidi"/>
          <w:sz w:val="24"/>
          <w:szCs w:val="24"/>
          <w:lang w:val="ro-RO"/>
        </w:rPr>
        <w:t xml:space="preserve"> - </w:t>
      </w:r>
      <w:r w:rsidR="006C5AE8" w:rsidRPr="00AC3E2D">
        <w:rPr>
          <w:rFonts w:asciiTheme="majorBidi" w:hAnsiTheme="majorBidi" w:cstheme="majorBidi"/>
          <w:sz w:val="24"/>
          <w:szCs w:val="24"/>
          <w:lang w:val="ro-RO"/>
        </w:rPr>
        <w:t>Proiectul)</w:t>
      </w:r>
      <w:r w:rsidR="00DD5F80" w:rsidRPr="00AC3E2D">
        <w:rPr>
          <w:rFonts w:asciiTheme="majorBidi" w:hAnsiTheme="majorBidi" w:cstheme="majorBidi"/>
          <w:sz w:val="24"/>
          <w:szCs w:val="24"/>
          <w:lang w:val="ro-RO"/>
        </w:rPr>
        <w:t xml:space="preserve">. </w:t>
      </w:r>
    </w:p>
    <w:p w14:paraId="558FF41B" w14:textId="02BC2919" w:rsidR="00DC7B97" w:rsidRPr="00AC3E2D" w:rsidRDefault="00866DDE" w:rsidP="00BD2463">
      <w:pPr>
        <w:spacing w:after="0" w:line="240" w:lineRule="auto"/>
        <w:ind w:right="-563" w:firstLine="567"/>
        <w:jc w:val="both"/>
        <w:rPr>
          <w:rFonts w:asciiTheme="majorBidi" w:hAnsiTheme="majorBidi" w:cstheme="majorBidi"/>
          <w:bCs/>
          <w:sz w:val="24"/>
          <w:szCs w:val="24"/>
          <w:lang w:val="ro-RO"/>
        </w:rPr>
      </w:pPr>
      <w:r w:rsidRPr="00AC3E2D">
        <w:rPr>
          <w:rFonts w:asciiTheme="majorBidi" w:hAnsiTheme="majorBidi" w:cstheme="majorBidi"/>
          <w:b/>
          <w:bCs/>
          <w:color w:val="0070C0"/>
          <w:sz w:val="24"/>
          <w:szCs w:val="24"/>
          <w:lang w:val="ro-RO"/>
        </w:rPr>
        <w:t xml:space="preserve">Obiectivul general al </w:t>
      </w:r>
      <w:r w:rsidR="00600815" w:rsidRPr="00AC3E2D">
        <w:rPr>
          <w:rFonts w:asciiTheme="majorBidi" w:hAnsiTheme="majorBidi" w:cstheme="majorBidi"/>
          <w:b/>
          <w:bCs/>
          <w:color w:val="0070C0"/>
          <w:sz w:val="24"/>
          <w:szCs w:val="24"/>
          <w:lang w:val="ro-RO"/>
        </w:rPr>
        <w:t>P</w:t>
      </w:r>
      <w:r w:rsidRPr="00AC3E2D">
        <w:rPr>
          <w:rFonts w:asciiTheme="majorBidi" w:hAnsiTheme="majorBidi" w:cstheme="majorBidi"/>
          <w:b/>
          <w:bCs/>
          <w:color w:val="0070C0"/>
          <w:sz w:val="24"/>
          <w:szCs w:val="24"/>
          <w:lang w:val="ro-RO"/>
        </w:rPr>
        <w:t>roiectului</w:t>
      </w:r>
      <w:r w:rsidRPr="00AC3E2D">
        <w:rPr>
          <w:rFonts w:asciiTheme="majorBidi" w:hAnsiTheme="majorBidi" w:cstheme="majorBidi"/>
          <w:color w:val="0070C0"/>
          <w:sz w:val="24"/>
          <w:szCs w:val="24"/>
          <w:lang w:val="ro-RO"/>
        </w:rPr>
        <w:t xml:space="preserve"> </w:t>
      </w:r>
      <w:r w:rsidR="00600815" w:rsidRPr="00AC3E2D">
        <w:rPr>
          <w:rFonts w:asciiTheme="majorBidi" w:hAnsiTheme="majorBidi" w:cstheme="majorBidi"/>
          <w:sz w:val="24"/>
          <w:szCs w:val="24"/>
          <w:lang w:val="ro-RO"/>
        </w:rPr>
        <w:t>este î</w:t>
      </w:r>
      <w:r w:rsidR="00600815" w:rsidRPr="00AC3E2D">
        <w:rPr>
          <w:rFonts w:asciiTheme="majorBidi" w:hAnsiTheme="majorBidi" w:cstheme="majorBidi"/>
          <w:bCs/>
          <w:sz w:val="24"/>
          <w:szCs w:val="24"/>
          <w:lang w:val="ro-RO"/>
        </w:rPr>
        <w:t xml:space="preserve">mbunătățirea calității vieții și a incluziunii sociale a persoanelor cu dizabilități din Republica Moldova prin consolidarea sprijinului </w:t>
      </w:r>
      <w:r w:rsidR="002429E1" w:rsidRPr="00AC3E2D">
        <w:rPr>
          <w:rFonts w:asciiTheme="majorBidi" w:hAnsiTheme="majorBidi" w:cstheme="majorBidi"/>
          <w:bCs/>
          <w:sz w:val="24"/>
          <w:szCs w:val="24"/>
          <w:lang w:val="ro-RO"/>
        </w:rPr>
        <w:t>comunitar și familial</w:t>
      </w:r>
      <w:r w:rsidR="00600815" w:rsidRPr="00AC3E2D">
        <w:rPr>
          <w:rFonts w:asciiTheme="majorBidi" w:hAnsiTheme="majorBidi" w:cstheme="majorBidi"/>
          <w:bCs/>
          <w:sz w:val="24"/>
          <w:szCs w:val="24"/>
          <w:lang w:val="ro-RO"/>
        </w:rPr>
        <w:t xml:space="preserve"> și reducerea dependenței de îngrijirea rezidențială</w:t>
      </w:r>
      <w:r w:rsidR="004C7DFD" w:rsidRPr="00AC3E2D">
        <w:rPr>
          <w:rFonts w:asciiTheme="majorBidi" w:hAnsiTheme="majorBidi" w:cstheme="majorBidi"/>
          <w:bCs/>
          <w:sz w:val="24"/>
          <w:szCs w:val="24"/>
          <w:lang w:val="ro-RO"/>
        </w:rPr>
        <w:t xml:space="preserve">. </w:t>
      </w:r>
    </w:p>
    <w:p w14:paraId="55E9CA25" w14:textId="69C81676" w:rsidR="004C7DFD" w:rsidRPr="00AC3E2D" w:rsidRDefault="004C7DFD" w:rsidP="00BD2463">
      <w:pPr>
        <w:spacing w:after="0" w:line="240" w:lineRule="auto"/>
        <w:ind w:right="-563" w:firstLine="567"/>
        <w:jc w:val="both"/>
        <w:rPr>
          <w:rFonts w:asciiTheme="majorBidi" w:hAnsiTheme="majorBidi" w:cstheme="majorBidi"/>
          <w:bCs/>
          <w:color w:val="0070C0"/>
          <w:sz w:val="24"/>
          <w:szCs w:val="24"/>
          <w:lang w:val="ro-RO"/>
        </w:rPr>
      </w:pPr>
      <w:r w:rsidRPr="00AC3E2D">
        <w:rPr>
          <w:rFonts w:asciiTheme="majorBidi" w:hAnsiTheme="majorBidi" w:cstheme="majorBidi"/>
          <w:b/>
          <w:color w:val="0070C0"/>
          <w:sz w:val="24"/>
          <w:szCs w:val="24"/>
          <w:lang w:val="ro-RO"/>
        </w:rPr>
        <w:t>Obiectivele specifice ale Proiectului</w:t>
      </w:r>
      <w:r w:rsidRPr="00AC3E2D">
        <w:rPr>
          <w:rFonts w:asciiTheme="majorBidi" w:hAnsiTheme="majorBidi" w:cstheme="majorBidi"/>
          <w:bCs/>
          <w:color w:val="0070C0"/>
          <w:sz w:val="24"/>
          <w:szCs w:val="24"/>
          <w:lang w:val="ro-RO"/>
        </w:rPr>
        <w:t>:</w:t>
      </w:r>
    </w:p>
    <w:p w14:paraId="33723E1E" w14:textId="33B461FE" w:rsidR="004C7DFD" w:rsidRPr="00AC3E2D" w:rsidRDefault="004C7DFD" w:rsidP="00BD2463">
      <w:pPr>
        <w:pStyle w:val="ListParagraph"/>
        <w:numPr>
          <w:ilvl w:val="0"/>
          <w:numId w:val="26"/>
        </w:numPr>
        <w:spacing w:after="0" w:line="240" w:lineRule="auto"/>
        <w:ind w:left="426" w:right="-563"/>
        <w:jc w:val="both"/>
        <w:rPr>
          <w:rFonts w:asciiTheme="majorBidi" w:hAnsiTheme="majorBidi" w:cstheme="majorBidi"/>
          <w:bCs/>
          <w:sz w:val="24"/>
          <w:szCs w:val="24"/>
          <w:lang w:val="ro-RO"/>
        </w:rPr>
      </w:pPr>
      <w:r w:rsidRPr="00AC3E2D">
        <w:rPr>
          <w:rFonts w:asciiTheme="majorBidi" w:hAnsiTheme="majorBidi" w:cstheme="majorBidi"/>
          <w:bCs/>
          <w:sz w:val="24"/>
          <w:szCs w:val="24"/>
          <w:lang w:val="ro-RO"/>
        </w:rPr>
        <w:t xml:space="preserve">Pilotarea unui model coordonat de management de caz privind dezinstituționalizarea adulților cu dizabilități din Centrul de Plasament Temporar pentru Persoane cu Dizabilități </w:t>
      </w:r>
      <w:r w:rsidR="000C627C" w:rsidRPr="00AC3E2D">
        <w:rPr>
          <w:rFonts w:asciiTheme="majorBidi" w:hAnsiTheme="majorBidi" w:cstheme="majorBidi"/>
          <w:bCs/>
          <w:sz w:val="24"/>
          <w:szCs w:val="24"/>
          <w:lang w:val="ro-RO"/>
        </w:rPr>
        <w:t>(Adulte), com.</w:t>
      </w:r>
      <w:r w:rsidRPr="00AC3E2D">
        <w:rPr>
          <w:rFonts w:asciiTheme="majorBidi" w:hAnsiTheme="majorBidi" w:cstheme="majorBidi"/>
          <w:bCs/>
          <w:sz w:val="24"/>
          <w:szCs w:val="24"/>
          <w:lang w:val="ro-RO"/>
        </w:rPr>
        <w:t>Bădiceni</w:t>
      </w:r>
      <w:r w:rsidR="000C627C" w:rsidRPr="00AC3E2D">
        <w:rPr>
          <w:rFonts w:asciiTheme="majorBidi" w:hAnsiTheme="majorBidi" w:cstheme="majorBidi"/>
          <w:bCs/>
          <w:sz w:val="24"/>
          <w:szCs w:val="24"/>
          <w:lang w:val="ro-RO"/>
        </w:rPr>
        <w:t>, mun.Soroca</w:t>
      </w:r>
      <w:r w:rsidRPr="00AC3E2D">
        <w:rPr>
          <w:rFonts w:asciiTheme="majorBidi" w:hAnsiTheme="majorBidi" w:cstheme="majorBidi"/>
          <w:bCs/>
          <w:sz w:val="24"/>
          <w:szCs w:val="24"/>
          <w:lang w:val="ro-RO"/>
        </w:rPr>
        <w:t>;</w:t>
      </w:r>
    </w:p>
    <w:p w14:paraId="6FA51102" w14:textId="10058162" w:rsidR="004C7DFD" w:rsidRPr="00AC3E2D" w:rsidRDefault="004C7DFD" w:rsidP="00BD2463">
      <w:pPr>
        <w:pStyle w:val="ListParagraph"/>
        <w:numPr>
          <w:ilvl w:val="0"/>
          <w:numId w:val="26"/>
        </w:numPr>
        <w:spacing w:after="0" w:line="240" w:lineRule="auto"/>
        <w:ind w:left="426" w:right="-563"/>
        <w:jc w:val="both"/>
        <w:rPr>
          <w:rFonts w:asciiTheme="majorBidi" w:hAnsiTheme="majorBidi" w:cstheme="majorBidi"/>
          <w:bCs/>
          <w:sz w:val="24"/>
          <w:szCs w:val="24"/>
          <w:lang w:val="ro-RO"/>
        </w:rPr>
      </w:pPr>
      <w:r w:rsidRPr="00AC3E2D">
        <w:rPr>
          <w:rFonts w:asciiTheme="majorBidi" w:hAnsiTheme="majorBidi" w:cstheme="majorBidi"/>
          <w:bCs/>
          <w:sz w:val="24"/>
          <w:szCs w:val="24"/>
          <w:lang w:val="ro-RO"/>
        </w:rPr>
        <w:t xml:space="preserve">Extinderea și consolidarea rețelei de servicii sociale comunitare pentru persoanele </w:t>
      </w:r>
      <w:r w:rsidR="00A93BCA" w:rsidRPr="00AC3E2D">
        <w:rPr>
          <w:rFonts w:asciiTheme="majorBidi" w:hAnsiTheme="majorBidi" w:cstheme="majorBidi"/>
          <w:bCs/>
          <w:sz w:val="24"/>
          <w:szCs w:val="24"/>
          <w:lang w:val="ro-RO"/>
        </w:rPr>
        <w:t xml:space="preserve">adulte </w:t>
      </w:r>
      <w:r w:rsidRPr="00AC3E2D">
        <w:rPr>
          <w:rFonts w:asciiTheme="majorBidi" w:hAnsiTheme="majorBidi" w:cstheme="majorBidi"/>
          <w:bCs/>
          <w:sz w:val="24"/>
          <w:szCs w:val="24"/>
          <w:lang w:val="ro-RO"/>
        </w:rPr>
        <w:t xml:space="preserve">cu dizabilități, în funcție de necesitățile de reintegrare ale beneficiarilor din </w:t>
      </w:r>
      <w:r w:rsidR="00A23D72" w:rsidRPr="00AC3E2D">
        <w:rPr>
          <w:rFonts w:asciiTheme="majorBidi" w:hAnsiTheme="majorBidi" w:cstheme="majorBidi"/>
          <w:bCs/>
          <w:sz w:val="24"/>
          <w:szCs w:val="24"/>
          <w:lang w:val="ro-RO"/>
        </w:rPr>
        <w:t>Centrul de Plasament Temporar pentru Persoane cu Dizabilități (Adulte), com.Bădiceni, mun.Soroca</w:t>
      </w:r>
      <w:r w:rsidR="00956E6E" w:rsidRPr="00AC3E2D">
        <w:rPr>
          <w:rFonts w:asciiTheme="majorBidi" w:hAnsiTheme="majorBidi" w:cstheme="majorBidi"/>
          <w:bCs/>
          <w:sz w:val="24"/>
          <w:szCs w:val="24"/>
          <w:lang w:val="ro-RO"/>
        </w:rPr>
        <w:t xml:space="preserve">. </w:t>
      </w:r>
    </w:p>
    <w:p w14:paraId="734B8E30" w14:textId="7E9FD1F7" w:rsidR="00B00874" w:rsidRPr="00AC3E2D" w:rsidRDefault="00867C19" w:rsidP="00BD2463">
      <w:pPr>
        <w:spacing w:after="0" w:line="240" w:lineRule="auto"/>
        <w:ind w:right="-563" w:firstLine="567"/>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Proiectul </w:t>
      </w:r>
      <w:r w:rsidR="00E602F2" w:rsidRPr="00AC3E2D">
        <w:rPr>
          <w:rFonts w:asciiTheme="majorBidi" w:hAnsiTheme="majorBidi" w:cstheme="majorBidi"/>
          <w:sz w:val="24"/>
          <w:szCs w:val="24"/>
          <w:lang w:val="ro-RO"/>
        </w:rPr>
        <w:t>promovează tranziția de la îngrijirea rezidențială către servicii sociale bazate pe comunitate, prin dezvoltarea cadrului metodologic și extinderea serviciilor sociale comunitare destinate persoanelor adulte cu dizabilități. În acest context</w:t>
      </w:r>
      <w:r w:rsidR="00CC379A" w:rsidRPr="00AC3E2D">
        <w:rPr>
          <w:rFonts w:asciiTheme="majorBidi" w:hAnsiTheme="majorBidi" w:cstheme="majorBidi"/>
          <w:sz w:val="24"/>
          <w:szCs w:val="24"/>
          <w:lang w:val="ro-RO"/>
        </w:rPr>
        <w:t>,</w:t>
      </w:r>
      <w:r w:rsidR="00E602F2" w:rsidRPr="00AC3E2D">
        <w:rPr>
          <w:rFonts w:asciiTheme="majorBidi" w:hAnsiTheme="majorBidi" w:cstheme="majorBidi"/>
          <w:sz w:val="24"/>
          <w:szCs w:val="24"/>
          <w:lang w:val="ro-RO"/>
        </w:rPr>
        <w:t xml:space="preserve"> vor fi elaborate manuale operaționale pentru serviciile sociale, precum și organizate activități de consolidare a </w:t>
      </w:r>
      <w:r w:rsidR="008E204A" w:rsidRPr="00AC3E2D">
        <w:rPr>
          <w:rFonts w:asciiTheme="majorBidi" w:hAnsiTheme="majorBidi" w:cstheme="majorBidi"/>
          <w:sz w:val="24"/>
          <w:szCs w:val="24"/>
          <w:lang w:val="ro-RO"/>
        </w:rPr>
        <w:t>competențelor</w:t>
      </w:r>
      <w:r w:rsidR="00E602F2" w:rsidRPr="00AC3E2D">
        <w:rPr>
          <w:rFonts w:asciiTheme="majorBidi" w:hAnsiTheme="majorBidi" w:cstheme="majorBidi"/>
          <w:sz w:val="24"/>
          <w:szCs w:val="24"/>
          <w:lang w:val="ro-RO"/>
        </w:rPr>
        <w:t xml:space="preserve"> profesionale ale specialiștilor implicați</w:t>
      </w:r>
      <w:r w:rsidR="008E204A" w:rsidRPr="00AC3E2D">
        <w:rPr>
          <w:rFonts w:asciiTheme="majorBidi" w:hAnsiTheme="majorBidi" w:cstheme="majorBidi"/>
          <w:sz w:val="24"/>
          <w:szCs w:val="24"/>
          <w:lang w:val="ro-RO"/>
        </w:rPr>
        <w:t xml:space="preserve"> în dezinstituționalizarea persoanelor cu dizabilități. </w:t>
      </w:r>
    </w:p>
    <w:p w14:paraId="147C9F06" w14:textId="77777777" w:rsidR="0066314C" w:rsidRPr="00AC3E2D" w:rsidRDefault="0066314C" w:rsidP="00BD2463">
      <w:pPr>
        <w:pStyle w:val="Heading2"/>
        <w:spacing w:before="0" w:line="240" w:lineRule="auto"/>
        <w:ind w:right="-563"/>
        <w:rPr>
          <w:rFonts w:asciiTheme="majorBidi" w:hAnsiTheme="majorBidi"/>
          <w:color w:val="0070C0"/>
          <w:sz w:val="24"/>
          <w:szCs w:val="24"/>
          <w:lang w:val="ro-RO"/>
        </w:rPr>
      </w:pPr>
    </w:p>
    <w:p w14:paraId="24F80806" w14:textId="7E02403F" w:rsidR="004C1213" w:rsidRPr="00AC3E2D" w:rsidRDefault="002838AC" w:rsidP="00BD2463">
      <w:pPr>
        <w:pStyle w:val="Heading2"/>
        <w:spacing w:before="0" w:line="240" w:lineRule="auto"/>
        <w:ind w:right="-563"/>
        <w:rPr>
          <w:rFonts w:asciiTheme="majorBidi" w:hAnsiTheme="majorBidi"/>
          <w:color w:val="0070C0"/>
          <w:sz w:val="24"/>
          <w:szCs w:val="24"/>
          <w:lang w:val="ro-RO"/>
        </w:rPr>
      </w:pPr>
      <w:r w:rsidRPr="00AC3E2D">
        <w:rPr>
          <w:rFonts w:asciiTheme="majorBidi" w:hAnsiTheme="majorBidi"/>
          <w:color w:val="0070C0"/>
          <w:sz w:val="24"/>
          <w:szCs w:val="24"/>
          <w:lang w:val="ro-RO"/>
        </w:rPr>
        <w:t xml:space="preserve">SCOPUL ȘI </w:t>
      </w:r>
      <w:r w:rsidR="0003688A" w:rsidRPr="00AC3E2D">
        <w:rPr>
          <w:rFonts w:asciiTheme="majorBidi" w:hAnsiTheme="majorBidi"/>
          <w:color w:val="0070C0"/>
          <w:sz w:val="24"/>
          <w:szCs w:val="24"/>
          <w:lang w:val="ro-RO"/>
        </w:rPr>
        <w:t>SARCINILE</w:t>
      </w:r>
      <w:r w:rsidRPr="00AC3E2D">
        <w:rPr>
          <w:rFonts w:asciiTheme="majorBidi" w:hAnsiTheme="majorBidi"/>
          <w:color w:val="0070C0"/>
          <w:sz w:val="24"/>
          <w:szCs w:val="24"/>
          <w:lang w:val="ro-RO"/>
        </w:rPr>
        <w:t xml:space="preserve"> CONSULTANȚEI</w:t>
      </w:r>
    </w:p>
    <w:p w14:paraId="214EA451" w14:textId="62B3483F" w:rsidR="00406C6F" w:rsidRPr="00AC3E2D" w:rsidRDefault="00406C6F" w:rsidP="00BD2463">
      <w:pPr>
        <w:spacing w:after="0" w:line="240" w:lineRule="auto"/>
        <w:ind w:right="-563" w:firstLine="567"/>
        <w:jc w:val="both"/>
        <w:rPr>
          <w:rFonts w:asciiTheme="majorBidi" w:hAnsiTheme="majorBidi" w:cstheme="majorBidi"/>
          <w:b/>
          <w:bCs/>
          <w:color w:val="0070C0"/>
          <w:sz w:val="24"/>
          <w:szCs w:val="24"/>
          <w:lang w:val="ro-RO"/>
        </w:rPr>
      </w:pPr>
      <w:r w:rsidRPr="00AC3E2D">
        <w:rPr>
          <w:rFonts w:asciiTheme="majorBidi" w:hAnsiTheme="majorBidi" w:cstheme="majorBidi"/>
          <w:sz w:val="24"/>
          <w:szCs w:val="24"/>
          <w:lang w:val="ro-RO"/>
        </w:rPr>
        <w:t xml:space="preserve">În cadrul Proiectului, Keystone Moldova </w:t>
      </w:r>
      <w:r w:rsidR="00F52EC4" w:rsidRPr="00AC3E2D">
        <w:rPr>
          <w:rFonts w:asciiTheme="majorBidi" w:hAnsiTheme="majorBidi" w:cstheme="majorBidi"/>
          <w:sz w:val="24"/>
          <w:szCs w:val="24"/>
          <w:lang w:val="ro-RO"/>
        </w:rPr>
        <w:t>contractează</w:t>
      </w:r>
      <w:r w:rsidRPr="00AC3E2D">
        <w:rPr>
          <w:rFonts w:asciiTheme="majorBidi" w:hAnsiTheme="majorBidi" w:cstheme="majorBidi"/>
          <w:sz w:val="24"/>
          <w:szCs w:val="24"/>
          <w:lang w:val="ro-RO"/>
        </w:rPr>
        <w:t xml:space="preserve"> un/o consultant(ă) pentru elaborarea</w:t>
      </w:r>
      <w:r w:rsidRPr="00AC3E2D">
        <w:rPr>
          <w:rFonts w:asciiTheme="majorBidi" w:hAnsiTheme="majorBidi" w:cstheme="majorBidi"/>
          <w:b/>
          <w:bCs/>
          <w:sz w:val="24"/>
          <w:szCs w:val="24"/>
          <w:lang w:val="ro-RO"/>
        </w:rPr>
        <w:t xml:space="preserve"> </w:t>
      </w:r>
      <w:r w:rsidRPr="00AC3E2D">
        <w:rPr>
          <w:rFonts w:asciiTheme="majorBidi" w:hAnsiTheme="majorBidi" w:cstheme="majorBidi"/>
          <w:b/>
          <w:bCs/>
          <w:color w:val="0070C0"/>
          <w:sz w:val="24"/>
          <w:szCs w:val="24"/>
          <w:lang w:val="ro-RO"/>
        </w:rPr>
        <w:t xml:space="preserve">Manualului operațional al </w:t>
      </w:r>
      <w:r w:rsidR="00543B57" w:rsidRPr="00AC3E2D">
        <w:rPr>
          <w:rFonts w:asciiTheme="majorBidi" w:hAnsiTheme="majorBidi" w:cstheme="majorBidi"/>
          <w:b/>
          <w:bCs/>
          <w:color w:val="0070C0"/>
          <w:sz w:val="24"/>
          <w:szCs w:val="24"/>
          <w:lang w:val="ro-RO"/>
        </w:rPr>
        <w:t xml:space="preserve">Serviciului </w:t>
      </w:r>
      <w:r w:rsidR="00543B57" w:rsidRPr="00AC3E2D">
        <w:rPr>
          <w:rFonts w:asciiTheme="majorBidi" w:hAnsiTheme="majorBidi" w:cstheme="majorBidi"/>
          <w:b/>
          <w:color w:val="0070C0"/>
          <w:sz w:val="24"/>
          <w:szCs w:val="24"/>
          <w:lang w:val="ro-RO"/>
        </w:rPr>
        <w:t>de asistență telefonică gratuită pentru persoanele cu dizabilități</w:t>
      </w:r>
      <w:r w:rsidR="001E3C8F" w:rsidRPr="00AC3E2D">
        <w:rPr>
          <w:rFonts w:asciiTheme="majorBidi" w:hAnsiTheme="majorBidi" w:cstheme="majorBidi"/>
          <w:b/>
          <w:color w:val="0070C0"/>
          <w:sz w:val="24"/>
          <w:szCs w:val="24"/>
          <w:lang w:val="ro-RO"/>
        </w:rPr>
        <w:t xml:space="preserve">. </w:t>
      </w:r>
    </w:p>
    <w:p w14:paraId="71203CFC" w14:textId="4971628D" w:rsidR="005F6A69" w:rsidRPr="00AC3E2D" w:rsidRDefault="005F6A69" w:rsidP="00BD2463">
      <w:pPr>
        <w:spacing w:after="0" w:line="240" w:lineRule="auto"/>
        <w:ind w:right="-563" w:firstLine="567"/>
        <w:jc w:val="both"/>
        <w:rPr>
          <w:rFonts w:asciiTheme="majorBidi" w:hAnsiTheme="majorBidi" w:cstheme="majorBidi"/>
          <w:sz w:val="24"/>
          <w:szCs w:val="24"/>
          <w:lang w:val="ro-RO"/>
        </w:rPr>
      </w:pPr>
      <w:r w:rsidRPr="00AC3E2D">
        <w:rPr>
          <w:rFonts w:asciiTheme="majorBidi" w:hAnsiTheme="majorBidi" w:cstheme="majorBidi"/>
          <w:b/>
          <w:bCs/>
          <w:color w:val="0070C0"/>
          <w:sz w:val="24"/>
          <w:szCs w:val="24"/>
          <w:lang w:val="ro-RO"/>
        </w:rPr>
        <w:lastRenderedPageBreak/>
        <w:t>Scopul consultanței</w:t>
      </w:r>
      <w:r w:rsidRPr="00AC3E2D">
        <w:rPr>
          <w:rFonts w:asciiTheme="majorBidi" w:hAnsiTheme="majorBidi" w:cstheme="majorBidi"/>
          <w:color w:val="0070C0"/>
          <w:sz w:val="24"/>
          <w:szCs w:val="24"/>
          <w:lang w:val="ro-RO"/>
        </w:rPr>
        <w:t xml:space="preserve"> </w:t>
      </w:r>
      <w:r w:rsidRPr="00AC3E2D">
        <w:rPr>
          <w:rFonts w:asciiTheme="majorBidi" w:hAnsiTheme="majorBidi" w:cstheme="majorBidi"/>
          <w:sz w:val="24"/>
          <w:szCs w:val="24"/>
          <w:lang w:val="ro-RO"/>
        </w:rPr>
        <w:t xml:space="preserve">constă în elaborarea Manualului operațional al Serviciului </w:t>
      </w:r>
      <w:r w:rsidR="001E3C8F" w:rsidRPr="00AC3E2D">
        <w:rPr>
          <w:rFonts w:asciiTheme="majorBidi" w:hAnsiTheme="majorBidi" w:cstheme="majorBidi"/>
          <w:bCs/>
          <w:sz w:val="24"/>
          <w:szCs w:val="24"/>
          <w:lang w:val="ro-RO"/>
        </w:rPr>
        <w:t>de asistență telefonică gratuită pentru persoanele cu dizabilități</w:t>
      </w:r>
      <w:r w:rsidRPr="00AC3E2D">
        <w:rPr>
          <w:rFonts w:asciiTheme="majorBidi" w:hAnsiTheme="majorBidi" w:cstheme="majorBidi"/>
          <w:sz w:val="24"/>
          <w:szCs w:val="24"/>
          <w:lang w:val="ro-RO"/>
        </w:rPr>
        <w:t xml:space="preserve">, </w:t>
      </w:r>
      <w:r w:rsidR="00040EBE" w:rsidRPr="00AC3E2D">
        <w:rPr>
          <w:rFonts w:asciiTheme="majorBidi" w:hAnsiTheme="majorBidi" w:cstheme="majorBidi"/>
          <w:sz w:val="24"/>
          <w:szCs w:val="24"/>
          <w:lang w:val="ro-RO"/>
        </w:rPr>
        <w:t xml:space="preserve">care să ofere un cadru procedural unitar privind organizarea, funcționarea și prestarea </w:t>
      </w:r>
      <w:r w:rsidR="00761E95" w:rsidRPr="00AC3E2D">
        <w:rPr>
          <w:rFonts w:asciiTheme="majorBidi" w:hAnsiTheme="majorBidi" w:cstheme="majorBidi"/>
          <w:sz w:val="24"/>
          <w:szCs w:val="24"/>
          <w:lang w:val="ro-RO"/>
        </w:rPr>
        <w:t>S</w:t>
      </w:r>
      <w:r w:rsidR="00040EBE" w:rsidRPr="00AC3E2D">
        <w:rPr>
          <w:rFonts w:asciiTheme="majorBidi" w:hAnsiTheme="majorBidi" w:cstheme="majorBidi"/>
          <w:sz w:val="24"/>
          <w:szCs w:val="24"/>
          <w:lang w:val="ro-RO"/>
        </w:rPr>
        <w:t xml:space="preserve">erviciului, în conformitate cu </w:t>
      </w:r>
      <w:r w:rsidR="00D3768C" w:rsidRPr="00AC3E2D">
        <w:rPr>
          <w:rFonts w:asciiTheme="majorBidi" w:hAnsiTheme="majorBidi" w:cstheme="majorBidi"/>
          <w:sz w:val="24"/>
          <w:szCs w:val="24"/>
          <w:lang w:val="ro-RO"/>
        </w:rPr>
        <w:t xml:space="preserve">cadrul normativ și </w:t>
      </w:r>
      <w:r w:rsidR="00040EBE" w:rsidRPr="00AC3E2D">
        <w:rPr>
          <w:rFonts w:asciiTheme="majorBidi" w:hAnsiTheme="majorBidi" w:cstheme="majorBidi"/>
          <w:sz w:val="24"/>
          <w:szCs w:val="24"/>
          <w:lang w:val="ro-RO"/>
        </w:rPr>
        <w:t xml:space="preserve">standardele </w:t>
      </w:r>
      <w:r w:rsidR="00761E95" w:rsidRPr="00AC3E2D">
        <w:rPr>
          <w:rFonts w:asciiTheme="majorBidi" w:hAnsiTheme="majorBidi" w:cstheme="majorBidi"/>
          <w:sz w:val="24"/>
          <w:szCs w:val="24"/>
          <w:lang w:val="ro-RO"/>
        </w:rPr>
        <w:t xml:space="preserve">minime </w:t>
      </w:r>
      <w:r w:rsidR="00040EBE" w:rsidRPr="00AC3E2D">
        <w:rPr>
          <w:rFonts w:asciiTheme="majorBidi" w:hAnsiTheme="majorBidi" w:cstheme="majorBidi"/>
          <w:sz w:val="24"/>
          <w:szCs w:val="24"/>
          <w:lang w:val="ro-RO"/>
        </w:rPr>
        <w:t>de calitate</w:t>
      </w:r>
      <w:r w:rsidR="00761E95" w:rsidRPr="00AC3E2D">
        <w:rPr>
          <w:rFonts w:asciiTheme="majorBidi" w:hAnsiTheme="majorBidi" w:cstheme="majorBidi"/>
          <w:sz w:val="24"/>
          <w:szCs w:val="24"/>
          <w:lang w:val="ro-RO"/>
        </w:rPr>
        <w:t xml:space="preserve">. </w:t>
      </w:r>
    </w:p>
    <w:p w14:paraId="59A3003F" w14:textId="45FF1EB1" w:rsidR="008D3769" w:rsidRPr="00AC3E2D" w:rsidRDefault="00406C6F" w:rsidP="00BD2463">
      <w:pPr>
        <w:spacing w:after="0" w:line="240" w:lineRule="auto"/>
        <w:ind w:right="-563" w:firstLine="567"/>
        <w:jc w:val="both"/>
        <w:rPr>
          <w:rFonts w:asciiTheme="majorBidi" w:hAnsiTheme="majorBidi" w:cstheme="majorBidi"/>
          <w:sz w:val="24"/>
          <w:szCs w:val="24"/>
          <w:lang w:val="ro-RO"/>
        </w:rPr>
      </w:pPr>
      <w:r w:rsidRPr="00AC3E2D">
        <w:rPr>
          <w:rFonts w:asciiTheme="majorBidi" w:hAnsiTheme="majorBidi" w:cstheme="majorBidi"/>
          <w:sz w:val="24"/>
          <w:szCs w:val="24"/>
          <w:lang w:val="ro-RO"/>
        </w:rPr>
        <w:t>Manualul operaţional este un ghid aprobat de Ministerul Muncii și Protecției Sociale, care conţine proceduri, instrumente de lucru şi modele de documente cu menirea de a ajuta prestatorul</w:t>
      </w:r>
      <w:r w:rsidR="00E249C4" w:rsidRPr="00AC3E2D">
        <w:rPr>
          <w:rFonts w:asciiTheme="majorBidi" w:hAnsiTheme="majorBidi" w:cstheme="majorBidi"/>
          <w:sz w:val="24"/>
          <w:szCs w:val="24"/>
          <w:lang w:val="ro-RO"/>
        </w:rPr>
        <w:t xml:space="preserve"> de servicii</w:t>
      </w:r>
      <w:r w:rsidR="00F03052" w:rsidRPr="00AC3E2D">
        <w:rPr>
          <w:rFonts w:asciiTheme="majorBidi" w:hAnsiTheme="majorBidi" w:cstheme="majorBidi"/>
          <w:sz w:val="24"/>
          <w:szCs w:val="24"/>
          <w:lang w:val="ro-RO"/>
        </w:rPr>
        <w:t xml:space="preserve"> și specialiștii implicați ca</w:t>
      </w:r>
      <w:r w:rsidRPr="00AC3E2D">
        <w:rPr>
          <w:rFonts w:asciiTheme="majorBidi" w:hAnsiTheme="majorBidi" w:cstheme="majorBidi"/>
          <w:sz w:val="24"/>
          <w:szCs w:val="24"/>
          <w:lang w:val="ro-RO"/>
        </w:rPr>
        <w:t xml:space="preserve"> să </w:t>
      </w:r>
      <w:r w:rsidR="00EB225B" w:rsidRPr="00AC3E2D">
        <w:rPr>
          <w:rFonts w:asciiTheme="majorBidi" w:hAnsiTheme="majorBidi" w:cstheme="majorBidi"/>
          <w:sz w:val="24"/>
          <w:szCs w:val="24"/>
          <w:lang w:val="ro-RO"/>
        </w:rPr>
        <w:t>asigure prestarea eficientă a</w:t>
      </w:r>
      <w:r w:rsidRPr="00AC3E2D">
        <w:rPr>
          <w:rFonts w:asciiTheme="majorBidi" w:hAnsiTheme="majorBidi" w:cstheme="majorBidi"/>
          <w:sz w:val="24"/>
          <w:szCs w:val="24"/>
          <w:lang w:val="ro-RO"/>
        </w:rPr>
        <w:t xml:space="preserve"> Serviciul</w:t>
      </w:r>
      <w:r w:rsidR="00EB225B" w:rsidRPr="00AC3E2D">
        <w:rPr>
          <w:rFonts w:asciiTheme="majorBidi" w:hAnsiTheme="majorBidi" w:cstheme="majorBidi"/>
          <w:sz w:val="24"/>
          <w:szCs w:val="24"/>
          <w:lang w:val="ro-RO"/>
        </w:rPr>
        <w:t>ui</w:t>
      </w:r>
      <w:r w:rsidRPr="00AC3E2D">
        <w:rPr>
          <w:rFonts w:asciiTheme="majorBidi" w:hAnsiTheme="majorBidi" w:cstheme="majorBidi"/>
          <w:sz w:val="24"/>
          <w:szCs w:val="24"/>
          <w:lang w:val="ro-RO"/>
        </w:rPr>
        <w:t xml:space="preserve">. </w:t>
      </w:r>
    </w:p>
    <w:p w14:paraId="3595288A" w14:textId="536EC56F" w:rsidR="00406C6F" w:rsidRPr="00AC3E2D" w:rsidRDefault="00406C6F" w:rsidP="00BD2463">
      <w:pPr>
        <w:spacing w:after="0" w:line="240" w:lineRule="auto"/>
        <w:ind w:right="-563" w:firstLine="567"/>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Manualul operațional este destinat prestatorilor de servicii, personalului angajat în acest </w:t>
      </w:r>
      <w:r w:rsidR="00591DFE" w:rsidRPr="00AC3E2D">
        <w:rPr>
          <w:rFonts w:asciiTheme="majorBidi" w:hAnsiTheme="majorBidi" w:cstheme="majorBidi"/>
          <w:sz w:val="24"/>
          <w:szCs w:val="24"/>
          <w:lang w:val="ro-RO"/>
        </w:rPr>
        <w:t>serviciu</w:t>
      </w:r>
      <w:r w:rsidR="009C2670" w:rsidRPr="00AC3E2D">
        <w:rPr>
          <w:rFonts w:asciiTheme="majorBidi" w:hAnsiTheme="majorBidi" w:cstheme="majorBidi"/>
          <w:sz w:val="24"/>
          <w:szCs w:val="24"/>
          <w:lang w:val="ro-RO"/>
        </w:rPr>
        <w:t xml:space="preserve"> </w:t>
      </w:r>
      <w:r w:rsidRPr="00AC3E2D">
        <w:rPr>
          <w:rFonts w:asciiTheme="majorBidi" w:hAnsiTheme="majorBidi" w:cstheme="majorBidi"/>
          <w:sz w:val="24"/>
          <w:szCs w:val="24"/>
          <w:lang w:val="ro-RO"/>
        </w:rPr>
        <w:t xml:space="preserve">şi altor specialişti în domeniu. </w:t>
      </w:r>
    </w:p>
    <w:p w14:paraId="22F2B79D" w14:textId="77777777" w:rsidR="00A532D5" w:rsidRPr="00AC3E2D" w:rsidRDefault="00406C6F" w:rsidP="00A532D5">
      <w:pPr>
        <w:spacing w:after="0" w:line="240" w:lineRule="auto"/>
        <w:ind w:right="-563" w:firstLine="567"/>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Manualul operaţional va fi elaborat în conformitate cu </w:t>
      </w:r>
      <w:r w:rsidR="00806976" w:rsidRPr="00AC3E2D">
        <w:rPr>
          <w:rFonts w:asciiTheme="majorBidi" w:hAnsiTheme="majorBidi" w:cstheme="majorBidi"/>
          <w:sz w:val="24"/>
          <w:szCs w:val="24"/>
          <w:lang w:val="ro-RO"/>
        </w:rPr>
        <w:t xml:space="preserve">cadrul normativ </w:t>
      </w:r>
      <w:r w:rsidR="00343BDA" w:rsidRPr="00AC3E2D">
        <w:rPr>
          <w:rFonts w:asciiTheme="majorBidi" w:hAnsiTheme="majorBidi" w:cstheme="majorBidi"/>
          <w:sz w:val="24"/>
          <w:szCs w:val="24"/>
          <w:lang w:val="ro-RO"/>
        </w:rPr>
        <w:t xml:space="preserve">național și internațional </w:t>
      </w:r>
      <w:r w:rsidR="00806976" w:rsidRPr="00AC3E2D">
        <w:rPr>
          <w:rFonts w:asciiTheme="majorBidi" w:hAnsiTheme="majorBidi" w:cstheme="majorBidi"/>
          <w:sz w:val="24"/>
          <w:szCs w:val="24"/>
          <w:lang w:val="ro-RO"/>
        </w:rPr>
        <w:t xml:space="preserve">în domeniul protecției persoanelor cu dizabilități, inclusiv cu prevederile </w:t>
      </w:r>
      <w:hyperlink r:id="rId11" w:history="1">
        <w:r w:rsidR="00806976" w:rsidRPr="00AC3E2D">
          <w:rPr>
            <w:rStyle w:val="Hyperlink"/>
            <w:rFonts w:asciiTheme="majorBidi" w:hAnsiTheme="majorBidi" w:cstheme="majorBidi"/>
            <w:sz w:val="24"/>
            <w:szCs w:val="24"/>
            <w:lang w:val="ro-RO"/>
          </w:rPr>
          <w:t>Hotărârii Guvernului nr.</w:t>
        </w:r>
        <w:r w:rsidR="009C2670" w:rsidRPr="00AC3E2D">
          <w:rPr>
            <w:rStyle w:val="Hyperlink"/>
            <w:rFonts w:asciiTheme="majorBidi" w:hAnsiTheme="majorBidi" w:cstheme="majorBidi"/>
            <w:sz w:val="24"/>
            <w:szCs w:val="24"/>
            <w:lang w:val="ro-RO"/>
          </w:rPr>
          <w:t>198/2019</w:t>
        </w:r>
        <w:r w:rsidR="00F374A7" w:rsidRPr="00AC3E2D">
          <w:rPr>
            <w:rStyle w:val="Hyperlink"/>
            <w:rFonts w:asciiTheme="majorBidi" w:hAnsiTheme="majorBidi" w:cstheme="majorBidi"/>
            <w:sz w:val="24"/>
            <w:szCs w:val="24"/>
            <w:lang w:val="ro-RO"/>
          </w:rPr>
          <w:t xml:space="preserve"> </w:t>
        </w:r>
        <w:r w:rsidR="00745F4B" w:rsidRPr="00AC3E2D">
          <w:rPr>
            <w:rStyle w:val="Hyperlink"/>
            <w:rFonts w:asciiTheme="majorBidi" w:hAnsiTheme="majorBidi" w:cstheme="majorBidi"/>
            <w:sz w:val="24"/>
            <w:szCs w:val="24"/>
            <w:lang w:val="ro-RO"/>
          </w:rPr>
          <w:t>privind</w:t>
        </w:r>
        <w:r w:rsidR="00806976" w:rsidRPr="00AC3E2D">
          <w:rPr>
            <w:rStyle w:val="Hyperlink"/>
            <w:rFonts w:asciiTheme="majorBidi" w:hAnsiTheme="majorBidi" w:cstheme="majorBidi"/>
            <w:sz w:val="24"/>
            <w:szCs w:val="24"/>
            <w:lang w:val="ro-RO"/>
          </w:rPr>
          <w:t xml:space="preserve"> aprobarea Regulamentului </w:t>
        </w:r>
        <w:r w:rsidR="00745F4B" w:rsidRPr="00AC3E2D">
          <w:rPr>
            <w:rStyle w:val="Hyperlink"/>
            <w:rFonts w:asciiTheme="majorBidi" w:hAnsiTheme="majorBidi" w:cstheme="majorBidi"/>
            <w:sz w:val="24"/>
            <w:szCs w:val="24"/>
            <w:lang w:val="ro-RO"/>
          </w:rPr>
          <w:t>de</w:t>
        </w:r>
        <w:r w:rsidR="00806976" w:rsidRPr="00AC3E2D">
          <w:rPr>
            <w:rStyle w:val="Hyperlink"/>
            <w:rFonts w:asciiTheme="majorBidi" w:hAnsiTheme="majorBidi" w:cstheme="majorBidi"/>
            <w:sz w:val="24"/>
            <w:szCs w:val="24"/>
            <w:lang w:val="ro-RO"/>
          </w:rPr>
          <w:t xml:space="preserve"> organizare</w:t>
        </w:r>
        <w:r w:rsidR="00745F4B" w:rsidRPr="00AC3E2D">
          <w:rPr>
            <w:rStyle w:val="Hyperlink"/>
            <w:rFonts w:asciiTheme="majorBidi" w:hAnsiTheme="majorBidi" w:cstheme="majorBidi"/>
            <w:sz w:val="24"/>
            <w:szCs w:val="24"/>
            <w:lang w:val="ro-RO"/>
          </w:rPr>
          <w:t xml:space="preserve"> </w:t>
        </w:r>
        <w:r w:rsidR="00806976" w:rsidRPr="00AC3E2D">
          <w:rPr>
            <w:rStyle w:val="Hyperlink"/>
            <w:rFonts w:asciiTheme="majorBidi" w:hAnsiTheme="majorBidi" w:cstheme="majorBidi"/>
            <w:sz w:val="24"/>
            <w:szCs w:val="24"/>
            <w:lang w:val="ro-RO"/>
          </w:rPr>
          <w:t>şi funcţionare</w:t>
        </w:r>
        <w:r w:rsidR="00745F4B" w:rsidRPr="00AC3E2D">
          <w:rPr>
            <w:rStyle w:val="Hyperlink"/>
            <w:rFonts w:asciiTheme="majorBidi" w:hAnsiTheme="majorBidi" w:cstheme="majorBidi"/>
            <w:sz w:val="24"/>
            <w:szCs w:val="24"/>
            <w:lang w:val="ro-RO"/>
          </w:rPr>
          <w:t xml:space="preserve"> </w:t>
        </w:r>
        <w:r w:rsidR="00806976" w:rsidRPr="00AC3E2D">
          <w:rPr>
            <w:rStyle w:val="Hyperlink"/>
            <w:rFonts w:asciiTheme="majorBidi" w:hAnsiTheme="majorBidi" w:cstheme="majorBidi"/>
            <w:sz w:val="24"/>
            <w:szCs w:val="24"/>
            <w:lang w:val="ro-RO"/>
          </w:rPr>
          <w:t xml:space="preserve">a Serviciului </w:t>
        </w:r>
        <w:r w:rsidR="00F374A7" w:rsidRPr="00AC3E2D">
          <w:rPr>
            <w:rStyle w:val="Hyperlink"/>
            <w:rFonts w:asciiTheme="majorBidi" w:hAnsiTheme="majorBidi" w:cstheme="majorBidi"/>
            <w:bCs/>
            <w:sz w:val="24"/>
            <w:szCs w:val="24"/>
            <w:lang w:val="ro-RO"/>
          </w:rPr>
          <w:t>de asistență telefonică gratuită pentru persoanele cu dizabilități</w:t>
        </w:r>
        <w:r w:rsidR="00F374A7" w:rsidRPr="00AC3E2D">
          <w:rPr>
            <w:rStyle w:val="Hyperlink"/>
            <w:rFonts w:asciiTheme="majorBidi" w:hAnsiTheme="majorBidi" w:cstheme="majorBidi"/>
            <w:b/>
            <w:sz w:val="24"/>
            <w:szCs w:val="24"/>
            <w:lang w:val="ro-RO"/>
          </w:rPr>
          <w:t> </w:t>
        </w:r>
        <w:r w:rsidR="00F374A7" w:rsidRPr="00AC3E2D">
          <w:rPr>
            <w:rStyle w:val="Hyperlink"/>
            <w:rFonts w:asciiTheme="majorBidi" w:hAnsiTheme="majorBidi" w:cstheme="majorBidi"/>
            <w:sz w:val="24"/>
            <w:szCs w:val="24"/>
            <w:lang w:val="ro-RO"/>
          </w:rPr>
          <w:t xml:space="preserve"> </w:t>
        </w:r>
        <w:r w:rsidR="00806976" w:rsidRPr="00AC3E2D">
          <w:rPr>
            <w:rStyle w:val="Hyperlink"/>
            <w:rFonts w:asciiTheme="majorBidi" w:hAnsiTheme="majorBidi" w:cstheme="majorBidi"/>
            <w:sz w:val="24"/>
            <w:szCs w:val="24"/>
            <w:lang w:val="ro-RO"/>
          </w:rPr>
          <w:t>şi a Standardelor minime de calitate</w:t>
        </w:r>
      </w:hyperlink>
      <w:r w:rsidRPr="00AC3E2D">
        <w:rPr>
          <w:rFonts w:asciiTheme="majorBidi" w:hAnsiTheme="majorBidi" w:cstheme="majorBidi"/>
          <w:sz w:val="24"/>
          <w:szCs w:val="24"/>
          <w:lang w:val="ro-RO"/>
        </w:rPr>
        <w:t xml:space="preserve">. </w:t>
      </w:r>
    </w:p>
    <w:p w14:paraId="38BDF0F7" w14:textId="77777777" w:rsidR="009674E1" w:rsidRPr="00AC3E2D" w:rsidRDefault="009674E1" w:rsidP="00BD2463">
      <w:pPr>
        <w:spacing w:after="0" w:line="240" w:lineRule="auto"/>
        <w:ind w:right="-563"/>
        <w:rPr>
          <w:rFonts w:asciiTheme="majorBidi" w:eastAsia="Times New Roman" w:hAnsiTheme="majorBidi" w:cstheme="majorBidi"/>
          <w:b/>
          <w:color w:val="0070C0"/>
          <w:sz w:val="24"/>
          <w:szCs w:val="24"/>
          <w:lang w:val="ro-RO"/>
        </w:rPr>
      </w:pPr>
    </w:p>
    <w:p w14:paraId="31164001" w14:textId="515EB120" w:rsidR="00261CB6" w:rsidRPr="00AC3E2D" w:rsidRDefault="000662D6" w:rsidP="00BD2463">
      <w:pPr>
        <w:spacing w:after="0" w:line="240" w:lineRule="auto"/>
        <w:ind w:right="-563"/>
        <w:rPr>
          <w:rFonts w:asciiTheme="majorBidi" w:eastAsia="Times New Roman" w:hAnsiTheme="majorBidi" w:cstheme="majorBidi"/>
          <w:b/>
          <w:color w:val="0070C0"/>
          <w:sz w:val="24"/>
          <w:szCs w:val="24"/>
          <w:lang w:val="ro-RO"/>
        </w:rPr>
      </w:pPr>
      <w:r w:rsidRPr="00AC3E2D">
        <w:rPr>
          <w:rFonts w:asciiTheme="majorBidi" w:eastAsia="Times New Roman" w:hAnsiTheme="majorBidi" w:cstheme="majorBidi"/>
          <w:b/>
          <w:color w:val="0070C0"/>
          <w:sz w:val="24"/>
          <w:szCs w:val="24"/>
          <w:lang w:val="ro-RO"/>
        </w:rPr>
        <w:t xml:space="preserve">SARCINI SPECIFICE ÎN CADRUL CONSULTANȚEI ȘI LIVRABILE </w:t>
      </w:r>
    </w:p>
    <w:p w14:paraId="2E27E21C" w14:textId="26D8130E" w:rsidR="00D17D55" w:rsidRPr="00AC3E2D" w:rsidRDefault="00F300DC" w:rsidP="00BD2463">
      <w:pPr>
        <w:spacing w:after="0" w:line="240" w:lineRule="auto"/>
        <w:ind w:right="-563" w:firstLine="567"/>
        <w:jc w:val="both"/>
        <w:rPr>
          <w:rFonts w:asciiTheme="majorBidi" w:eastAsia="Times New Roman" w:hAnsiTheme="majorBidi" w:cstheme="majorBidi"/>
          <w:bCs/>
          <w:color w:val="0070C0"/>
          <w:sz w:val="24"/>
          <w:szCs w:val="24"/>
          <w:lang w:val="ro-RO"/>
        </w:rPr>
      </w:pPr>
      <w:r w:rsidRPr="00AC3E2D">
        <w:rPr>
          <w:rFonts w:asciiTheme="majorBidi" w:eastAsia="Times New Roman" w:hAnsiTheme="majorBidi" w:cstheme="majorBidi"/>
          <w:bCs/>
          <w:color w:val="000000" w:themeColor="text1"/>
          <w:sz w:val="24"/>
          <w:szCs w:val="24"/>
          <w:lang w:val="ro-RO"/>
        </w:rPr>
        <w:t xml:space="preserve">Consultantul/consultanta va realiza toate activitățile necesare pentru elaborarea Manualului operațional, inclusiv analiza cadrului normativ, consultarea documentelor relevante, participarea la ședințele de lucru și integrarea recomandărilor formulate de </w:t>
      </w:r>
      <w:r w:rsidR="00482002" w:rsidRPr="00AC3E2D">
        <w:rPr>
          <w:rFonts w:asciiTheme="majorBidi" w:hAnsiTheme="majorBidi" w:cstheme="majorBidi"/>
          <w:sz w:val="24"/>
          <w:szCs w:val="24"/>
          <w:lang w:val="ro-RO"/>
        </w:rPr>
        <w:t>Ministerul Muncii și Protecției Sociale</w:t>
      </w:r>
      <w:r w:rsidR="00482002" w:rsidRPr="00AC3E2D">
        <w:rPr>
          <w:rFonts w:asciiTheme="majorBidi" w:hAnsiTheme="majorBidi" w:cstheme="majorBidi"/>
          <w:sz w:val="24"/>
          <w:szCs w:val="24"/>
          <w:lang w:val="ro-RO"/>
        </w:rPr>
        <w:t>,</w:t>
      </w:r>
      <w:r w:rsidR="00482002" w:rsidRPr="00AC3E2D">
        <w:rPr>
          <w:rFonts w:asciiTheme="majorBidi" w:eastAsia="Times New Roman" w:hAnsiTheme="majorBidi" w:cstheme="majorBidi"/>
          <w:bCs/>
          <w:color w:val="000000" w:themeColor="text1"/>
          <w:sz w:val="24"/>
          <w:szCs w:val="24"/>
          <w:lang w:val="ro-RO"/>
        </w:rPr>
        <w:t xml:space="preserve"> </w:t>
      </w:r>
      <w:r w:rsidRPr="00AC3E2D">
        <w:rPr>
          <w:rFonts w:asciiTheme="majorBidi" w:eastAsia="Times New Roman" w:hAnsiTheme="majorBidi" w:cstheme="majorBidi"/>
          <w:bCs/>
          <w:color w:val="000000" w:themeColor="text1"/>
          <w:sz w:val="24"/>
          <w:szCs w:val="24"/>
          <w:lang w:val="ro-RO"/>
        </w:rPr>
        <w:t>Keystone Moldova</w:t>
      </w:r>
      <w:r w:rsidR="005F76B4" w:rsidRPr="00AC3E2D">
        <w:rPr>
          <w:rFonts w:asciiTheme="majorBidi" w:eastAsia="Times New Roman" w:hAnsiTheme="majorBidi" w:cstheme="majorBidi"/>
          <w:bCs/>
          <w:color w:val="000000" w:themeColor="text1"/>
          <w:sz w:val="24"/>
          <w:szCs w:val="24"/>
          <w:lang w:val="ro-RO"/>
        </w:rPr>
        <w:t>, alți parteneri</w:t>
      </w:r>
      <w:r w:rsidRPr="00AC3E2D">
        <w:rPr>
          <w:rFonts w:asciiTheme="majorBidi" w:hAnsiTheme="majorBidi" w:cstheme="majorBidi"/>
          <w:sz w:val="24"/>
          <w:szCs w:val="24"/>
          <w:lang w:val="ro-RO"/>
        </w:rPr>
        <w:t xml:space="preserve">. </w:t>
      </w:r>
    </w:p>
    <w:p w14:paraId="070A9C51" w14:textId="77777777" w:rsidR="00261CB6" w:rsidRPr="00AC3E2D" w:rsidRDefault="00261CB6" w:rsidP="00BD2463">
      <w:pPr>
        <w:spacing w:after="0" w:line="240" w:lineRule="auto"/>
        <w:rPr>
          <w:rFonts w:asciiTheme="majorBidi" w:eastAsia="Times New Roman" w:hAnsiTheme="majorBidi" w:cstheme="majorBidi"/>
          <w:b/>
          <w:sz w:val="24"/>
          <w:szCs w:val="24"/>
          <w:lang w:val="ro-RO"/>
        </w:rPr>
      </w:pPr>
    </w:p>
    <w:tbl>
      <w:tblPr>
        <w:tblStyle w:val="TableGrid"/>
        <w:tblW w:w="9918" w:type="dxa"/>
        <w:tblLook w:val="04A0" w:firstRow="1" w:lastRow="0" w:firstColumn="1" w:lastColumn="0" w:noHBand="0" w:noVBand="1"/>
      </w:tblPr>
      <w:tblGrid>
        <w:gridCol w:w="723"/>
        <w:gridCol w:w="3391"/>
        <w:gridCol w:w="2547"/>
        <w:gridCol w:w="1417"/>
        <w:gridCol w:w="1840"/>
      </w:tblGrid>
      <w:tr w:rsidR="000662D6" w:rsidRPr="00AC3E2D" w14:paraId="04B4C621" w14:textId="77777777" w:rsidTr="003301D8">
        <w:trPr>
          <w:trHeight w:val="770"/>
        </w:trPr>
        <w:tc>
          <w:tcPr>
            <w:tcW w:w="706" w:type="dxa"/>
            <w:shd w:val="clear" w:color="auto" w:fill="C6D9F1" w:themeFill="text2" w:themeFillTint="33"/>
          </w:tcPr>
          <w:p w14:paraId="314EA897" w14:textId="585D7C18" w:rsidR="000662D6" w:rsidRPr="00AC3E2D" w:rsidRDefault="000662D6" w:rsidP="00BD2463">
            <w:pPr>
              <w:rPr>
                <w:rFonts w:asciiTheme="majorBidi" w:eastAsia="Times New Roman" w:hAnsiTheme="majorBidi" w:cstheme="majorBidi"/>
                <w:b/>
                <w:sz w:val="24"/>
                <w:szCs w:val="24"/>
                <w:lang w:val="ro-RO"/>
              </w:rPr>
            </w:pPr>
            <w:r w:rsidRPr="00AC3E2D">
              <w:rPr>
                <w:rFonts w:asciiTheme="majorBidi" w:eastAsia="Times New Roman" w:hAnsiTheme="majorBidi" w:cstheme="majorBidi"/>
                <w:b/>
                <w:sz w:val="24"/>
                <w:szCs w:val="24"/>
                <w:lang w:val="ro-RO"/>
              </w:rPr>
              <w:t>Nr.r.</w:t>
            </w:r>
          </w:p>
        </w:tc>
        <w:tc>
          <w:tcPr>
            <w:tcW w:w="3400" w:type="dxa"/>
            <w:shd w:val="clear" w:color="auto" w:fill="C6D9F1" w:themeFill="text2" w:themeFillTint="33"/>
          </w:tcPr>
          <w:p w14:paraId="31A67E6D" w14:textId="30F2ED86" w:rsidR="000662D6" w:rsidRPr="00AC3E2D" w:rsidRDefault="000662D6" w:rsidP="00BD2463">
            <w:pPr>
              <w:rPr>
                <w:rFonts w:asciiTheme="majorBidi" w:eastAsia="Times New Roman" w:hAnsiTheme="majorBidi" w:cstheme="majorBidi"/>
                <w:b/>
                <w:sz w:val="24"/>
                <w:szCs w:val="24"/>
                <w:lang w:val="ro-RO"/>
              </w:rPr>
            </w:pPr>
            <w:r w:rsidRPr="00AC3E2D">
              <w:rPr>
                <w:rFonts w:asciiTheme="majorBidi" w:eastAsia="Times New Roman" w:hAnsiTheme="majorBidi" w:cstheme="majorBidi"/>
                <w:b/>
                <w:sz w:val="24"/>
                <w:szCs w:val="24"/>
                <w:lang w:val="ro-RO"/>
              </w:rPr>
              <w:t xml:space="preserve">Descrierea sarcinilor </w:t>
            </w:r>
          </w:p>
        </w:tc>
        <w:tc>
          <w:tcPr>
            <w:tcW w:w="2552" w:type="dxa"/>
            <w:shd w:val="clear" w:color="auto" w:fill="C6D9F1" w:themeFill="text2" w:themeFillTint="33"/>
          </w:tcPr>
          <w:p w14:paraId="5B4CDFB5" w14:textId="10C92662" w:rsidR="000662D6" w:rsidRPr="00AC3E2D" w:rsidRDefault="000662D6" w:rsidP="00BD2463">
            <w:pPr>
              <w:rPr>
                <w:rFonts w:asciiTheme="majorBidi" w:eastAsia="Times New Roman" w:hAnsiTheme="majorBidi" w:cstheme="majorBidi"/>
                <w:b/>
                <w:sz w:val="24"/>
                <w:szCs w:val="24"/>
                <w:lang w:val="ro-RO"/>
              </w:rPr>
            </w:pPr>
            <w:r w:rsidRPr="00AC3E2D">
              <w:rPr>
                <w:rFonts w:asciiTheme="majorBidi" w:eastAsia="Times New Roman" w:hAnsiTheme="majorBidi" w:cstheme="majorBidi"/>
                <w:b/>
                <w:sz w:val="24"/>
                <w:szCs w:val="24"/>
                <w:lang w:val="ro-RO"/>
              </w:rPr>
              <w:t xml:space="preserve">Livrabile </w:t>
            </w:r>
          </w:p>
        </w:tc>
        <w:tc>
          <w:tcPr>
            <w:tcW w:w="1417" w:type="dxa"/>
            <w:shd w:val="clear" w:color="auto" w:fill="C6D9F1" w:themeFill="text2" w:themeFillTint="33"/>
          </w:tcPr>
          <w:p w14:paraId="2F2F00DD" w14:textId="3A7DE37C" w:rsidR="000662D6" w:rsidRPr="00AC3E2D" w:rsidRDefault="000662D6" w:rsidP="00BD2463">
            <w:pPr>
              <w:rPr>
                <w:rFonts w:asciiTheme="majorBidi" w:eastAsia="Times New Roman" w:hAnsiTheme="majorBidi" w:cstheme="majorBidi"/>
                <w:b/>
                <w:sz w:val="24"/>
                <w:szCs w:val="24"/>
                <w:lang w:val="ro-RO"/>
              </w:rPr>
            </w:pPr>
            <w:r w:rsidRPr="00AC3E2D">
              <w:rPr>
                <w:rFonts w:asciiTheme="majorBidi" w:eastAsia="Times New Roman" w:hAnsiTheme="majorBidi" w:cstheme="majorBidi"/>
                <w:b/>
                <w:sz w:val="24"/>
                <w:szCs w:val="24"/>
                <w:lang w:val="ro-RO"/>
              </w:rPr>
              <w:t xml:space="preserve">Număr zile de consultanță </w:t>
            </w:r>
          </w:p>
        </w:tc>
        <w:tc>
          <w:tcPr>
            <w:tcW w:w="1843" w:type="dxa"/>
            <w:shd w:val="clear" w:color="auto" w:fill="C6D9F1" w:themeFill="text2" w:themeFillTint="33"/>
          </w:tcPr>
          <w:p w14:paraId="0D4AABFD" w14:textId="67C1D0FC" w:rsidR="000662D6" w:rsidRPr="00AC3E2D" w:rsidRDefault="000662D6" w:rsidP="00BD2463">
            <w:pPr>
              <w:rPr>
                <w:rFonts w:asciiTheme="majorBidi" w:eastAsia="Times New Roman" w:hAnsiTheme="majorBidi" w:cstheme="majorBidi"/>
                <w:b/>
                <w:sz w:val="24"/>
                <w:szCs w:val="24"/>
                <w:lang w:val="ro-RO"/>
              </w:rPr>
            </w:pPr>
            <w:r w:rsidRPr="00AC3E2D">
              <w:rPr>
                <w:rFonts w:asciiTheme="majorBidi" w:eastAsia="Times New Roman" w:hAnsiTheme="majorBidi" w:cstheme="majorBidi"/>
                <w:b/>
                <w:sz w:val="24"/>
                <w:szCs w:val="24"/>
                <w:lang w:val="ro-RO"/>
              </w:rPr>
              <w:t xml:space="preserve">Termen de realizare </w:t>
            </w:r>
          </w:p>
        </w:tc>
      </w:tr>
      <w:tr w:rsidR="000662D6" w:rsidRPr="00AC3E2D" w14:paraId="00004764" w14:textId="77777777" w:rsidTr="009179A4">
        <w:trPr>
          <w:trHeight w:val="1034"/>
        </w:trPr>
        <w:tc>
          <w:tcPr>
            <w:tcW w:w="706" w:type="dxa"/>
          </w:tcPr>
          <w:p w14:paraId="4A822724" w14:textId="0F564EBD" w:rsidR="000662D6" w:rsidRPr="00AC3E2D" w:rsidRDefault="000662D6"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1.</w:t>
            </w:r>
          </w:p>
        </w:tc>
        <w:tc>
          <w:tcPr>
            <w:tcW w:w="3400" w:type="dxa"/>
          </w:tcPr>
          <w:p w14:paraId="2FEE8DE9" w14:textId="419795BE" w:rsidR="005F76B4" w:rsidRPr="00AC3E2D" w:rsidRDefault="004E2D40" w:rsidP="005F76B4">
            <w:pPr>
              <w:ind w:right="-98"/>
              <w:rPr>
                <w:rFonts w:asciiTheme="majorBidi" w:hAnsiTheme="majorBidi" w:cstheme="majorBidi"/>
                <w:sz w:val="24"/>
                <w:szCs w:val="24"/>
                <w:lang w:val="ro-RO"/>
              </w:rPr>
            </w:pPr>
            <w:r w:rsidRPr="00AC3E2D">
              <w:rPr>
                <w:rFonts w:asciiTheme="majorBidi" w:hAnsiTheme="majorBidi" w:cstheme="majorBidi"/>
                <w:sz w:val="24"/>
                <w:szCs w:val="24"/>
                <w:lang w:val="ro-RO"/>
              </w:rPr>
              <w:t xml:space="preserve">Elaborarea </w:t>
            </w:r>
            <w:r w:rsidR="005F76B4" w:rsidRPr="00AC3E2D">
              <w:rPr>
                <w:rFonts w:asciiTheme="majorBidi" w:hAnsiTheme="majorBidi" w:cstheme="majorBidi"/>
                <w:sz w:val="24"/>
                <w:szCs w:val="24"/>
                <w:lang w:val="ro-RO"/>
              </w:rPr>
              <w:t>conceptului</w:t>
            </w:r>
            <w:r w:rsidR="001500B9" w:rsidRPr="00AC3E2D">
              <w:rPr>
                <w:rFonts w:asciiTheme="majorBidi" w:hAnsiTheme="majorBidi" w:cstheme="majorBidi"/>
                <w:sz w:val="24"/>
                <w:szCs w:val="24"/>
                <w:lang w:val="ro-RO"/>
              </w:rPr>
              <w:t xml:space="preserve"> </w:t>
            </w:r>
            <w:r w:rsidR="00700682" w:rsidRPr="00AC3E2D">
              <w:rPr>
                <w:rFonts w:asciiTheme="majorBidi" w:hAnsiTheme="majorBidi" w:cstheme="majorBidi"/>
                <w:sz w:val="24"/>
                <w:szCs w:val="24"/>
                <w:lang w:val="ro-RO"/>
              </w:rPr>
              <w:t xml:space="preserve">Manualului operațional </w:t>
            </w:r>
            <w:r w:rsidR="00A75E3D" w:rsidRPr="00AC3E2D">
              <w:rPr>
                <w:rFonts w:asciiTheme="majorBidi" w:hAnsiTheme="majorBidi" w:cstheme="majorBidi"/>
                <w:sz w:val="24"/>
                <w:szCs w:val="24"/>
                <w:lang w:val="ro-RO"/>
              </w:rPr>
              <w:t xml:space="preserve">al </w:t>
            </w:r>
            <w:r w:rsidR="005F76B4" w:rsidRPr="00AC3E2D">
              <w:rPr>
                <w:rFonts w:asciiTheme="majorBidi" w:hAnsiTheme="majorBidi" w:cstheme="majorBidi"/>
                <w:sz w:val="24"/>
                <w:szCs w:val="24"/>
                <w:lang w:val="ro-RO"/>
              </w:rPr>
              <w:t>Serviciului de asistență telefonică gratuită pentru persoanele cu dizabilități </w:t>
            </w:r>
          </w:p>
          <w:p w14:paraId="6DC6FEE8" w14:textId="77777777" w:rsidR="005F76B4" w:rsidRPr="00AC3E2D" w:rsidRDefault="005F76B4" w:rsidP="005F76B4">
            <w:pPr>
              <w:ind w:right="-563"/>
              <w:jc w:val="center"/>
              <w:rPr>
                <w:rFonts w:asciiTheme="majorBidi" w:hAnsiTheme="majorBidi" w:cstheme="majorBidi"/>
                <w:color w:val="0070C0"/>
                <w:sz w:val="24"/>
                <w:szCs w:val="24"/>
                <w:lang w:val="ro-RO"/>
              </w:rPr>
            </w:pPr>
          </w:p>
          <w:p w14:paraId="7E2474A1" w14:textId="062E0445" w:rsidR="000662D6" w:rsidRPr="00AC3E2D" w:rsidRDefault="000662D6" w:rsidP="00BD2463">
            <w:pPr>
              <w:pStyle w:val="Default"/>
              <w:rPr>
                <w:rFonts w:asciiTheme="majorBidi" w:eastAsia="Times New Roman" w:hAnsiTheme="majorBidi" w:cstheme="majorBidi"/>
                <w:bCs/>
              </w:rPr>
            </w:pPr>
          </w:p>
        </w:tc>
        <w:tc>
          <w:tcPr>
            <w:tcW w:w="2552" w:type="dxa"/>
          </w:tcPr>
          <w:p w14:paraId="1AA3D323" w14:textId="0EEF8957" w:rsidR="008D385F" w:rsidRPr="00AC3E2D" w:rsidRDefault="005F76B4" w:rsidP="00BD2463">
            <w:pPr>
              <w:pStyle w:val="Default"/>
              <w:rPr>
                <w:rFonts w:asciiTheme="majorBidi" w:hAnsiTheme="majorBidi" w:cstheme="majorBidi"/>
              </w:rPr>
            </w:pPr>
            <w:r w:rsidRPr="00AC3E2D">
              <w:rPr>
                <w:rFonts w:asciiTheme="majorBidi" w:hAnsiTheme="majorBidi" w:cstheme="majorBidi"/>
              </w:rPr>
              <w:t>Conceptul</w:t>
            </w:r>
            <w:r w:rsidR="00700682" w:rsidRPr="00AC3E2D">
              <w:rPr>
                <w:rFonts w:asciiTheme="majorBidi" w:hAnsiTheme="majorBidi" w:cstheme="majorBidi"/>
              </w:rPr>
              <w:t xml:space="preserve"> M</w:t>
            </w:r>
            <w:r w:rsidR="008D385F" w:rsidRPr="00AC3E2D">
              <w:rPr>
                <w:rFonts w:asciiTheme="majorBidi" w:hAnsiTheme="majorBidi" w:cstheme="majorBidi"/>
              </w:rPr>
              <w:t xml:space="preserve">anualului operațional </w:t>
            </w:r>
            <w:r w:rsidR="003D5942" w:rsidRPr="00AC3E2D">
              <w:rPr>
                <w:rFonts w:asciiTheme="majorBidi" w:hAnsiTheme="majorBidi" w:cstheme="majorBidi"/>
              </w:rPr>
              <w:t xml:space="preserve">al Serviciului </w:t>
            </w:r>
            <w:r w:rsidR="003D5942" w:rsidRPr="00AC3E2D">
              <w:rPr>
                <w:rFonts w:asciiTheme="majorBidi" w:hAnsiTheme="majorBidi" w:cstheme="majorBidi"/>
                <w:bCs/>
              </w:rPr>
              <w:t>de asistență telefonică gratuită pentru persoanele cu dizabilități</w:t>
            </w:r>
          </w:p>
          <w:p w14:paraId="579B3B8C" w14:textId="29676485" w:rsidR="000662D6" w:rsidRPr="00AC3E2D" w:rsidRDefault="000662D6" w:rsidP="00BD2463">
            <w:pPr>
              <w:rPr>
                <w:rFonts w:asciiTheme="majorBidi" w:eastAsia="Times New Roman" w:hAnsiTheme="majorBidi" w:cstheme="majorBidi"/>
                <w:bCs/>
                <w:sz w:val="24"/>
                <w:szCs w:val="24"/>
                <w:lang w:val="ro-RO"/>
              </w:rPr>
            </w:pPr>
          </w:p>
        </w:tc>
        <w:tc>
          <w:tcPr>
            <w:tcW w:w="1417" w:type="dxa"/>
          </w:tcPr>
          <w:p w14:paraId="79485BD2" w14:textId="4C79A9BE" w:rsidR="000662D6" w:rsidRPr="00AC3E2D" w:rsidRDefault="008D385F" w:rsidP="00BD2463">
            <w:pPr>
              <w:jc w:val="cente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1</w:t>
            </w:r>
            <w:r w:rsidR="006801DD" w:rsidRPr="00AC3E2D">
              <w:rPr>
                <w:rFonts w:asciiTheme="majorBidi" w:eastAsia="Times New Roman" w:hAnsiTheme="majorBidi" w:cstheme="majorBidi"/>
                <w:bCs/>
                <w:sz w:val="24"/>
                <w:szCs w:val="24"/>
                <w:lang w:val="ro-RO"/>
              </w:rPr>
              <w:t xml:space="preserve"> zi</w:t>
            </w:r>
          </w:p>
        </w:tc>
        <w:tc>
          <w:tcPr>
            <w:tcW w:w="1843" w:type="dxa"/>
          </w:tcPr>
          <w:p w14:paraId="1FAB0C36" w14:textId="5B440B65" w:rsidR="000662D6" w:rsidRPr="00AC3E2D" w:rsidRDefault="005F76B4"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18 noiembrie</w:t>
            </w:r>
            <w:r w:rsidR="008B6FB9" w:rsidRPr="00AC3E2D">
              <w:rPr>
                <w:rFonts w:asciiTheme="majorBidi" w:eastAsia="Times New Roman" w:hAnsiTheme="majorBidi" w:cstheme="majorBidi"/>
                <w:bCs/>
                <w:sz w:val="24"/>
                <w:szCs w:val="24"/>
                <w:lang w:val="ro-RO"/>
              </w:rPr>
              <w:t xml:space="preserve"> 2026</w:t>
            </w:r>
          </w:p>
        </w:tc>
      </w:tr>
      <w:tr w:rsidR="000662D6" w:rsidRPr="00AC3E2D" w14:paraId="7AE1DB28" w14:textId="77777777" w:rsidTr="009179A4">
        <w:trPr>
          <w:trHeight w:val="1261"/>
        </w:trPr>
        <w:tc>
          <w:tcPr>
            <w:tcW w:w="706" w:type="dxa"/>
          </w:tcPr>
          <w:p w14:paraId="4DDF04DD" w14:textId="1D771F65" w:rsidR="000662D6" w:rsidRPr="00AC3E2D" w:rsidRDefault="000662D6"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2</w:t>
            </w:r>
            <w:r w:rsidR="00703742" w:rsidRPr="00AC3E2D">
              <w:rPr>
                <w:rFonts w:asciiTheme="majorBidi" w:eastAsia="Times New Roman" w:hAnsiTheme="majorBidi" w:cstheme="majorBidi"/>
                <w:bCs/>
                <w:sz w:val="24"/>
                <w:szCs w:val="24"/>
                <w:lang w:val="ro-RO"/>
              </w:rPr>
              <w:t>.</w:t>
            </w:r>
          </w:p>
        </w:tc>
        <w:tc>
          <w:tcPr>
            <w:tcW w:w="3400" w:type="dxa"/>
          </w:tcPr>
          <w:p w14:paraId="7FCA7DE1" w14:textId="26406967" w:rsidR="000662D6" w:rsidRPr="00AC3E2D" w:rsidRDefault="008D385F" w:rsidP="00703742">
            <w:pPr>
              <w:rPr>
                <w:rFonts w:asciiTheme="majorBidi" w:hAnsiTheme="majorBidi" w:cstheme="majorBidi"/>
                <w:b/>
                <w:sz w:val="24"/>
                <w:szCs w:val="24"/>
                <w:lang w:val="ro-RO"/>
              </w:rPr>
            </w:pPr>
            <w:r w:rsidRPr="00AC3E2D">
              <w:rPr>
                <w:rFonts w:asciiTheme="majorBidi" w:hAnsiTheme="majorBidi" w:cstheme="majorBidi"/>
                <w:sz w:val="24"/>
                <w:szCs w:val="24"/>
                <w:lang w:val="ro-RO"/>
              </w:rPr>
              <w:t xml:space="preserve">Elaborarea primei versiuni a </w:t>
            </w:r>
            <w:r w:rsidR="00007231" w:rsidRPr="00AC3E2D">
              <w:rPr>
                <w:rFonts w:asciiTheme="majorBidi" w:hAnsiTheme="majorBidi" w:cstheme="majorBidi"/>
                <w:sz w:val="24"/>
                <w:szCs w:val="24"/>
                <w:lang w:val="ro-RO"/>
              </w:rPr>
              <w:t>M</w:t>
            </w:r>
            <w:r w:rsidRPr="00AC3E2D">
              <w:rPr>
                <w:rFonts w:asciiTheme="majorBidi" w:hAnsiTheme="majorBidi" w:cstheme="majorBidi"/>
                <w:sz w:val="24"/>
                <w:szCs w:val="24"/>
                <w:lang w:val="ro-RO"/>
              </w:rPr>
              <w:t xml:space="preserve">anualului operațional </w:t>
            </w:r>
            <w:r w:rsidR="003D5942" w:rsidRPr="00AC3E2D">
              <w:rPr>
                <w:rFonts w:asciiTheme="majorBidi" w:hAnsiTheme="majorBidi" w:cstheme="majorBidi"/>
                <w:sz w:val="24"/>
                <w:szCs w:val="24"/>
                <w:lang w:val="ro-RO"/>
              </w:rPr>
              <w:t xml:space="preserve">al </w:t>
            </w:r>
            <w:r w:rsidR="00703742" w:rsidRPr="00AC3E2D">
              <w:rPr>
                <w:rFonts w:asciiTheme="majorBidi" w:hAnsiTheme="majorBidi" w:cstheme="majorBidi"/>
                <w:bCs/>
                <w:sz w:val="24"/>
                <w:szCs w:val="24"/>
                <w:lang w:val="ro-RO"/>
              </w:rPr>
              <w:t>Serviciului de asistență telefonică gratuită pentru persoanele cu dizabilități</w:t>
            </w:r>
            <w:r w:rsidR="00703742" w:rsidRPr="00AC3E2D">
              <w:rPr>
                <w:rFonts w:asciiTheme="majorBidi" w:hAnsiTheme="majorBidi" w:cstheme="majorBidi"/>
                <w:bCs/>
                <w:sz w:val="24"/>
                <w:szCs w:val="24"/>
                <w:lang w:val="ro-RO"/>
              </w:rPr>
              <w:t>,</w:t>
            </w:r>
            <w:r w:rsidR="00703742" w:rsidRPr="00AC3E2D">
              <w:rPr>
                <w:rFonts w:asciiTheme="majorBidi" w:hAnsiTheme="majorBidi" w:cstheme="majorBidi"/>
                <w:b/>
                <w:sz w:val="24"/>
                <w:szCs w:val="24"/>
                <w:lang w:val="ro-RO"/>
              </w:rPr>
              <w:t xml:space="preserve"> </w:t>
            </w:r>
            <w:r w:rsidR="0041589C" w:rsidRPr="00AC3E2D">
              <w:rPr>
                <w:rFonts w:asciiTheme="majorBidi" w:hAnsiTheme="majorBidi" w:cstheme="majorBidi"/>
                <w:sz w:val="24"/>
                <w:szCs w:val="24"/>
                <w:lang w:val="ro-RO"/>
              </w:rPr>
              <w:t xml:space="preserve">inclusiv dezvoltarea </w:t>
            </w:r>
            <w:r w:rsidR="00572D5E" w:rsidRPr="00AC3E2D">
              <w:rPr>
                <w:rFonts w:asciiTheme="majorBidi" w:hAnsiTheme="majorBidi" w:cstheme="majorBidi"/>
                <w:sz w:val="24"/>
                <w:szCs w:val="24"/>
                <w:lang w:val="ro-RO"/>
              </w:rPr>
              <w:t xml:space="preserve">procedurilor operaționale, instrumentelor de lucru, modelelor de documente </w:t>
            </w:r>
            <w:r w:rsidR="004473BE" w:rsidRPr="00AC3E2D">
              <w:rPr>
                <w:rFonts w:asciiTheme="majorBidi" w:hAnsiTheme="majorBidi" w:cstheme="majorBidi"/>
                <w:sz w:val="24"/>
                <w:szCs w:val="24"/>
                <w:lang w:val="ro-RO"/>
              </w:rPr>
              <w:t>și anexelor aferente</w:t>
            </w:r>
          </w:p>
        </w:tc>
        <w:tc>
          <w:tcPr>
            <w:tcW w:w="2552" w:type="dxa"/>
          </w:tcPr>
          <w:p w14:paraId="164C1AA6" w14:textId="39E3767D" w:rsidR="000662D6" w:rsidRPr="00AC3E2D" w:rsidRDefault="00E24877" w:rsidP="00703742">
            <w:pPr>
              <w:pStyle w:val="Default"/>
              <w:rPr>
                <w:rFonts w:asciiTheme="majorBidi" w:eastAsia="Times New Roman" w:hAnsiTheme="majorBidi" w:cstheme="majorBidi"/>
                <w:bCs/>
              </w:rPr>
            </w:pPr>
            <w:r w:rsidRPr="00AC3E2D">
              <w:rPr>
                <w:rFonts w:asciiTheme="majorBidi" w:hAnsiTheme="majorBidi" w:cstheme="majorBidi"/>
              </w:rPr>
              <w:t>Proiectul</w:t>
            </w:r>
            <w:r w:rsidR="00DE0067" w:rsidRPr="00AC3E2D">
              <w:rPr>
                <w:rFonts w:asciiTheme="majorBidi" w:hAnsiTheme="majorBidi" w:cstheme="majorBidi"/>
              </w:rPr>
              <w:t xml:space="preserve"> </w:t>
            </w:r>
            <w:r w:rsidR="00700682" w:rsidRPr="00AC3E2D">
              <w:rPr>
                <w:rFonts w:asciiTheme="majorBidi" w:hAnsiTheme="majorBidi" w:cstheme="majorBidi"/>
              </w:rPr>
              <w:t>M</w:t>
            </w:r>
            <w:r w:rsidR="00DE0067" w:rsidRPr="00AC3E2D">
              <w:rPr>
                <w:rFonts w:asciiTheme="majorBidi" w:hAnsiTheme="majorBidi" w:cstheme="majorBidi"/>
              </w:rPr>
              <w:t xml:space="preserve">anualului operațional </w:t>
            </w:r>
            <w:r w:rsidR="0094158F" w:rsidRPr="00AC3E2D">
              <w:rPr>
                <w:rFonts w:asciiTheme="majorBidi" w:hAnsiTheme="majorBidi" w:cstheme="majorBidi"/>
              </w:rPr>
              <w:t xml:space="preserve">al Serviciului </w:t>
            </w:r>
            <w:r w:rsidR="00703742" w:rsidRPr="00AC3E2D">
              <w:rPr>
                <w:rFonts w:asciiTheme="majorBidi" w:hAnsiTheme="majorBidi" w:cstheme="majorBidi"/>
                <w:bCs/>
              </w:rPr>
              <w:t>de asistență telefonică gratuită pentru persoanele cu dizabilități</w:t>
            </w:r>
          </w:p>
        </w:tc>
        <w:tc>
          <w:tcPr>
            <w:tcW w:w="1417" w:type="dxa"/>
          </w:tcPr>
          <w:p w14:paraId="00A71A2A" w14:textId="4E0DE56B" w:rsidR="000662D6" w:rsidRPr="00AC3E2D" w:rsidRDefault="00DE0067" w:rsidP="00BD2463">
            <w:pPr>
              <w:jc w:val="cente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1</w:t>
            </w:r>
            <w:r w:rsidR="00AC3E2D" w:rsidRPr="00AC3E2D">
              <w:rPr>
                <w:rFonts w:asciiTheme="majorBidi" w:eastAsia="Times New Roman" w:hAnsiTheme="majorBidi" w:cstheme="majorBidi"/>
                <w:bCs/>
                <w:sz w:val="24"/>
                <w:szCs w:val="24"/>
                <w:lang w:val="ro-RO"/>
              </w:rPr>
              <w:t>1</w:t>
            </w:r>
            <w:r w:rsidRPr="00AC3E2D">
              <w:rPr>
                <w:rFonts w:asciiTheme="majorBidi" w:eastAsia="Times New Roman" w:hAnsiTheme="majorBidi" w:cstheme="majorBidi"/>
                <w:bCs/>
                <w:sz w:val="24"/>
                <w:szCs w:val="24"/>
                <w:lang w:val="ro-RO"/>
              </w:rPr>
              <w:t xml:space="preserve"> zile </w:t>
            </w:r>
          </w:p>
        </w:tc>
        <w:tc>
          <w:tcPr>
            <w:tcW w:w="1843" w:type="dxa"/>
          </w:tcPr>
          <w:p w14:paraId="0B45412C" w14:textId="6CD60B1B" w:rsidR="000662D6" w:rsidRPr="00AC3E2D" w:rsidRDefault="00C03DAE"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4 decembrie</w:t>
            </w:r>
            <w:r w:rsidR="00094768" w:rsidRPr="00AC3E2D">
              <w:rPr>
                <w:rFonts w:asciiTheme="majorBidi" w:eastAsia="Times New Roman" w:hAnsiTheme="majorBidi" w:cstheme="majorBidi"/>
                <w:bCs/>
                <w:sz w:val="24"/>
                <w:szCs w:val="24"/>
                <w:lang w:val="ro-RO"/>
              </w:rPr>
              <w:t xml:space="preserve"> 2026 </w:t>
            </w:r>
          </w:p>
        </w:tc>
      </w:tr>
      <w:tr w:rsidR="000662D6" w:rsidRPr="00AC3E2D" w14:paraId="478C9907" w14:textId="77777777" w:rsidTr="009179A4">
        <w:trPr>
          <w:trHeight w:val="516"/>
        </w:trPr>
        <w:tc>
          <w:tcPr>
            <w:tcW w:w="706" w:type="dxa"/>
          </w:tcPr>
          <w:p w14:paraId="5C6A8324" w14:textId="58319592" w:rsidR="000662D6" w:rsidRPr="00AC3E2D" w:rsidRDefault="003D5942"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3.</w:t>
            </w:r>
          </w:p>
        </w:tc>
        <w:tc>
          <w:tcPr>
            <w:tcW w:w="3400" w:type="dxa"/>
          </w:tcPr>
          <w:p w14:paraId="7D35DFF4" w14:textId="031F1FE6" w:rsidR="000662D6" w:rsidRPr="00AC3E2D" w:rsidRDefault="00ED0D88" w:rsidP="001F5F08">
            <w:pPr>
              <w:pStyle w:val="Default"/>
              <w:rPr>
                <w:rFonts w:asciiTheme="majorBidi" w:eastAsia="Times New Roman" w:hAnsiTheme="majorBidi" w:cstheme="majorBidi"/>
                <w:bCs/>
              </w:rPr>
            </w:pPr>
            <w:r w:rsidRPr="00AC3E2D">
              <w:rPr>
                <w:rFonts w:asciiTheme="majorBidi" w:hAnsiTheme="majorBidi" w:cstheme="majorBidi"/>
              </w:rPr>
              <w:t xml:space="preserve">Participarea la </w:t>
            </w:r>
            <w:r w:rsidR="00CA4563" w:rsidRPr="00AC3E2D">
              <w:rPr>
                <w:rFonts w:asciiTheme="majorBidi" w:hAnsiTheme="majorBidi" w:cstheme="majorBidi"/>
              </w:rPr>
              <w:t>ședința</w:t>
            </w:r>
            <w:r w:rsidR="001F5F08" w:rsidRPr="00AC3E2D">
              <w:rPr>
                <w:rFonts w:asciiTheme="majorBidi" w:hAnsiTheme="majorBidi" w:cstheme="majorBidi"/>
              </w:rPr>
              <w:t xml:space="preserve"> comună</w:t>
            </w:r>
            <w:r w:rsidR="00CA4563" w:rsidRPr="00AC3E2D">
              <w:rPr>
                <w:rFonts w:asciiTheme="majorBidi" w:hAnsiTheme="majorBidi" w:cstheme="majorBidi"/>
              </w:rPr>
              <w:t xml:space="preserve"> de </w:t>
            </w:r>
            <w:r w:rsidRPr="00AC3E2D">
              <w:rPr>
                <w:rFonts w:asciiTheme="majorBidi" w:hAnsiTheme="majorBidi" w:cstheme="majorBidi"/>
              </w:rPr>
              <w:t>c</w:t>
            </w:r>
            <w:r w:rsidR="00DE0067" w:rsidRPr="00AC3E2D">
              <w:rPr>
                <w:rFonts w:asciiTheme="majorBidi" w:hAnsiTheme="majorBidi" w:cstheme="majorBidi"/>
              </w:rPr>
              <w:t>onsultare</w:t>
            </w:r>
            <w:r w:rsidR="00CA4563" w:rsidRPr="00AC3E2D">
              <w:rPr>
                <w:rFonts w:asciiTheme="majorBidi" w:hAnsiTheme="majorBidi" w:cstheme="majorBidi"/>
              </w:rPr>
              <w:t xml:space="preserve"> </w:t>
            </w:r>
            <w:r w:rsidR="00DE0067" w:rsidRPr="00AC3E2D">
              <w:rPr>
                <w:rFonts w:asciiTheme="majorBidi" w:hAnsiTheme="majorBidi" w:cstheme="majorBidi"/>
              </w:rPr>
              <w:t xml:space="preserve">a </w:t>
            </w:r>
            <w:r w:rsidR="00A81617" w:rsidRPr="00AC3E2D">
              <w:rPr>
                <w:rFonts w:asciiTheme="majorBidi" w:hAnsiTheme="majorBidi" w:cstheme="majorBidi"/>
              </w:rPr>
              <w:t>M</w:t>
            </w:r>
            <w:r w:rsidR="00DE0067" w:rsidRPr="00AC3E2D">
              <w:rPr>
                <w:rFonts w:asciiTheme="majorBidi" w:hAnsiTheme="majorBidi" w:cstheme="majorBidi"/>
              </w:rPr>
              <w:t xml:space="preserve">anualului operațional </w:t>
            </w:r>
          </w:p>
        </w:tc>
        <w:tc>
          <w:tcPr>
            <w:tcW w:w="2552" w:type="dxa"/>
          </w:tcPr>
          <w:p w14:paraId="16DD98B7" w14:textId="37B2E228" w:rsidR="000662D6" w:rsidRPr="00AC3E2D" w:rsidRDefault="00B17B24" w:rsidP="00BD2463">
            <w:pPr>
              <w:pStyle w:val="Default"/>
              <w:rPr>
                <w:rFonts w:asciiTheme="majorBidi" w:eastAsia="Times New Roman" w:hAnsiTheme="majorBidi" w:cstheme="majorBidi"/>
                <w:bCs/>
              </w:rPr>
            </w:pPr>
            <w:r w:rsidRPr="00AC3E2D">
              <w:rPr>
                <w:rFonts w:asciiTheme="majorBidi" w:hAnsiTheme="majorBidi" w:cstheme="majorBidi"/>
              </w:rPr>
              <w:t>Raport</w:t>
            </w:r>
            <w:r w:rsidR="00A0417F" w:rsidRPr="00AC3E2D">
              <w:rPr>
                <w:rFonts w:asciiTheme="majorBidi" w:hAnsiTheme="majorBidi" w:cstheme="majorBidi"/>
              </w:rPr>
              <w:t>ul</w:t>
            </w:r>
            <w:r w:rsidRPr="00AC3E2D">
              <w:rPr>
                <w:rFonts w:asciiTheme="majorBidi" w:hAnsiTheme="majorBidi" w:cstheme="majorBidi"/>
              </w:rPr>
              <w:t xml:space="preserve"> </w:t>
            </w:r>
            <w:r w:rsidR="007A2A65" w:rsidRPr="00AC3E2D">
              <w:rPr>
                <w:rFonts w:asciiTheme="majorBidi" w:hAnsiTheme="majorBidi" w:cstheme="majorBidi"/>
              </w:rPr>
              <w:t xml:space="preserve">de sinteză </w:t>
            </w:r>
            <w:r w:rsidR="00205B5D" w:rsidRPr="00AC3E2D">
              <w:rPr>
                <w:rFonts w:asciiTheme="majorBidi" w:hAnsiTheme="majorBidi" w:cstheme="majorBidi"/>
              </w:rPr>
              <w:t>privind recomandări</w:t>
            </w:r>
            <w:r w:rsidR="00A0417F" w:rsidRPr="00AC3E2D">
              <w:rPr>
                <w:rFonts w:asciiTheme="majorBidi" w:hAnsiTheme="majorBidi" w:cstheme="majorBidi"/>
              </w:rPr>
              <w:t>le</w:t>
            </w:r>
            <w:r w:rsidR="00205B5D" w:rsidRPr="00AC3E2D">
              <w:rPr>
                <w:rFonts w:asciiTheme="majorBidi" w:hAnsiTheme="majorBidi" w:cstheme="majorBidi"/>
              </w:rPr>
              <w:t xml:space="preserve"> </w:t>
            </w:r>
            <w:r w:rsidR="00ED0D88" w:rsidRPr="00AC3E2D">
              <w:rPr>
                <w:rFonts w:asciiTheme="majorBidi" w:hAnsiTheme="majorBidi" w:cstheme="majorBidi"/>
              </w:rPr>
              <w:t xml:space="preserve">formulate </w:t>
            </w:r>
            <w:r w:rsidR="00D21872" w:rsidRPr="00AC3E2D">
              <w:rPr>
                <w:rFonts w:asciiTheme="majorBidi" w:hAnsiTheme="majorBidi" w:cstheme="majorBidi"/>
              </w:rPr>
              <w:t xml:space="preserve"> </w:t>
            </w:r>
            <w:r w:rsidR="00A0417F" w:rsidRPr="00AC3E2D">
              <w:rPr>
                <w:rFonts w:asciiTheme="majorBidi" w:hAnsiTheme="majorBidi" w:cstheme="majorBidi"/>
              </w:rPr>
              <w:t>în cadrul ședințe</w:t>
            </w:r>
            <w:r w:rsidR="001F5F08" w:rsidRPr="00AC3E2D">
              <w:rPr>
                <w:rFonts w:asciiTheme="majorBidi" w:hAnsiTheme="majorBidi" w:cstheme="majorBidi"/>
              </w:rPr>
              <w:t>i</w:t>
            </w:r>
            <w:r w:rsidR="00A0417F" w:rsidRPr="00AC3E2D">
              <w:rPr>
                <w:rFonts w:asciiTheme="majorBidi" w:hAnsiTheme="majorBidi" w:cstheme="majorBidi"/>
              </w:rPr>
              <w:t xml:space="preserve"> de consultare </w:t>
            </w:r>
          </w:p>
        </w:tc>
        <w:tc>
          <w:tcPr>
            <w:tcW w:w="1417" w:type="dxa"/>
          </w:tcPr>
          <w:p w14:paraId="4E386EBC" w14:textId="1FE64409" w:rsidR="000662D6" w:rsidRPr="00AC3E2D" w:rsidRDefault="00AC3E2D" w:rsidP="00BD2463">
            <w:pPr>
              <w:jc w:val="cente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1 zi</w:t>
            </w:r>
          </w:p>
        </w:tc>
        <w:tc>
          <w:tcPr>
            <w:tcW w:w="1843" w:type="dxa"/>
          </w:tcPr>
          <w:p w14:paraId="356A3C00" w14:textId="3338BFDB" w:rsidR="000662D6" w:rsidRPr="00AC3E2D" w:rsidRDefault="00FC3C92"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 xml:space="preserve">15 decembrie </w:t>
            </w:r>
            <w:r w:rsidR="00987C6B" w:rsidRPr="00AC3E2D">
              <w:rPr>
                <w:rFonts w:asciiTheme="majorBidi" w:eastAsia="Times New Roman" w:hAnsiTheme="majorBidi" w:cstheme="majorBidi"/>
                <w:bCs/>
                <w:sz w:val="24"/>
                <w:szCs w:val="24"/>
                <w:lang w:val="ro-RO"/>
              </w:rPr>
              <w:t>2026</w:t>
            </w:r>
          </w:p>
        </w:tc>
      </w:tr>
      <w:tr w:rsidR="000662D6" w:rsidRPr="00AC3E2D" w14:paraId="76F0EE56" w14:textId="77777777" w:rsidTr="009179A4">
        <w:trPr>
          <w:trHeight w:val="1173"/>
        </w:trPr>
        <w:tc>
          <w:tcPr>
            <w:tcW w:w="706" w:type="dxa"/>
          </w:tcPr>
          <w:p w14:paraId="0340C435" w14:textId="44984447" w:rsidR="000662D6" w:rsidRPr="00AC3E2D" w:rsidRDefault="00AC3E2D" w:rsidP="00BD2463">
            <w:pPr>
              <w:rPr>
                <w:rFonts w:asciiTheme="majorBidi" w:eastAsia="Times New Roman" w:hAnsiTheme="majorBidi" w:cstheme="majorBidi"/>
                <w:bCs/>
                <w:sz w:val="24"/>
                <w:szCs w:val="24"/>
                <w:lang w:val="ro-RO"/>
              </w:rPr>
            </w:pPr>
            <w:r>
              <w:rPr>
                <w:rFonts w:asciiTheme="majorBidi" w:eastAsia="Times New Roman" w:hAnsiTheme="majorBidi" w:cstheme="majorBidi"/>
                <w:bCs/>
                <w:sz w:val="24"/>
                <w:szCs w:val="24"/>
                <w:lang w:val="ro-RO"/>
              </w:rPr>
              <w:lastRenderedPageBreak/>
              <w:t>4.</w:t>
            </w:r>
          </w:p>
        </w:tc>
        <w:tc>
          <w:tcPr>
            <w:tcW w:w="3400" w:type="dxa"/>
          </w:tcPr>
          <w:p w14:paraId="66B3CA57" w14:textId="3BD6841C" w:rsidR="000662D6" w:rsidRPr="00AC3E2D" w:rsidRDefault="00B17B24" w:rsidP="00BD2463">
            <w:pPr>
              <w:pStyle w:val="Default"/>
              <w:jc w:val="both"/>
              <w:rPr>
                <w:rFonts w:asciiTheme="majorBidi" w:eastAsia="Times New Roman" w:hAnsiTheme="majorBidi" w:cstheme="majorBidi"/>
                <w:bCs/>
              </w:rPr>
            </w:pPr>
            <w:r w:rsidRPr="00AC3E2D">
              <w:rPr>
                <w:rFonts w:asciiTheme="majorBidi" w:hAnsiTheme="majorBidi" w:cstheme="majorBidi"/>
              </w:rPr>
              <w:t xml:space="preserve">Redactarea variantei finale </w:t>
            </w:r>
            <w:r w:rsidR="00473601" w:rsidRPr="00AC3E2D">
              <w:rPr>
                <w:rFonts w:asciiTheme="majorBidi" w:hAnsiTheme="majorBidi" w:cstheme="majorBidi"/>
              </w:rPr>
              <w:t>a</w:t>
            </w:r>
            <w:r w:rsidRPr="00AC3E2D">
              <w:rPr>
                <w:rFonts w:asciiTheme="majorBidi" w:hAnsiTheme="majorBidi" w:cstheme="majorBidi"/>
              </w:rPr>
              <w:t xml:space="preserve"> </w:t>
            </w:r>
            <w:r w:rsidR="00B83C68" w:rsidRPr="00AC3E2D">
              <w:rPr>
                <w:rFonts w:asciiTheme="majorBidi" w:hAnsiTheme="majorBidi" w:cstheme="majorBidi"/>
              </w:rPr>
              <w:t>M</w:t>
            </w:r>
            <w:r w:rsidRPr="00AC3E2D">
              <w:rPr>
                <w:rFonts w:asciiTheme="majorBidi" w:hAnsiTheme="majorBidi" w:cstheme="majorBidi"/>
              </w:rPr>
              <w:t xml:space="preserve">anualului operațional </w:t>
            </w:r>
            <w:r w:rsidR="00473601" w:rsidRPr="00AC3E2D">
              <w:rPr>
                <w:rFonts w:asciiTheme="majorBidi" w:hAnsiTheme="majorBidi" w:cstheme="majorBidi"/>
              </w:rPr>
              <w:t xml:space="preserve">în corespundere cu </w:t>
            </w:r>
            <w:r w:rsidRPr="00AC3E2D">
              <w:rPr>
                <w:rFonts w:asciiTheme="majorBidi" w:hAnsiTheme="majorBidi" w:cstheme="majorBidi"/>
              </w:rPr>
              <w:t>recomandăril</w:t>
            </w:r>
            <w:r w:rsidR="00A93905" w:rsidRPr="00AC3E2D">
              <w:rPr>
                <w:rFonts w:asciiTheme="majorBidi" w:hAnsiTheme="majorBidi" w:cstheme="majorBidi"/>
              </w:rPr>
              <w:t xml:space="preserve">e </w:t>
            </w:r>
            <w:r w:rsidRPr="00AC3E2D">
              <w:rPr>
                <w:rFonts w:asciiTheme="majorBidi" w:hAnsiTheme="majorBidi" w:cstheme="majorBidi"/>
              </w:rPr>
              <w:t>formulate de către Keystone Moldova</w:t>
            </w:r>
            <w:r w:rsidR="00AE313C" w:rsidRPr="00AC3E2D">
              <w:rPr>
                <w:rFonts w:asciiTheme="majorBidi" w:hAnsiTheme="majorBidi" w:cstheme="majorBidi"/>
              </w:rPr>
              <w:t xml:space="preserve"> </w:t>
            </w:r>
            <w:r w:rsidR="00A93905" w:rsidRPr="00AC3E2D">
              <w:rPr>
                <w:rFonts w:asciiTheme="majorBidi" w:hAnsiTheme="majorBidi" w:cstheme="majorBidi"/>
              </w:rPr>
              <w:t>și Ministerul Muncii și Protecției Sociale</w:t>
            </w:r>
          </w:p>
        </w:tc>
        <w:tc>
          <w:tcPr>
            <w:tcW w:w="2552" w:type="dxa"/>
          </w:tcPr>
          <w:p w14:paraId="1A666871" w14:textId="5A974AC6" w:rsidR="000662D6" w:rsidRPr="00AC3E2D" w:rsidRDefault="006801DD" w:rsidP="00AE313C">
            <w:pPr>
              <w:pStyle w:val="Default"/>
              <w:rPr>
                <w:rFonts w:asciiTheme="majorBidi" w:eastAsia="Times New Roman" w:hAnsiTheme="majorBidi" w:cstheme="majorBidi"/>
                <w:bCs/>
              </w:rPr>
            </w:pPr>
            <w:r w:rsidRPr="00AC3E2D">
              <w:rPr>
                <w:rFonts w:asciiTheme="majorBidi" w:hAnsiTheme="majorBidi" w:cstheme="majorBidi"/>
              </w:rPr>
              <w:t xml:space="preserve">Versiunea finală a </w:t>
            </w:r>
            <w:r w:rsidR="00AE313C" w:rsidRPr="00AC3E2D">
              <w:rPr>
                <w:rFonts w:asciiTheme="majorBidi" w:hAnsiTheme="majorBidi" w:cstheme="majorBidi"/>
              </w:rPr>
              <w:t xml:space="preserve">Manualului operațional al Serviciului </w:t>
            </w:r>
            <w:r w:rsidR="00AE313C" w:rsidRPr="00AC3E2D">
              <w:rPr>
                <w:rFonts w:asciiTheme="majorBidi" w:hAnsiTheme="majorBidi" w:cstheme="majorBidi"/>
                <w:bCs/>
              </w:rPr>
              <w:t>de asistență telefonică gratuită pentru persoanele cu dizabilități</w:t>
            </w:r>
          </w:p>
        </w:tc>
        <w:tc>
          <w:tcPr>
            <w:tcW w:w="1417" w:type="dxa"/>
          </w:tcPr>
          <w:p w14:paraId="65C172B1" w14:textId="10D99A41" w:rsidR="000662D6" w:rsidRPr="00AC3E2D" w:rsidRDefault="00B83C68" w:rsidP="00BD2463">
            <w:pPr>
              <w:jc w:val="cente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2</w:t>
            </w:r>
            <w:r w:rsidR="000662D6" w:rsidRPr="00AC3E2D">
              <w:rPr>
                <w:rFonts w:asciiTheme="majorBidi" w:eastAsia="Times New Roman" w:hAnsiTheme="majorBidi" w:cstheme="majorBidi"/>
                <w:bCs/>
                <w:sz w:val="24"/>
                <w:szCs w:val="24"/>
                <w:lang w:val="ro-RO"/>
              </w:rPr>
              <w:t xml:space="preserve"> zile</w:t>
            </w:r>
          </w:p>
        </w:tc>
        <w:tc>
          <w:tcPr>
            <w:tcW w:w="1843" w:type="dxa"/>
          </w:tcPr>
          <w:p w14:paraId="180AF1F4" w14:textId="53EC18F5" w:rsidR="000662D6" w:rsidRPr="00AC3E2D" w:rsidRDefault="00FC3C92" w:rsidP="00BD2463">
            <w:pPr>
              <w:rPr>
                <w:rFonts w:asciiTheme="majorBidi" w:eastAsia="Times New Roman" w:hAnsiTheme="majorBidi" w:cstheme="majorBidi"/>
                <w:bCs/>
                <w:sz w:val="24"/>
                <w:szCs w:val="24"/>
                <w:lang w:val="ro-RO"/>
              </w:rPr>
            </w:pPr>
            <w:r w:rsidRPr="00AC3E2D">
              <w:rPr>
                <w:rFonts w:asciiTheme="majorBidi" w:eastAsia="Times New Roman" w:hAnsiTheme="majorBidi" w:cstheme="majorBidi"/>
                <w:bCs/>
                <w:sz w:val="24"/>
                <w:szCs w:val="24"/>
                <w:lang w:val="ro-RO"/>
              </w:rPr>
              <w:t>23 decembrie</w:t>
            </w:r>
            <w:r w:rsidR="00A31466" w:rsidRPr="00AC3E2D">
              <w:rPr>
                <w:rFonts w:asciiTheme="majorBidi" w:eastAsia="Times New Roman" w:hAnsiTheme="majorBidi" w:cstheme="majorBidi"/>
                <w:bCs/>
                <w:sz w:val="24"/>
                <w:szCs w:val="24"/>
                <w:lang w:val="ro-RO"/>
              </w:rPr>
              <w:t xml:space="preserve"> 2026</w:t>
            </w:r>
          </w:p>
        </w:tc>
      </w:tr>
    </w:tbl>
    <w:p w14:paraId="352968F1" w14:textId="77777777" w:rsidR="003C5D83" w:rsidRPr="00AC3E2D" w:rsidRDefault="003C5D83" w:rsidP="00BD2463">
      <w:pPr>
        <w:pStyle w:val="Default"/>
        <w:ind w:right="-561"/>
        <w:jc w:val="both"/>
        <w:rPr>
          <w:rFonts w:asciiTheme="majorBidi" w:hAnsiTheme="majorBidi" w:cstheme="majorBidi"/>
        </w:rPr>
      </w:pPr>
    </w:p>
    <w:p w14:paraId="7934BB5E" w14:textId="61A08351" w:rsidR="00534A90" w:rsidRPr="00AC3E2D" w:rsidRDefault="002E57C5" w:rsidP="00BD2463">
      <w:pPr>
        <w:pStyle w:val="Default"/>
        <w:ind w:right="-561" w:firstLine="567"/>
        <w:jc w:val="both"/>
        <w:rPr>
          <w:rFonts w:asciiTheme="majorBidi" w:hAnsiTheme="majorBidi" w:cstheme="majorBidi"/>
        </w:rPr>
      </w:pPr>
      <w:r w:rsidRPr="00AC3E2D">
        <w:rPr>
          <w:rFonts w:asciiTheme="majorBidi" w:hAnsiTheme="majorBidi" w:cstheme="majorBidi"/>
        </w:rPr>
        <w:t>Versiunea preliminară a Manualului operațional va fi supusă consultării cu Keystone Moldova, Ministerul Muncii și Protecției Sociale, AOPD</w:t>
      </w:r>
      <w:r w:rsidR="00FC3C92" w:rsidRPr="00AC3E2D">
        <w:rPr>
          <w:rFonts w:asciiTheme="majorBidi" w:hAnsiTheme="majorBidi" w:cstheme="majorBidi"/>
        </w:rPr>
        <w:t>, alți parteneri</w:t>
      </w:r>
      <w:r w:rsidRPr="00AC3E2D">
        <w:rPr>
          <w:rFonts w:asciiTheme="majorBidi" w:hAnsiTheme="majorBidi" w:cstheme="majorBidi"/>
        </w:rPr>
        <w:t>. Consultantul</w:t>
      </w:r>
      <w:r w:rsidR="00AC1781" w:rsidRPr="00AC3E2D">
        <w:rPr>
          <w:rFonts w:asciiTheme="majorBidi" w:hAnsiTheme="majorBidi" w:cstheme="majorBidi"/>
        </w:rPr>
        <w:t>/</w:t>
      </w:r>
      <w:r w:rsidR="007A2A65" w:rsidRPr="00AC3E2D">
        <w:rPr>
          <w:rFonts w:asciiTheme="majorBidi" w:hAnsiTheme="majorBidi" w:cstheme="majorBidi"/>
        </w:rPr>
        <w:t>consultanta</w:t>
      </w:r>
      <w:r w:rsidRPr="00AC3E2D">
        <w:rPr>
          <w:rFonts w:asciiTheme="majorBidi" w:hAnsiTheme="majorBidi" w:cstheme="majorBidi"/>
        </w:rPr>
        <w:t xml:space="preserve"> va integra recomandările acceptate, iar versiunea finală va fi prezentată spre coordonare </w:t>
      </w:r>
      <w:r w:rsidR="00AC1781" w:rsidRPr="00AC3E2D">
        <w:rPr>
          <w:rFonts w:asciiTheme="majorBidi" w:hAnsiTheme="majorBidi" w:cstheme="majorBidi"/>
        </w:rPr>
        <w:t xml:space="preserve">către </w:t>
      </w:r>
      <w:r w:rsidRPr="00AC3E2D">
        <w:rPr>
          <w:rFonts w:asciiTheme="majorBidi" w:hAnsiTheme="majorBidi" w:cstheme="majorBidi"/>
        </w:rPr>
        <w:t>Keystone Moldova</w:t>
      </w:r>
      <w:r w:rsidR="00324D0C" w:rsidRPr="00AC3E2D">
        <w:rPr>
          <w:rFonts w:asciiTheme="majorBidi" w:hAnsiTheme="majorBidi" w:cstheme="majorBidi"/>
        </w:rPr>
        <w:t xml:space="preserve">. </w:t>
      </w:r>
    </w:p>
    <w:p w14:paraId="6F35ADFB" w14:textId="0E5F4DB4" w:rsidR="00C64254" w:rsidRPr="00AC3E2D" w:rsidRDefault="00534A90" w:rsidP="00BD2463">
      <w:pPr>
        <w:pStyle w:val="Default"/>
        <w:ind w:right="-561" w:firstLine="567"/>
        <w:jc w:val="both"/>
        <w:rPr>
          <w:rFonts w:asciiTheme="majorBidi" w:hAnsiTheme="majorBidi" w:cstheme="majorBidi"/>
          <w:color w:val="auto"/>
        </w:rPr>
      </w:pPr>
      <w:r w:rsidRPr="00AC3E2D">
        <w:rPr>
          <w:rFonts w:asciiTheme="majorBidi" w:hAnsiTheme="majorBidi" w:cstheme="majorBidi"/>
        </w:rPr>
        <w:t>Toate livrabilele vor fi prezentate în format electronic (Microsoft Word), în limba română. Livrabilele vor fi considerate acceptate după examinarea și aprobarea acestora de către Keystone Moldova.</w:t>
      </w:r>
    </w:p>
    <w:p w14:paraId="4597E1CC" w14:textId="77777777" w:rsidR="0066314C" w:rsidRPr="00AC3E2D" w:rsidRDefault="0066314C" w:rsidP="00BD2463">
      <w:pPr>
        <w:pStyle w:val="Heading2"/>
        <w:spacing w:before="0" w:line="240" w:lineRule="auto"/>
        <w:ind w:right="-561"/>
        <w:rPr>
          <w:rFonts w:asciiTheme="majorBidi" w:hAnsiTheme="majorBidi"/>
          <w:color w:val="0070C0"/>
          <w:sz w:val="24"/>
          <w:szCs w:val="24"/>
          <w:lang w:val="ro-RO"/>
        </w:rPr>
      </w:pPr>
    </w:p>
    <w:p w14:paraId="7545A694" w14:textId="46217243" w:rsidR="004C1213" w:rsidRPr="00AC3E2D" w:rsidRDefault="002838AC" w:rsidP="00BD2463">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CALIFICĂRI ȘI EXPERIENȚĂ NECESARE</w:t>
      </w:r>
    </w:p>
    <w:p w14:paraId="2BC9C52E" w14:textId="03253131" w:rsidR="00A134A5" w:rsidRPr="00AC3E2D" w:rsidRDefault="00A134A5" w:rsidP="00BD2463">
      <w:pPr>
        <w:pStyle w:val="ListParagraph"/>
        <w:widowControl w:val="0"/>
        <w:numPr>
          <w:ilvl w:val="0"/>
          <w:numId w:val="19"/>
        </w:numPr>
        <w:tabs>
          <w:tab w:val="left" w:pos="784"/>
          <w:tab w:val="left" w:pos="785"/>
        </w:tabs>
        <w:autoSpaceDE w:val="0"/>
        <w:autoSpaceDN w:val="0"/>
        <w:spacing w:after="0" w:line="240" w:lineRule="auto"/>
        <w:ind w:right="-561" w:hanging="341"/>
        <w:contextualSpacing w:val="0"/>
        <w:jc w:val="both"/>
        <w:rPr>
          <w:rFonts w:asciiTheme="majorBidi" w:hAnsiTheme="majorBidi" w:cstheme="majorBidi"/>
          <w:sz w:val="24"/>
          <w:szCs w:val="24"/>
          <w:lang w:val="ro-RO"/>
        </w:rPr>
      </w:pPr>
      <w:r w:rsidRPr="00AC3E2D">
        <w:rPr>
          <w:rFonts w:asciiTheme="majorBidi" w:hAnsiTheme="majorBidi" w:cstheme="majorBidi"/>
          <w:sz w:val="24"/>
          <w:szCs w:val="24"/>
          <w:lang w:val="ro-RO"/>
        </w:rPr>
        <w:t>Studii</w:t>
      </w:r>
      <w:r w:rsidRPr="00AC3E2D">
        <w:rPr>
          <w:rFonts w:asciiTheme="majorBidi" w:hAnsiTheme="majorBidi" w:cstheme="majorBidi"/>
          <w:spacing w:val="11"/>
          <w:sz w:val="24"/>
          <w:szCs w:val="24"/>
          <w:lang w:val="ro-RO"/>
        </w:rPr>
        <w:t xml:space="preserve"> </w:t>
      </w:r>
      <w:r w:rsidRPr="00AC3E2D">
        <w:rPr>
          <w:rFonts w:asciiTheme="majorBidi" w:hAnsiTheme="majorBidi" w:cstheme="majorBidi"/>
          <w:sz w:val="24"/>
          <w:szCs w:val="24"/>
          <w:lang w:val="ro-RO"/>
        </w:rPr>
        <w:t>universitar</w:t>
      </w:r>
      <w:r w:rsidR="002C4BFC" w:rsidRPr="00AC3E2D">
        <w:rPr>
          <w:rFonts w:asciiTheme="majorBidi" w:hAnsiTheme="majorBidi" w:cstheme="majorBidi"/>
          <w:sz w:val="24"/>
          <w:szCs w:val="24"/>
          <w:lang w:val="ro-RO"/>
        </w:rPr>
        <w:t xml:space="preserve">e și/sau postuniversitare </w:t>
      </w:r>
      <w:r w:rsidRPr="00AC3E2D">
        <w:rPr>
          <w:rFonts w:asciiTheme="majorBidi" w:hAnsiTheme="majorBidi" w:cstheme="majorBidi"/>
          <w:sz w:val="24"/>
          <w:szCs w:val="24"/>
          <w:lang w:val="ro-RO"/>
        </w:rPr>
        <w:t>în</w:t>
      </w:r>
      <w:r w:rsidRPr="00AC3E2D">
        <w:rPr>
          <w:rFonts w:asciiTheme="majorBidi" w:hAnsiTheme="majorBidi" w:cstheme="majorBidi"/>
          <w:spacing w:val="13"/>
          <w:sz w:val="24"/>
          <w:szCs w:val="24"/>
          <w:lang w:val="ro-RO"/>
        </w:rPr>
        <w:t xml:space="preserve"> </w:t>
      </w:r>
      <w:r w:rsidRPr="00AC3E2D">
        <w:rPr>
          <w:rFonts w:asciiTheme="majorBidi" w:hAnsiTheme="majorBidi" w:cstheme="majorBidi"/>
          <w:sz w:val="24"/>
          <w:szCs w:val="24"/>
          <w:lang w:val="ro-RO"/>
        </w:rPr>
        <w:t>domeniul</w:t>
      </w:r>
      <w:r w:rsidRPr="00AC3E2D">
        <w:rPr>
          <w:rFonts w:asciiTheme="majorBidi" w:hAnsiTheme="majorBidi" w:cstheme="majorBidi"/>
          <w:spacing w:val="15"/>
          <w:sz w:val="24"/>
          <w:szCs w:val="24"/>
          <w:lang w:val="ro-RO"/>
        </w:rPr>
        <w:t xml:space="preserve"> </w:t>
      </w:r>
      <w:r w:rsidRPr="00AC3E2D">
        <w:rPr>
          <w:rFonts w:asciiTheme="majorBidi" w:hAnsiTheme="majorBidi" w:cstheme="majorBidi"/>
          <w:sz w:val="24"/>
          <w:szCs w:val="24"/>
          <w:lang w:val="ro-RO"/>
        </w:rPr>
        <w:t>științe</w:t>
      </w:r>
      <w:r w:rsidR="003D3E81" w:rsidRPr="00AC3E2D">
        <w:rPr>
          <w:rFonts w:asciiTheme="majorBidi" w:hAnsiTheme="majorBidi" w:cstheme="majorBidi"/>
          <w:sz w:val="24"/>
          <w:szCs w:val="24"/>
          <w:lang w:val="ro-RO"/>
        </w:rPr>
        <w:t>lor</w:t>
      </w:r>
      <w:r w:rsidRPr="00AC3E2D">
        <w:rPr>
          <w:rFonts w:asciiTheme="majorBidi" w:hAnsiTheme="majorBidi" w:cstheme="majorBidi"/>
          <w:spacing w:val="12"/>
          <w:sz w:val="24"/>
          <w:szCs w:val="24"/>
          <w:lang w:val="ro-RO"/>
        </w:rPr>
        <w:t xml:space="preserve"> </w:t>
      </w:r>
      <w:r w:rsidRPr="00AC3E2D">
        <w:rPr>
          <w:rFonts w:asciiTheme="majorBidi" w:hAnsiTheme="majorBidi" w:cstheme="majorBidi"/>
          <w:sz w:val="24"/>
          <w:szCs w:val="24"/>
          <w:lang w:val="ro-RO"/>
        </w:rPr>
        <w:t>socio-umane</w:t>
      </w:r>
      <w:r w:rsidR="00652247" w:rsidRPr="00AC3E2D">
        <w:rPr>
          <w:rFonts w:asciiTheme="majorBidi" w:hAnsiTheme="majorBidi" w:cstheme="majorBidi"/>
          <w:sz w:val="24"/>
          <w:szCs w:val="24"/>
          <w:lang w:val="ro-RO"/>
        </w:rPr>
        <w:t xml:space="preserve"> </w:t>
      </w:r>
      <w:r w:rsidRPr="00AC3E2D">
        <w:rPr>
          <w:rFonts w:asciiTheme="majorBidi" w:hAnsiTheme="majorBidi" w:cstheme="majorBidi"/>
          <w:sz w:val="24"/>
          <w:szCs w:val="24"/>
          <w:lang w:val="ro-RO"/>
        </w:rPr>
        <w:t>sau alte domenii relevante pentru prestarea serviciilor de consultanță;</w:t>
      </w:r>
    </w:p>
    <w:p w14:paraId="769E401D" w14:textId="1E7BEA23" w:rsidR="00A134A5" w:rsidRPr="00AC3E2D" w:rsidRDefault="00A134A5" w:rsidP="00BD2463">
      <w:pPr>
        <w:pStyle w:val="ListParagraph"/>
        <w:widowControl w:val="0"/>
        <w:numPr>
          <w:ilvl w:val="0"/>
          <w:numId w:val="19"/>
        </w:numPr>
        <w:tabs>
          <w:tab w:val="left" w:pos="784"/>
          <w:tab w:val="left" w:pos="785"/>
        </w:tabs>
        <w:autoSpaceDE w:val="0"/>
        <w:autoSpaceDN w:val="0"/>
        <w:spacing w:after="0" w:line="240" w:lineRule="auto"/>
        <w:ind w:right="-561"/>
        <w:contextualSpacing w:val="0"/>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Experiență de cel puțin 5 ani în domeniul </w:t>
      </w:r>
      <w:r w:rsidR="001771D6" w:rsidRPr="00AC3E2D">
        <w:rPr>
          <w:rFonts w:asciiTheme="majorBidi" w:hAnsiTheme="majorBidi" w:cstheme="majorBidi"/>
          <w:sz w:val="24"/>
          <w:szCs w:val="24"/>
          <w:lang w:val="ro-RO"/>
        </w:rPr>
        <w:t>incluziunii sociale a</w:t>
      </w:r>
      <w:r w:rsidR="00033A89" w:rsidRPr="00AC3E2D">
        <w:rPr>
          <w:rFonts w:asciiTheme="majorBidi" w:hAnsiTheme="majorBidi" w:cstheme="majorBidi"/>
          <w:sz w:val="24"/>
          <w:szCs w:val="24"/>
          <w:lang w:val="ro-RO"/>
        </w:rPr>
        <w:t xml:space="preserve"> persoanelor</w:t>
      </w:r>
      <w:r w:rsidR="00342928" w:rsidRPr="00AC3E2D">
        <w:rPr>
          <w:rFonts w:asciiTheme="majorBidi" w:hAnsiTheme="majorBidi" w:cstheme="majorBidi"/>
          <w:sz w:val="24"/>
          <w:szCs w:val="24"/>
          <w:lang w:val="ro-RO"/>
        </w:rPr>
        <w:t xml:space="preserve"> </w:t>
      </w:r>
      <w:r w:rsidR="00033A89" w:rsidRPr="00AC3E2D">
        <w:rPr>
          <w:rFonts w:asciiTheme="majorBidi" w:hAnsiTheme="majorBidi" w:cstheme="majorBidi"/>
          <w:sz w:val="24"/>
          <w:szCs w:val="24"/>
          <w:lang w:val="ro-RO"/>
        </w:rPr>
        <w:t>cu dizabilități</w:t>
      </w:r>
      <w:r w:rsidRPr="00AC3E2D">
        <w:rPr>
          <w:rFonts w:asciiTheme="majorBidi" w:hAnsiTheme="majorBidi" w:cstheme="majorBidi"/>
          <w:sz w:val="24"/>
          <w:szCs w:val="24"/>
          <w:lang w:val="ro-RO"/>
        </w:rPr>
        <w:t xml:space="preserve">; </w:t>
      </w:r>
    </w:p>
    <w:p w14:paraId="300E8089" w14:textId="3BB07C51" w:rsidR="00A134A5" w:rsidRPr="00AC3E2D" w:rsidRDefault="00A134A5" w:rsidP="00BD2463">
      <w:pPr>
        <w:pStyle w:val="ListParagraph"/>
        <w:widowControl w:val="0"/>
        <w:numPr>
          <w:ilvl w:val="0"/>
          <w:numId w:val="19"/>
        </w:numPr>
        <w:tabs>
          <w:tab w:val="left" w:pos="784"/>
          <w:tab w:val="left" w:pos="785"/>
        </w:tabs>
        <w:autoSpaceDE w:val="0"/>
        <w:autoSpaceDN w:val="0"/>
        <w:spacing w:after="0" w:line="240" w:lineRule="auto"/>
        <w:ind w:right="-561"/>
        <w:contextualSpacing w:val="0"/>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Experiență </w:t>
      </w:r>
      <w:r w:rsidR="00E83503" w:rsidRPr="00AC3E2D">
        <w:rPr>
          <w:rFonts w:asciiTheme="majorBidi" w:hAnsiTheme="majorBidi" w:cstheme="majorBidi"/>
          <w:sz w:val="24"/>
          <w:szCs w:val="24"/>
          <w:lang w:val="ro-RO"/>
        </w:rPr>
        <w:t xml:space="preserve">demonstrată </w:t>
      </w:r>
      <w:r w:rsidRPr="00AC3E2D">
        <w:rPr>
          <w:rFonts w:asciiTheme="majorBidi" w:hAnsiTheme="majorBidi" w:cstheme="majorBidi"/>
          <w:sz w:val="24"/>
          <w:szCs w:val="24"/>
          <w:lang w:val="ro-RO"/>
        </w:rPr>
        <w:t xml:space="preserve">în </w:t>
      </w:r>
      <w:r w:rsidR="00EB62F5" w:rsidRPr="00AC3E2D">
        <w:rPr>
          <w:rFonts w:asciiTheme="majorBidi" w:hAnsiTheme="majorBidi" w:cstheme="majorBidi"/>
          <w:sz w:val="24"/>
          <w:szCs w:val="24"/>
          <w:lang w:val="ro-RO"/>
        </w:rPr>
        <w:t xml:space="preserve">elaborarea manualelor operaționale, </w:t>
      </w:r>
      <w:r w:rsidR="00C27F31" w:rsidRPr="00AC3E2D">
        <w:rPr>
          <w:rFonts w:asciiTheme="majorBidi" w:hAnsiTheme="majorBidi" w:cstheme="majorBidi"/>
          <w:sz w:val="24"/>
          <w:szCs w:val="24"/>
          <w:lang w:val="ro-RO"/>
        </w:rPr>
        <w:t>ghidurilor</w:t>
      </w:r>
      <w:r w:rsidR="00DC567C" w:rsidRPr="00AC3E2D">
        <w:rPr>
          <w:rFonts w:asciiTheme="majorBidi" w:hAnsiTheme="majorBidi" w:cstheme="majorBidi"/>
          <w:sz w:val="24"/>
          <w:szCs w:val="24"/>
          <w:lang w:val="ro-RO"/>
        </w:rPr>
        <w:t xml:space="preserve"> </w:t>
      </w:r>
      <w:r w:rsidR="0021767A" w:rsidRPr="00AC3E2D">
        <w:rPr>
          <w:rFonts w:asciiTheme="majorBidi" w:hAnsiTheme="majorBidi" w:cstheme="majorBidi"/>
          <w:sz w:val="24"/>
          <w:szCs w:val="24"/>
          <w:lang w:val="ro-RO"/>
        </w:rPr>
        <w:t>metodologice</w:t>
      </w:r>
      <w:r w:rsidR="00C27F31" w:rsidRPr="00AC3E2D">
        <w:rPr>
          <w:rFonts w:asciiTheme="majorBidi" w:hAnsiTheme="majorBidi" w:cstheme="majorBidi"/>
          <w:sz w:val="24"/>
          <w:szCs w:val="24"/>
          <w:lang w:val="ro-RO"/>
        </w:rPr>
        <w:t xml:space="preserve"> și a altor documente tehnice </w:t>
      </w:r>
      <w:r w:rsidRPr="00AC3E2D">
        <w:rPr>
          <w:rFonts w:asciiTheme="majorBidi" w:hAnsiTheme="majorBidi" w:cstheme="majorBidi"/>
          <w:sz w:val="24"/>
          <w:szCs w:val="24"/>
          <w:lang w:val="ro-RO"/>
        </w:rPr>
        <w:t>în domeniul</w:t>
      </w:r>
      <w:r w:rsidR="009E450A" w:rsidRPr="00AC3E2D">
        <w:rPr>
          <w:rFonts w:asciiTheme="majorBidi" w:hAnsiTheme="majorBidi" w:cstheme="majorBidi"/>
          <w:sz w:val="24"/>
          <w:szCs w:val="24"/>
          <w:lang w:val="ro-RO"/>
        </w:rPr>
        <w:t xml:space="preserve"> </w:t>
      </w:r>
      <w:r w:rsidR="00DA52F4" w:rsidRPr="00AC3E2D">
        <w:rPr>
          <w:rFonts w:asciiTheme="majorBidi" w:hAnsiTheme="majorBidi" w:cstheme="majorBidi"/>
          <w:sz w:val="24"/>
          <w:szCs w:val="24"/>
          <w:lang w:val="ro-RO"/>
        </w:rPr>
        <w:t>protecției</w:t>
      </w:r>
      <w:r w:rsidR="00652247" w:rsidRPr="00AC3E2D">
        <w:rPr>
          <w:rFonts w:asciiTheme="majorBidi" w:hAnsiTheme="majorBidi" w:cstheme="majorBidi"/>
          <w:sz w:val="24"/>
          <w:szCs w:val="24"/>
          <w:lang w:val="ro-RO"/>
        </w:rPr>
        <w:t xml:space="preserve"> persoanelor cu dizabilități</w:t>
      </w:r>
      <w:r w:rsidRPr="00AC3E2D">
        <w:rPr>
          <w:rFonts w:asciiTheme="majorBidi" w:hAnsiTheme="majorBidi" w:cstheme="majorBidi"/>
          <w:sz w:val="24"/>
          <w:szCs w:val="24"/>
          <w:lang w:val="ro-RO"/>
        </w:rPr>
        <w:t xml:space="preserve">; </w:t>
      </w:r>
    </w:p>
    <w:p w14:paraId="02771F10" w14:textId="2797C5EC" w:rsidR="00C64254" w:rsidRPr="00AC3E2D" w:rsidRDefault="00A134A5" w:rsidP="00BD2463">
      <w:pPr>
        <w:pStyle w:val="ListParagraph"/>
        <w:widowControl w:val="0"/>
        <w:numPr>
          <w:ilvl w:val="0"/>
          <w:numId w:val="19"/>
        </w:numPr>
        <w:tabs>
          <w:tab w:val="left" w:pos="784"/>
          <w:tab w:val="left" w:pos="785"/>
        </w:tabs>
        <w:autoSpaceDE w:val="0"/>
        <w:autoSpaceDN w:val="0"/>
        <w:spacing w:after="0" w:line="240" w:lineRule="auto"/>
        <w:ind w:right="-561"/>
        <w:contextualSpacing w:val="0"/>
        <w:jc w:val="both"/>
        <w:rPr>
          <w:rFonts w:asciiTheme="majorBidi" w:hAnsiTheme="majorBidi" w:cstheme="majorBidi"/>
          <w:sz w:val="24"/>
          <w:szCs w:val="24"/>
          <w:lang w:val="ro-RO"/>
        </w:rPr>
      </w:pPr>
      <w:r w:rsidRPr="00AC3E2D">
        <w:rPr>
          <w:rFonts w:asciiTheme="majorBidi" w:hAnsiTheme="majorBidi" w:cstheme="majorBidi"/>
          <w:sz w:val="24"/>
          <w:szCs w:val="24"/>
          <w:lang w:val="ro-RO"/>
        </w:rPr>
        <w:t>Experiență de lucru</w:t>
      </w:r>
      <w:r w:rsidR="00CF5F71" w:rsidRPr="00AC3E2D">
        <w:rPr>
          <w:rFonts w:asciiTheme="majorBidi" w:hAnsiTheme="majorBidi" w:cstheme="majorBidi"/>
          <w:sz w:val="24"/>
          <w:szCs w:val="24"/>
          <w:lang w:val="ro-RO"/>
        </w:rPr>
        <w:t xml:space="preserve"> </w:t>
      </w:r>
      <w:r w:rsidRPr="00AC3E2D">
        <w:rPr>
          <w:rFonts w:asciiTheme="majorBidi" w:hAnsiTheme="majorBidi" w:cstheme="majorBidi"/>
          <w:sz w:val="24"/>
          <w:szCs w:val="24"/>
          <w:lang w:val="ro-RO"/>
        </w:rPr>
        <w:t xml:space="preserve">cu autoritățile publice centrale și locale, cu organizațiile societății civile și partenerii de dezvoltare.  </w:t>
      </w:r>
    </w:p>
    <w:p w14:paraId="067C4B1C" w14:textId="701AB7BF" w:rsidR="004C1213" w:rsidRPr="00AC3E2D" w:rsidRDefault="002838AC" w:rsidP="00BD2463">
      <w:pPr>
        <w:pStyle w:val="Heading2"/>
        <w:spacing w:before="0" w:line="240" w:lineRule="auto"/>
        <w:rPr>
          <w:rFonts w:asciiTheme="majorBidi" w:hAnsiTheme="majorBidi"/>
          <w:color w:val="0070C0"/>
          <w:sz w:val="24"/>
          <w:szCs w:val="24"/>
          <w:lang w:val="ro-RO"/>
        </w:rPr>
      </w:pPr>
      <w:r w:rsidRPr="00AC3E2D">
        <w:rPr>
          <w:rFonts w:asciiTheme="majorBidi" w:hAnsiTheme="majorBidi"/>
          <w:color w:val="0070C0"/>
          <w:sz w:val="24"/>
          <w:szCs w:val="24"/>
          <w:lang w:val="ro-RO"/>
        </w:rPr>
        <w:t>CRITERII DE EVALUARE A OFERTELOR</w:t>
      </w:r>
    </w:p>
    <w:tbl>
      <w:tblPr>
        <w:tblStyle w:val="LightGrid-Accent1"/>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1"/>
        <w:gridCol w:w="2106"/>
      </w:tblGrid>
      <w:tr w:rsidR="004C1213" w:rsidRPr="00AC3E2D" w14:paraId="6C8773E9" w14:textId="77777777" w:rsidTr="00397797">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695A36C7" w14:textId="77777777" w:rsidR="004C1213" w:rsidRPr="00AC3E2D" w:rsidRDefault="00410E28" w:rsidP="00BD2463">
            <w:pPr>
              <w:rPr>
                <w:rFonts w:asciiTheme="majorBidi" w:hAnsiTheme="majorBidi"/>
                <w:sz w:val="24"/>
                <w:szCs w:val="24"/>
                <w:lang w:val="ro-RO"/>
              </w:rPr>
            </w:pPr>
            <w:r w:rsidRPr="00AC3E2D">
              <w:rPr>
                <w:rFonts w:asciiTheme="majorBidi" w:hAnsiTheme="majorBidi"/>
                <w:sz w:val="24"/>
                <w:szCs w:val="24"/>
                <w:lang w:val="ro-RO"/>
              </w:rPr>
              <w:t>Nr.</w:t>
            </w:r>
          </w:p>
        </w:tc>
        <w:tc>
          <w:tcPr>
            <w:tcW w:w="7091" w:type="dxa"/>
            <w:tcBorders>
              <w:top w:val="none" w:sz="0" w:space="0" w:color="auto"/>
              <w:left w:val="none" w:sz="0" w:space="0" w:color="auto"/>
              <w:bottom w:val="none" w:sz="0" w:space="0" w:color="auto"/>
              <w:right w:val="none" w:sz="0" w:space="0" w:color="auto"/>
            </w:tcBorders>
          </w:tcPr>
          <w:p w14:paraId="44F466AE" w14:textId="77777777" w:rsidR="004C1213" w:rsidRPr="00AC3E2D" w:rsidRDefault="00410E28" w:rsidP="00BD2463">
            <w:pP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lang w:val="ro-RO"/>
              </w:rPr>
            </w:pPr>
            <w:r w:rsidRPr="00AC3E2D">
              <w:rPr>
                <w:rFonts w:asciiTheme="majorBidi" w:hAnsiTheme="majorBidi"/>
                <w:sz w:val="24"/>
                <w:szCs w:val="24"/>
                <w:lang w:val="ro-RO"/>
              </w:rPr>
              <w:t>Criteriu</w:t>
            </w:r>
          </w:p>
        </w:tc>
        <w:tc>
          <w:tcPr>
            <w:tcW w:w="2106" w:type="dxa"/>
            <w:tcBorders>
              <w:top w:val="none" w:sz="0" w:space="0" w:color="auto"/>
              <w:left w:val="none" w:sz="0" w:space="0" w:color="auto"/>
              <w:bottom w:val="none" w:sz="0" w:space="0" w:color="auto"/>
              <w:right w:val="none" w:sz="0" w:space="0" w:color="auto"/>
            </w:tcBorders>
          </w:tcPr>
          <w:p w14:paraId="6F13FABF" w14:textId="77777777" w:rsidR="004C1213" w:rsidRPr="00AC3E2D" w:rsidRDefault="00410E28" w:rsidP="00BD2463">
            <w:pP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lang w:val="ro-RO"/>
              </w:rPr>
            </w:pPr>
            <w:r w:rsidRPr="00AC3E2D">
              <w:rPr>
                <w:rFonts w:asciiTheme="majorBidi" w:hAnsiTheme="majorBidi"/>
                <w:sz w:val="24"/>
                <w:szCs w:val="24"/>
                <w:lang w:val="ro-RO"/>
              </w:rPr>
              <w:t>Punctaj maxim</w:t>
            </w:r>
          </w:p>
        </w:tc>
      </w:tr>
      <w:tr w:rsidR="004C1213" w:rsidRPr="00AC3E2D" w14:paraId="2254EAB6" w14:textId="77777777" w:rsidTr="00397797">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23769BAC" w14:textId="27F97193" w:rsidR="004C1213" w:rsidRPr="00AC3E2D" w:rsidRDefault="004C1213" w:rsidP="00BD2463">
            <w:pPr>
              <w:pStyle w:val="ListParagraph"/>
              <w:numPr>
                <w:ilvl w:val="0"/>
                <w:numId w:val="35"/>
              </w:numPr>
              <w:rPr>
                <w:rFonts w:asciiTheme="majorBidi" w:hAnsiTheme="majorBidi"/>
                <w:b w:val="0"/>
                <w:bCs w:val="0"/>
                <w:sz w:val="24"/>
                <w:szCs w:val="24"/>
                <w:lang w:val="ro-RO"/>
              </w:rPr>
            </w:pPr>
          </w:p>
        </w:tc>
        <w:tc>
          <w:tcPr>
            <w:tcW w:w="7091" w:type="dxa"/>
            <w:tcBorders>
              <w:top w:val="none" w:sz="0" w:space="0" w:color="auto"/>
              <w:left w:val="none" w:sz="0" w:space="0" w:color="auto"/>
              <w:bottom w:val="none" w:sz="0" w:space="0" w:color="auto"/>
              <w:right w:val="none" w:sz="0" w:space="0" w:color="auto"/>
            </w:tcBorders>
          </w:tcPr>
          <w:p w14:paraId="183EC9DD" w14:textId="6FC087F3" w:rsidR="004C1213" w:rsidRPr="00AC3E2D" w:rsidRDefault="00E87991" w:rsidP="00A0417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Studii</w:t>
            </w:r>
            <w:r w:rsidRPr="00AC3E2D">
              <w:rPr>
                <w:rFonts w:asciiTheme="majorBidi" w:hAnsiTheme="majorBidi" w:cstheme="majorBidi"/>
                <w:spacing w:val="11"/>
                <w:sz w:val="24"/>
                <w:szCs w:val="24"/>
                <w:lang w:val="ro-RO"/>
              </w:rPr>
              <w:t xml:space="preserve"> </w:t>
            </w:r>
            <w:r w:rsidRPr="00AC3E2D">
              <w:rPr>
                <w:rFonts w:asciiTheme="majorBidi" w:hAnsiTheme="majorBidi" w:cstheme="majorBidi"/>
                <w:sz w:val="24"/>
                <w:szCs w:val="24"/>
                <w:lang w:val="ro-RO"/>
              </w:rPr>
              <w:t>universitare</w:t>
            </w:r>
            <w:r w:rsidR="00E83503" w:rsidRPr="00AC3E2D">
              <w:rPr>
                <w:rFonts w:asciiTheme="majorBidi" w:hAnsiTheme="majorBidi" w:cstheme="majorBidi"/>
                <w:sz w:val="24"/>
                <w:szCs w:val="24"/>
                <w:lang w:val="ro-RO"/>
              </w:rPr>
              <w:t xml:space="preserve"> și/sau postuniversitare</w:t>
            </w:r>
            <w:r w:rsidRPr="00AC3E2D">
              <w:rPr>
                <w:rFonts w:asciiTheme="majorBidi" w:hAnsiTheme="majorBidi" w:cstheme="majorBidi"/>
                <w:spacing w:val="30"/>
                <w:sz w:val="24"/>
                <w:szCs w:val="24"/>
                <w:lang w:val="ro-RO"/>
              </w:rPr>
              <w:t xml:space="preserve"> </w:t>
            </w:r>
            <w:r w:rsidRPr="00AC3E2D">
              <w:rPr>
                <w:rFonts w:asciiTheme="majorBidi" w:hAnsiTheme="majorBidi" w:cstheme="majorBidi"/>
                <w:sz w:val="24"/>
                <w:szCs w:val="24"/>
                <w:lang w:val="ro-RO"/>
              </w:rPr>
              <w:t>în</w:t>
            </w:r>
            <w:r w:rsidRPr="00AC3E2D">
              <w:rPr>
                <w:rFonts w:asciiTheme="majorBidi" w:hAnsiTheme="majorBidi" w:cstheme="majorBidi"/>
                <w:spacing w:val="13"/>
                <w:sz w:val="24"/>
                <w:szCs w:val="24"/>
                <w:lang w:val="ro-RO"/>
              </w:rPr>
              <w:t xml:space="preserve"> </w:t>
            </w:r>
            <w:r w:rsidRPr="00AC3E2D">
              <w:rPr>
                <w:rFonts w:asciiTheme="majorBidi" w:hAnsiTheme="majorBidi" w:cstheme="majorBidi"/>
                <w:sz w:val="24"/>
                <w:szCs w:val="24"/>
                <w:lang w:val="ro-RO"/>
              </w:rPr>
              <w:t>domeniul</w:t>
            </w:r>
            <w:r w:rsidRPr="00AC3E2D">
              <w:rPr>
                <w:rFonts w:asciiTheme="majorBidi" w:hAnsiTheme="majorBidi" w:cstheme="majorBidi"/>
                <w:spacing w:val="15"/>
                <w:sz w:val="24"/>
                <w:szCs w:val="24"/>
                <w:lang w:val="ro-RO"/>
              </w:rPr>
              <w:t xml:space="preserve"> </w:t>
            </w:r>
            <w:r w:rsidRPr="00AC3E2D">
              <w:rPr>
                <w:rFonts w:asciiTheme="majorBidi" w:hAnsiTheme="majorBidi" w:cstheme="majorBidi"/>
                <w:sz w:val="24"/>
                <w:szCs w:val="24"/>
                <w:lang w:val="ro-RO"/>
              </w:rPr>
              <w:t>științe</w:t>
            </w:r>
            <w:r w:rsidR="00C6788B" w:rsidRPr="00AC3E2D">
              <w:rPr>
                <w:rFonts w:asciiTheme="majorBidi" w:hAnsiTheme="majorBidi" w:cstheme="majorBidi"/>
                <w:sz w:val="24"/>
                <w:szCs w:val="24"/>
                <w:lang w:val="ro-RO"/>
              </w:rPr>
              <w:t xml:space="preserve">lor </w:t>
            </w:r>
            <w:r w:rsidRPr="00AC3E2D">
              <w:rPr>
                <w:rFonts w:asciiTheme="majorBidi" w:hAnsiTheme="majorBidi" w:cstheme="majorBidi"/>
                <w:sz w:val="24"/>
                <w:szCs w:val="24"/>
                <w:lang w:val="ro-RO"/>
              </w:rPr>
              <w:t>socio-umane sau alte domenii relevante</w:t>
            </w:r>
          </w:p>
        </w:tc>
        <w:tc>
          <w:tcPr>
            <w:tcW w:w="2106" w:type="dxa"/>
            <w:tcBorders>
              <w:top w:val="none" w:sz="0" w:space="0" w:color="auto"/>
              <w:left w:val="none" w:sz="0" w:space="0" w:color="auto"/>
              <w:bottom w:val="none" w:sz="0" w:space="0" w:color="auto"/>
              <w:right w:val="none" w:sz="0" w:space="0" w:color="auto"/>
            </w:tcBorders>
          </w:tcPr>
          <w:p w14:paraId="3BD2D57D" w14:textId="77777777" w:rsidR="004C1213" w:rsidRPr="00AC3E2D" w:rsidRDefault="00410E28" w:rsidP="00BD24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15</w:t>
            </w:r>
          </w:p>
        </w:tc>
      </w:tr>
      <w:tr w:rsidR="004C1213" w:rsidRPr="00AC3E2D" w14:paraId="42038A1F" w14:textId="77777777" w:rsidTr="00397797">
        <w:trPr>
          <w:cnfStyle w:val="000000010000" w:firstRow="0" w:lastRow="0" w:firstColumn="0" w:lastColumn="0" w:oddVBand="0" w:evenVBand="0" w:oddHBand="0" w:evenHBand="1"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2EBD1AD7" w14:textId="2786DECF" w:rsidR="004C1213" w:rsidRPr="00AC3E2D" w:rsidRDefault="004C1213" w:rsidP="00BD2463">
            <w:pPr>
              <w:pStyle w:val="ListParagraph"/>
              <w:numPr>
                <w:ilvl w:val="0"/>
                <w:numId w:val="35"/>
              </w:numPr>
              <w:rPr>
                <w:rFonts w:asciiTheme="majorBidi" w:hAnsiTheme="majorBidi"/>
                <w:b w:val="0"/>
                <w:bCs w:val="0"/>
                <w:sz w:val="24"/>
                <w:szCs w:val="24"/>
                <w:lang w:val="ro-RO"/>
              </w:rPr>
            </w:pPr>
          </w:p>
        </w:tc>
        <w:tc>
          <w:tcPr>
            <w:tcW w:w="7091" w:type="dxa"/>
            <w:tcBorders>
              <w:top w:val="none" w:sz="0" w:space="0" w:color="auto"/>
              <w:left w:val="none" w:sz="0" w:space="0" w:color="auto"/>
              <w:bottom w:val="none" w:sz="0" w:space="0" w:color="auto"/>
              <w:right w:val="none" w:sz="0" w:space="0" w:color="auto"/>
            </w:tcBorders>
          </w:tcPr>
          <w:p w14:paraId="27BB71F7" w14:textId="78E57911" w:rsidR="004C1213" w:rsidRPr="00AC3E2D" w:rsidRDefault="00654AD9" w:rsidP="00A0417F">
            <w:pPr>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 xml:space="preserve">Experiență de cel puțin 5 ani în domeniul </w:t>
            </w:r>
            <w:r w:rsidR="00AF7D8D" w:rsidRPr="00AC3E2D">
              <w:rPr>
                <w:rFonts w:asciiTheme="majorBidi" w:hAnsiTheme="majorBidi" w:cstheme="majorBidi"/>
                <w:sz w:val="24"/>
                <w:szCs w:val="24"/>
                <w:lang w:val="ro-RO"/>
              </w:rPr>
              <w:t>incluziunii sociale a</w:t>
            </w:r>
            <w:r w:rsidRPr="00AC3E2D">
              <w:rPr>
                <w:rFonts w:asciiTheme="majorBidi" w:hAnsiTheme="majorBidi" w:cstheme="majorBidi"/>
                <w:sz w:val="24"/>
                <w:szCs w:val="24"/>
                <w:lang w:val="ro-RO"/>
              </w:rPr>
              <w:t xml:space="preserve"> persoanelor</w:t>
            </w:r>
            <w:r w:rsidR="00342928" w:rsidRPr="00AC3E2D">
              <w:rPr>
                <w:rFonts w:asciiTheme="majorBidi" w:hAnsiTheme="majorBidi" w:cstheme="majorBidi"/>
                <w:sz w:val="24"/>
                <w:szCs w:val="24"/>
                <w:lang w:val="ro-RO"/>
              </w:rPr>
              <w:t xml:space="preserve"> </w:t>
            </w:r>
            <w:r w:rsidRPr="00AC3E2D">
              <w:rPr>
                <w:rFonts w:asciiTheme="majorBidi" w:hAnsiTheme="majorBidi" w:cstheme="majorBidi"/>
                <w:sz w:val="24"/>
                <w:szCs w:val="24"/>
                <w:lang w:val="ro-RO"/>
              </w:rPr>
              <w:t>cu dizabilități</w:t>
            </w:r>
          </w:p>
        </w:tc>
        <w:tc>
          <w:tcPr>
            <w:tcW w:w="2106" w:type="dxa"/>
            <w:tcBorders>
              <w:top w:val="none" w:sz="0" w:space="0" w:color="auto"/>
              <w:left w:val="none" w:sz="0" w:space="0" w:color="auto"/>
              <w:bottom w:val="none" w:sz="0" w:space="0" w:color="auto"/>
              <w:right w:val="none" w:sz="0" w:space="0" w:color="auto"/>
            </w:tcBorders>
          </w:tcPr>
          <w:p w14:paraId="5D0FCB9F" w14:textId="77777777" w:rsidR="004C1213" w:rsidRPr="00AC3E2D" w:rsidRDefault="00410E28" w:rsidP="00BD2463">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30</w:t>
            </w:r>
          </w:p>
        </w:tc>
      </w:tr>
      <w:tr w:rsidR="004C1213" w:rsidRPr="00AC3E2D" w14:paraId="699D65F5" w14:textId="77777777" w:rsidTr="0039779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1CD6AEAA" w14:textId="7C1E6CD5" w:rsidR="004C1213" w:rsidRPr="00AC3E2D" w:rsidRDefault="004C1213" w:rsidP="00BD2463">
            <w:pPr>
              <w:pStyle w:val="ListParagraph"/>
              <w:numPr>
                <w:ilvl w:val="0"/>
                <w:numId w:val="35"/>
              </w:numPr>
              <w:rPr>
                <w:rFonts w:asciiTheme="majorBidi" w:hAnsiTheme="majorBidi"/>
                <w:b w:val="0"/>
                <w:bCs w:val="0"/>
                <w:sz w:val="24"/>
                <w:szCs w:val="24"/>
                <w:lang w:val="ro-RO"/>
              </w:rPr>
            </w:pPr>
          </w:p>
        </w:tc>
        <w:tc>
          <w:tcPr>
            <w:tcW w:w="7091" w:type="dxa"/>
            <w:tcBorders>
              <w:top w:val="none" w:sz="0" w:space="0" w:color="auto"/>
              <w:left w:val="none" w:sz="0" w:space="0" w:color="auto"/>
              <w:bottom w:val="none" w:sz="0" w:space="0" w:color="auto"/>
              <w:right w:val="none" w:sz="0" w:space="0" w:color="auto"/>
            </w:tcBorders>
          </w:tcPr>
          <w:p w14:paraId="72F77CB5" w14:textId="24548189" w:rsidR="004C1213" w:rsidRPr="00AC3E2D" w:rsidRDefault="001D1578" w:rsidP="00A0417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Experiență demonstrată în elaborarea manualelor operaționale, ghidurilor metodologice</w:t>
            </w:r>
          </w:p>
        </w:tc>
        <w:tc>
          <w:tcPr>
            <w:tcW w:w="2106" w:type="dxa"/>
            <w:tcBorders>
              <w:top w:val="none" w:sz="0" w:space="0" w:color="auto"/>
              <w:left w:val="none" w:sz="0" w:space="0" w:color="auto"/>
              <w:bottom w:val="none" w:sz="0" w:space="0" w:color="auto"/>
              <w:right w:val="none" w:sz="0" w:space="0" w:color="auto"/>
            </w:tcBorders>
          </w:tcPr>
          <w:p w14:paraId="1B781A80" w14:textId="77777777" w:rsidR="004C1213" w:rsidRPr="00AC3E2D" w:rsidRDefault="00410E28" w:rsidP="00BD24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30</w:t>
            </w:r>
          </w:p>
        </w:tc>
      </w:tr>
      <w:tr w:rsidR="004C1213" w:rsidRPr="00AC3E2D" w14:paraId="49995C5C" w14:textId="77777777" w:rsidTr="00397797">
        <w:trPr>
          <w:cnfStyle w:val="000000010000" w:firstRow="0" w:lastRow="0" w:firstColumn="0" w:lastColumn="0" w:oddVBand="0" w:evenVBand="0" w:oddHBand="0" w:evenHBand="1"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565D5074" w14:textId="36422C14" w:rsidR="004C1213" w:rsidRPr="00AC3E2D" w:rsidRDefault="004C1213" w:rsidP="00BD2463">
            <w:pPr>
              <w:pStyle w:val="ListParagraph"/>
              <w:numPr>
                <w:ilvl w:val="0"/>
                <w:numId w:val="35"/>
              </w:numPr>
              <w:rPr>
                <w:rFonts w:asciiTheme="majorBidi" w:hAnsiTheme="majorBidi"/>
                <w:b w:val="0"/>
                <w:bCs w:val="0"/>
                <w:sz w:val="24"/>
                <w:szCs w:val="24"/>
                <w:lang w:val="ro-RO"/>
              </w:rPr>
            </w:pPr>
          </w:p>
        </w:tc>
        <w:tc>
          <w:tcPr>
            <w:tcW w:w="7091" w:type="dxa"/>
            <w:tcBorders>
              <w:top w:val="none" w:sz="0" w:space="0" w:color="auto"/>
              <w:left w:val="none" w:sz="0" w:space="0" w:color="auto"/>
              <w:bottom w:val="none" w:sz="0" w:space="0" w:color="auto"/>
              <w:right w:val="none" w:sz="0" w:space="0" w:color="auto"/>
            </w:tcBorders>
          </w:tcPr>
          <w:p w14:paraId="54E453EC" w14:textId="55E041E7" w:rsidR="004C1213" w:rsidRPr="00AC3E2D" w:rsidRDefault="00CF5F71" w:rsidP="00A0417F">
            <w:pPr>
              <w:widowControl w:val="0"/>
              <w:tabs>
                <w:tab w:val="left" w:pos="784"/>
                <w:tab w:val="left" w:pos="785"/>
              </w:tabs>
              <w:autoSpaceDE w:val="0"/>
              <w:autoSpaceDN w:val="0"/>
              <w:jc w:val="both"/>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 xml:space="preserve">Experiență de lucru cu autoritățile publice centrale și locale, cu organizațiile societății civile și partenerii de dezvoltare </w:t>
            </w:r>
          </w:p>
        </w:tc>
        <w:tc>
          <w:tcPr>
            <w:tcW w:w="2106" w:type="dxa"/>
            <w:tcBorders>
              <w:top w:val="none" w:sz="0" w:space="0" w:color="auto"/>
              <w:left w:val="none" w:sz="0" w:space="0" w:color="auto"/>
              <w:bottom w:val="none" w:sz="0" w:space="0" w:color="auto"/>
              <w:right w:val="none" w:sz="0" w:space="0" w:color="auto"/>
            </w:tcBorders>
          </w:tcPr>
          <w:p w14:paraId="56746025" w14:textId="77777777" w:rsidR="004C1213" w:rsidRPr="00AC3E2D" w:rsidRDefault="00410E28" w:rsidP="00BD2463">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15</w:t>
            </w:r>
          </w:p>
        </w:tc>
      </w:tr>
      <w:tr w:rsidR="004C1213" w:rsidRPr="00AC3E2D" w14:paraId="67D8F421" w14:textId="77777777" w:rsidTr="0039779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1B790500" w14:textId="23A1C91E" w:rsidR="004C1213" w:rsidRPr="00AC3E2D" w:rsidRDefault="004C1213" w:rsidP="00BD2463">
            <w:pPr>
              <w:pStyle w:val="ListParagraph"/>
              <w:numPr>
                <w:ilvl w:val="0"/>
                <w:numId w:val="35"/>
              </w:numPr>
              <w:rPr>
                <w:rFonts w:asciiTheme="majorBidi" w:hAnsiTheme="majorBidi"/>
                <w:b w:val="0"/>
                <w:bCs w:val="0"/>
                <w:sz w:val="24"/>
                <w:szCs w:val="24"/>
                <w:lang w:val="ro-RO"/>
              </w:rPr>
            </w:pPr>
          </w:p>
        </w:tc>
        <w:tc>
          <w:tcPr>
            <w:tcW w:w="7091" w:type="dxa"/>
            <w:tcBorders>
              <w:top w:val="none" w:sz="0" w:space="0" w:color="auto"/>
              <w:left w:val="none" w:sz="0" w:space="0" w:color="auto"/>
              <w:bottom w:val="none" w:sz="0" w:space="0" w:color="auto"/>
              <w:right w:val="none" w:sz="0" w:space="0" w:color="auto"/>
            </w:tcBorders>
          </w:tcPr>
          <w:p w14:paraId="0CC180BC" w14:textId="77777777" w:rsidR="004C1213" w:rsidRPr="00AC3E2D" w:rsidRDefault="00410E28" w:rsidP="00A0417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Oferta financiară</w:t>
            </w:r>
          </w:p>
        </w:tc>
        <w:tc>
          <w:tcPr>
            <w:tcW w:w="2106" w:type="dxa"/>
            <w:tcBorders>
              <w:top w:val="none" w:sz="0" w:space="0" w:color="auto"/>
              <w:left w:val="none" w:sz="0" w:space="0" w:color="auto"/>
              <w:bottom w:val="none" w:sz="0" w:space="0" w:color="auto"/>
              <w:right w:val="none" w:sz="0" w:space="0" w:color="auto"/>
            </w:tcBorders>
          </w:tcPr>
          <w:p w14:paraId="76745475" w14:textId="77777777" w:rsidR="004C1213" w:rsidRPr="00AC3E2D" w:rsidRDefault="00410E28" w:rsidP="00BD24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10</w:t>
            </w:r>
          </w:p>
        </w:tc>
      </w:tr>
      <w:tr w:rsidR="004C1213" w:rsidRPr="00AC3E2D" w14:paraId="2AFCE0A4" w14:textId="77777777" w:rsidTr="00397797">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left w:val="none" w:sz="0" w:space="0" w:color="auto"/>
              <w:bottom w:val="none" w:sz="0" w:space="0" w:color="auto"/>
              <w:right w:val="none" w:sz="0" w:space="0" w:color="auto"/>
            </w:tcBorders>
          </w:tcPr>
          <w:p w14:paraId="091A77EC" w14:textId="77777777" w:rsidR="004C1213" w:rsidRPr="00AC3E2D" w:rsidRDefault="004C1213" w:rsidP="00BD2463">
            <w:pPr>
              <w:rPr>
                <w:rFonts w:asciiTheme="majorBidi" w:hAnsiTheme="majorBidi"/>
                <w:sz w:val="24"/>
                <w:szCs w:val="24"/>
                <w:lang w:val="ro-RO"/>
              </w:rPr>
            </w:pPr>
          </w:p>
        </w:tc>
        <w:tc>
          <w:tcPr>
            <w:tcW w:w="7091" w:type="dxa"/>
            <w:tcBorders>
              <w:top w:val="none" w:sz="0" w:space="0" w:color="auto"/>
              <w:left w:val="none" w:sz="0" w:space="0" w:color="auto"/>
              <w:bottom w:val="none" w:sz="0" w:space="0" w:color="auto"/>
              <w:right w:val="none" w:sz="0" w:space="0" w:color="auto"/>
            </w:tcBorders>
          </w:tcPr>
          <w:p w14:paraId="57775BB8" w14:textId="77777777" w:rsidR="004C1213" w:rsidRPr="00AC3E2D" w:rsidRDefault="00410E28" w:rsidP="00BD2463">
            <w:pP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Total</w:t>
            </w:r>
          </w:p>
        </w:tc>
        <w:tc>
          <w:tcPr>
            <w:tcW w:w="2106" w:type="dxa"/>
            <w:tcBorders>
              <w:top w:val="none" w:sz="0" w:space="0" w:color="auto"/>
              <w:left w:val="none" w:sz="0" w:space="0" w:color="auto"/>
              <w:bottom w:val="none" w:sz="0" w:space="0" w:color="auto"/>
              <w:right w:val="none" w:sz="0" w:space="0" w:color="auto"/>
            </w:tcBorders>
          </w:tcPr>
          <w:p w14:paraId="19068A85" w14:textId="77777777" w:rsidR="004C1213" w:rsidRPr="00AC3E2D" w:rsidRDefault="00410E28" w:rsidP="00BD2463">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lang w:val="ro-RO"/>
              </w:rPr>
            </w:pPr>
            <w:r w:rsidRPr="00AC3E2D">
              <w:rPr>
                <w:rFonts w:asciiTheme="majorBidi" w:hAnsiTheme="majorBidi" w:cstheme="majorBidi"/>
                <w:sz w:val="24"/>
                <w:szCs w:val="24"/>
                <w:lang w:val="ro-RO"/>
              </w:rPr>
              <w:t>100</w:t>
            </w:r>
          </w:p>
        </w:tc>
      </w:tr>
    </w:tbl>
    <w:p w14:paraId="3101C58E" w14:textId="77777777" w:rsidR="00C64254" w:rsidRPr="00AC3E2D" w:rsidRDefault="00C64254" w:rsidP="00BD2463">
      <w:pPr>
        <w:pStyle w:val="Heading2"/>
        <w:spacing w:before="0" w:line="240" w:lineRule="auto"/>
        <w:rPr>
          <w:rFonts w:asciiTheme="majorBidi" w:hAnsiTheme="majorBidi"/>
          <w:color w:val="auto"/>
          <w:sz w:val="24"/>
          <w:szCs w:val="24"/>
          <w:lang w:val="ro-RO"/>
        </w:rPr>
      </w:pPr>
    </w:p>
    <w:p w14:paraId="4242C2A1" w14:textId="1BB124E0" w:rsidR="004C1213" w:rsidRPr="00AC3E2D" w:rsidRDefault="002838AC" w:rsidP="00BD2463">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PROCEDURA DE APLICARE</w:t>
      </w:r>
    </w:p>
    <w:p w14:paraId="65642108" w14:textId="645E0AFC" w:rsidR="0036359C" w:rsidRPr="00AC3E2D" w:rsidRDefault="0036359C" w:rsidP="00BD2463">
      <w:pPr>
        <w:spacing w:after="0" w:line="240" w:lineRule="auto"/>
        <w:ind w:right="-561"/>
        <w:rPr>
          <w:rFonts w:asciiTheme="majorBidi" w:hAnsiTheme="majorBidi" w:cstheme="majorBidi"/>
          <w:sz w:val="24"/>
          <w:szCs w:val="24"/>
          <w:lang w:val="ro-RO"/>
        </w:rPr>
      </w:pPr>
      <w:r w:rsidRPr="00AC3E2D">
        <w:rPr>
          <w:rFonts w:asciiTheme="majorBidi" w:hAnsiTheme="majorBidi" w:cstheme="majorBidi"/>
          <w:sz w:val="24"/>
          <w:szCs w:val="24"/>
          <w:lang w:val="ro-RO"/>
        </w:rPr>
        <w:t xml:space="preserve">Dosarul de aplicare </w:t>
      </w:r>
      <w:r w:rsidR="00F37BE3" w:rsidRPr="00AC3E2D">
        <w:rPr>
          <w:rFonts w:asciiTheme="majorBidi" w:hAnsiTheme="majorBidi" w:cstheme="majorBidi"/>
          <w:sz w:val="24"/>
          <w:szCs w:val="24"/>
          <w:lang w:val="ro-RO"/>
        </w:rPr>
        <w:t xml:space="preserve">va fi întocmit în conformitate cu </w:t>
      </w:r>
      <w:r w:rsidR="00F37BE3" w:rsidRPr="00AC3E2D">
        <w:rPr>
          <w:rFonts w:asciiTheme="majorBidi" w:hAnsiTheme="majorBidi" w:cstheme="majorBidi"/>
          <w:b/>
          <w:bCs/>
          <w:sz w:val="24"/>
          <w:szCs w:val="24"/>
          <w:lang w:val="ro-RO"/>
        </w:rPr>
        <w:t>Termenii de referință</w:t>
      </w:r>
      <w:r w:rsidR="00F37BE3" w:rsidRPr="00AC3E2D">
        <w:rPr>
          <w:rFonts w:asciiTheme="majorBidi" w:hAnsiTheme="majorBidi" w:cstheme="majorBidi"/>
          <w:sz w:val="24"/>
          <w:szCs w:val="24"/>
          <w:lang w:val="ro-RO"/>
        </w:rPr>
        <w:t xml:space="preserve"> și va include:</w:t>
      </w:r>
    </w:p>
    <w:p w14:paraId="1631662B" w14:textId="5829CDEF" w:rsidR="004C1213" w:rsidRPr="00AC3E2D" w:rsidRDefault="00410E28" w:rsidP="00BD2463">
      <w:pPr>
        <w:pStyle w:val="ListBullet"/>
        <w:spacing w:after="0" w:line="240" w:lineRule="auto"/>
        <w:ind w:right="-561"/>
        <w:rPr>
          <w:rFonts w:asciiTheme="majorBidi" w:hAnsiTheme="majorBidi" w:cstheme="majorBidi"/>
          <w:sz w:val="24"/>
          <w:szCs w:val="24"/>
          <w:lang w:val="ro-RO"/>
        </w:rPr>
      </w:pPr>
      <w:r w:rsidRPr="00AC3E2D">
        <w:rPr>
          <w:rFonts w:asciiTheme="majorBidi" w:hAnsiTheme="majorBidi" w:cstheme="majorBidi"/>
          <w:sz w:val="24"/>
          <w:szCs w:val="24"/>
          <w:lang w:val="ro-RO"/>
        </w:rPr>
        <w:t>CV</w:t>
      </w:r>
      <w:r w:rsidR="00B41400" w:rsidRPr="00AC3E2D">
        <w:rPr>
          <w:rFonts w:asciiTheme="majorBidi" w:hAnsiTheme="majorBidi" w:cstheme="majorBidi"/>
          <w:sz w:val="24"/>
          <w:szCs w:val="24"/>
          <w:lang w:val="ro-RO"/>
        </w:rPr>
        <w:t>-ul</w:t>
      </w:r>
      <w:r w:rsidRPr="00AC3E2D">
        <w:rPr>
          <w:rFonts w:asciiTheme="majorBidi" w:hAnsiTheme="majorBidi" w:cstheme="majorBidi"/>
          <w:sz w:val="24"/>
          <w:szCs w:val="24"/>
          <w:lang w:val="ro-RO"/>
        </w:rPr>
        <w:t xml:space="preserve"> actualizat</w:t>
      </w:r>
      <w:r w:rsidR="00C35917" w:rsidRPr="00AC3E2D">
        <w:rPr>
          <w:rFonts w:asciiTheme="majorBidi" w:hAnsiTheme="majorBidi" w:cstheme="majorBidi"/>
          <w:sz w:val="24"/>
          <w:szCs w:val="24"/>
          <w:lang w:val="ro-RO"/>
        </w:rPr>
        <w:t>;</w:t>
      </w:r>
    </w:p>
    <w:p w14:paraId="002944A2" w14:textId="0B5ACA21" w:rsidR="004C1213" w:rsidRPr="00AC3E2D" w:rsidRDefault="00410E28" w:rsidP="00BD2463">
      <w:pPr>
        <w:pStyle w:val="ListBullet"/>
        <w:spacing w:after="0" w:line="240" w:lineRule="auto"/>
        <w:ind w:right="-561"/>
        <w:rPr>
          <w:rFonts w:asciiTheme="majorBidi" w:hAnsiTheme="majorBidi" w:cstheme="majorBidi"/>
          <w:sz w:val="24"/>
          <w:szCs w:val="24"/>
          <w:lang w:val="ro-RO"/>
        </w:rPr>
      </w:pPr>
      <w:r w:rsidRPr="00AC3E2D">
        <w:rPr>
          <w:rFonts w:asciiTheme="majorBidi" w:hAnsiTheme="majorBidi" w:cstheme="majorBidi"/>
          <w:sz w:val="24"/>
          <w:szCs w:val="24"/>
          <w:lang w:val="ro-RO"/>
        </w:rPr>
        <w:t>Lista lucrărilor relevante</w:t>
      </w:r>
      <w:r w:rsidR="00E0357F" w:rsidRPr="00AC3E2D">
        <w:rPr>
          <w:rFonts w:asciiTheme="majorBidi" w:hAnsiTheme="majorBidi" w:cstheme="majorBidi"/>
          <w:sz w:val="24"/>
          <w:szCs w:val="24"/>
          <w:lang w:val="ro-RO"/>
        </w:rPr>
        <w:t xml:space="preserve"> elaborate</w:t>
      </w:r>
      <w:r w:rsidRPr="00AC3E2D">
        <w:rPr>
          <w:rFonts w:asciiTheme="majorBidi" w:hAnsiTheme="majorBidi" w:cstheme="majorBidi"/>
          <w:sz w:val="24"/>
          <w:szCs w:val="24"/>
          <w:lang w:val="ro-RO"/>
        </w:rPr>
        <w:t xml:space="preserve"> (linkuri/documente);</w:t>
      </w:r>
    </w:p>
    <w:p w14:paraId="49EAEAEB" w14:textId="53C41163" w:rsidR="004C1213" w:rsidRPr="00AC3E2D" w:rsidRDefault="00410E28" w:rsidP="00BD2463">
      <w:pPr>
        <w:pStyle w:val="ListBullet"/>
        <w:spacing w:after="0" w:line="240" w:lineRule="auto"/>
        <w:ind w:right="-561"/>
        <w:rPr>
          <w:rFonts w:asciiTheme="majorBidi" w:hAnsiTheme="majorBidi" w:cstheme="majorBidi"/>
          <w:color w:val="000000" w:themeColor="text1"/>
          <w:sz w:val="24"/>
          <w:szCs w:val="24"/>
          <w:lang w:val="ro-RO"/>
        </w:rPr>
      </w:pPr>
      <w:r w:rsidRPr="00AC3E2D">
        <w:rPr>
          <w:rFonts w:asciiTheme="majorBidi" w:hAnsiTheme="majorBidi" w:cstheme="majorBidi"/>
          <w:sz w:val="24"/>
          <w:szCs w:val="24"/>
          <w:lang w:val="ro-RO"/>
        </w:rPr>
        <w:t>Oferta financiară (MDL), cu toate taxele incluse</w:t>
      </w:r>
      <w:r w:rsidR="00FF2477" w:rsidRPr="00AC3E2D">
        <w:rPr>
          <w:rFonts w:asciiTheme="majorBidi" w:hAnsiTheme="majorBidi" w:cstheme="majorBidi"/>
          <w:sz w:val="24"/>
          <w:szCs w:val="24"/>
          <w:lang w:val="ro-RO"/>
        </w:rPr>
        <w:t xml:space="preserve"> </w:t>
      </w:r>
      <w:r w:rsidR="00235984" w:rsidRPr="00AC3E2D">
        <w:rPr>
          <w:rFonts w:asciiTheme="majorBidi" w:hAnsiTheme="majorBidi" w:cstheme="majorBidi"/>
          <w:color w:val="000000" w:themeColor="text1"/>
          <w:sz w:val="24"/>
          <w:szCs w:val="24"/>
          <w:lang w:val="ro-RO"/>
        </w:rPr>
        <w:t>(</w:t>
      </w:r>
      <w:hyperlink r:id="rId12" w:tgtFrame="_blank" w:history="1">
        <w:r w:rsidR="00235984" w:rsidRPr="00AC3E2D">
          <w:rPr>
            <w:rStyle w:val="Hyperlink"/>
            <w:rFonts w:asciiTheme="majorBidi" w:hAnsiTheme="majorBidi" w:cstheme="majorBidi"/>
            <w:b/>
            <w:bCs/>
            <w:color w:val="000000" w:themeColor="text1"/>
            <w:sz w:val="24"/>
            <w:szCs w:val="24"/>
            <w:lang w:val="ro-RO"/>
          </w:rPr>
          <w:t>Anexa 1_UE_DI 00</w:t>
        </w:r>
        <w:r w:rsidR="00A532D5" w:rsidRPr="00AC3E2D">
          <w:rPr>
            <w:rStyle w:val="Hyperlink"/>
            <w:rFonts w:asciiTheme="majorBidi" w:hAnsiTheme="majorBidi" w:cstheme="majorBidi"/>
            <w:b/>
            <w:bCs/>
            <w:color w:val="000000" w:themeColor="text1"/>
            <w:sz w:val="24"/>
            <w:szCs w:val="24"/>
            <w:lang w:val="ro-RO"/>
          </w:rPr>
          <w:t>5</w:t>
        </w:r>
        <w:r w:rsidR="00235984" w:rsidRPr="00AC3E2D">
          <w:rPr>
            <w:rStyle w:val="Hyperlink"/>
            <w:rFonts w:asciiTheme="majorBidi" w:hAnsiTheme="majorBidi" w:cstheme="majorBidi"/>
            <w:b/>
            <w:bCs/>
            <w:color w:val="000000" w:themeColor="text1"/>
            <w:sz w:val="24"/>
            <w:szCs w:val="24"/>
            <w:lang w:val="ro-RO"/>
          </w:rPr>
          <w:t>_Oferta Financiara</w:t>
        </w:r>
        <w:r w:rsidR="00235984" w:rsidRPr="00AC3E2D">
          <w:rPr>
            <w:rStyle w:val="Hyperlink"/>
            <w:rFonts w:asciiTheme="majorBidi" w:hAnsiTheme="majorBidi" w:cstheme="majorBidi"/>
            <w:color w:val="000000" w:themeColor="text1"/>
            <w:sz w:val="24"/>
            <w:szCs w:val="24"/>
            <w:lang w:val="ro-RO"/>
          </w:rPr>
          <w:t>);</w:t>
        </w:r>
      </w:hyperlink>
    </w:p>
    <w:p w14:paraId="544320EC" w14:textId="459E51E7" w:rsidR="004C1213" w:rsidRPr="00AC3E2D" w:rsidRDefault="0093431B" w:rsidP="00BD2463">
      <w:pPr>
        <w:pStyle w:val="ListBullet"/>
        <w:spacing w:after="0" w:line="240" w:lineRule="auto"/>
        <w:ind w:right="-561"/>
        <w:rPr>
          <w:rFonts w:asciiTheme="majorBidi" w:hAnsiTheme="majorBidi" w:cstheme="majorBidi"/>
          <w:color w:val="000000" w:themeColor="text1"/>
          <w:sz w:val="24"/>
          <w:szCs w:val="24"/>
          <w:lang w:val="ro-RO"/>
        </w:rPr>
      </w:pPr>
      <w:r w:rsidRPr="00AC3E2D">
        <w:rPr>
          <w:rFonts w:asciiTheme="majorBidi" w:hAnsiTheme="majorBidi" w:cstheme="majorBidi"/>
          <w:bCs/>
          <w:sz w:val="24"/>
          <w:szCs w:val="24"/>
          <w:lang w:val="ro-RO"/>
        </w:rPr>
        <w:t>Declarație pe proprie răspundere</w:t>
      </w:r>
      <w:r w:rsidR="00AD72DA" w:rsidRPr="00AC3E2D">
        <w:rPr>
          <w:rFonts w:asciiTheme="majorBidi" w:hAnsiTheme="majorBidi" w:cstheme="majorBidi"/>
          <w:bCs/>
          <w:sz w:val="24"/>
          <w:szCs w:val="24"/>
          <w:lang w:val="ro-RO"/>
        </w:rPr>
        <w:t xml:space="preserve"> </w:t>
      </w:r>
      <w:r w:rsidR="00C40AF1" w:rsidRPr="00AC3E2D">
        <w:rPr>
          <w:rFonts w:asciiTheme="majorBidi" w:hAnsiTheme="majorBidi" w:cstheme="majorBidi"/>
          <w:color w:val="000000" w:themeColor="text1"/>
          <w:sz w:val="24"/>
          <w:szCs w:val="24"/>
          <w:lang w:val="ro-RO"/>
        </w:rPr>
        <w:t>(</w:t>
      </w:r>
      <w:hyperlink r:id="rId13" w:tgtFrame="_blank" w:history="1">
        <w:r w:rsidR="00C40AF1" w:rsidRPr="00AC3E2D">
          <w:rPr>
            <w:rStyle w:val="Hyperlink"/>
            <w:rFonts w:asciiTheme="majorBidi" w:hAnsiTheme="majorBidi" w:cstheme="majorBidi"/>
            <w:b/>
            <w:bCs/>
            <w:color w:val="000000" w:themeColor="text1"/>
            <w:sz w:val="24"/>
            <w:szCs w:val="24"/>
            <w:lang w:val="ro-RO"/>
          </w:rPr>
          <w:t>Anexa 2_UE_DI 00</w:t>
        </w:r>
        <w:r w:rsidR="00A532D5" w:rsidRPr="00AC3E2D">
          <w:rPr>
            <w:rStyle w:val="Hyperlink"/>
            <w:rFonts w:asciiTheme="majorBidi" w:hAnsiTheme="majorBidi" w:cstheme="majorBidi"/>
            <w:b/>
            <w:bCs/>
            <w:color w:val="000000" w:themeColor="text1"/>
            <w:sz w:val="24"/>
            <w:szCs w:val="24"/>
            <w:lang w:val="ro-RO"/>
          </w:rPr>
          <w:t>5</w:t>
        </w:r>
        <w:r w:rsidR="00C40AF1" w:rsidRPr="00AC3E2D">
          <w:rPr>
            <w:rStyle w:val="Hyperlink"/>
            <w:rFonts w:asciiTheme="majorBidi" w:hAnsiTheme="majorBidi" w:cstheme="majorBidi"/>
            <w:b/>
            <w:bCs/>
            <w:color w:val="000000" w:themeColor="text1"/>
            <w:sz w:val="24"/>
            <w:szCs w:val="24"/>
            <w:lang w:val="ro-RO"/>
          </w:rPr>
          <w:t>_Declaratie</w:t>
        </w:r>
        <w:r w:rsidR="00C40AF1" w:rsidRPr="00AC3E2D">
          <w:rPr>
            <w:rStyle w:val="Hyperlink"/>
            <w:rFonts w:asciiTheme="majorBidi" w:hAnsiTheme="majorBidi" w:cstheme="majorBidi"/>
            <w:color w:val="000000" w:themeColor="text1"/>
            <w:sz w:val="24"/>
            <w:szCs w:val="24"/>
            <w:lang w:val="ro-RO"/>
          </w:rPr>
          <w:t>)</w:t>
        </w:r>
      </w:hyperlink>
      <w:r w:rsidR="002838AC" w:rsidRPr="00AC3E2D">
        <w:rPr>
          <w:rFonts w:asciiTheme="majorBidi" w:hAnsiTheme="majorBidi" w:cstheme="majorBidi"/>
          <w:b/>
          <w:color w:val="000000" w:themeColor="text1"/>
          <w:sz w:val="24"/>
          <w:szCs w:val="24"/>
          <w:lang w:val="ro-RO"/>
        </w:rPr>
        <w:t>.</w:t>
      </w:r>
    </w:p>
    <w:p w14:paraId="3E99084B" w14:textId="77E438F2" w:rsidR="006A7670" w:rsidRPr="00AC3E2D" w:rsidRDefault="00446849" w:rsidP="00BD2463">
      <w:pPr>
        <w:pStyle w:val="ListBullet"/>
        <w:numPr>
          <w:ilvl w:val="0"/>
          <w:numId w:val="0"/>
        </w:numPr>
        <w:spacing w:after="0" w:line="240" w:lineRule="auto"/>
        <w:ind w:right="-561"/>
        <w:rPr>
          <w:rFonts w:asciiTheme="majorBidi" w:hAnsiTheme="majorBidi" w:cstheme="majorBidi"/>
          <w:b/>
          <w:bCs/>
          <w:sz w:val="24"/>
          <w:szCs w:val="24"/>
          <w:lang w:val="ro-RO"/>
        </w:rPr>
      </w:pPr>
      <w:r w:rsidRPr="00AC3E2D">
        <w:rPr>
          <w:rFonts w:asciiTheme="majorBidi" w:hAnsiTheme="majorBidi" w:cstheme="majorBidi"/>
          <w:b/>
          <w:bCs/>
          <w:sz w:val="24"/>
          <w:szCs w:val="24"/>
          <w:lang w:val="ro-RO"/>
        </w:rPr>
        <w:t>Toate d</w:t>
      </w:r>
      <w:r w:rsidR="006A7670" w:rsidRPr="00AC3E2D">
        <w:rPr>
          <w:rFonts w:asciiTheme="majorBidi" w:hAnsiTheme="majorBidi" w:cstheme="majorBidi"/>
          <w:b/>
          <w:bCs/>
          <w:sz w:val="24"/>
          <w:szCs w:val="24"/>
          <w:lang w:val="ro-RO"/>
        </w:rPr>
        <w:t>ocumentele expediate urmează a fi datate și semnate de c</w:t>
      </w:r>
      <w:r w:rsidR="00CD4FF5" w:rsidRPr="00AC3E2D">
        <w:rPr>
          <w:rFonts w:asciiTheme="majorBidi" w:hAnsiTheme="majorBidi" w:cstheme="majorBidi"/>
          <w:b/>
          <w:bCs/>
          <w:sz w:val="24"/>
          <w:szCs w:val="24"/>
          <w:lang w:val="ro-RO"/>
        </w:rPr>
        <w:t>ă</w:t>
      </w:r>
      <w:r w:rsidR="006A7670" w:rsidRPr="00AC3E2D">
        <w:rPr>
          <w:rFonts w:asciiTheme="majorBidi" w:hAnsiTheme="majorBidi" w:cstheme="majorBidi"/>
          <w:b/>
          <w:bCs/>
          <w:sz w:val="24"/>
          <w:szCs w:val="24"/>
          <w:lang w:val="ro-RO"/>
        </w:rPr>
        <w:t>tre candidat</w:t>
      </w:r>
      <w:r w:rsidR="00F92467" w:rsidRPr="00AC3E2D">
        <w:rPr>
          <w:rFonts w:asciiTheme="majorBidi" w:hAnsiTheme="majorBidi" w:cstheme="majorBidi"/>
          <w:b/>
          <w:bCs/>
          <w:sz w:val="24"/>
          <w:szCs w:val="24"/>
          <w:lang w:val="ro-RO"/>
        </w:rPr>
        <w:t>(ă)</w:t>
      </w:r>
      <w:r w:rsidR="006A7670" w:rsidRPr="00AC3E2D">
        <w:rPr>
          <w:rFonts w:asciiTheme="majorBidi" w:hAnsiTheme="majorBidi" w:cstheme="majorBidi"/>
          <w:b/>
          <w:bCs/>
          <w:sz w:val="24"/>
          <w:szCs w:val="24"/>
          <w:lang w:val="ro-RO"/>
        </w:rPr>
        <w:t>.</w:t>
      </w:r>
    </w:p>
    <w:p w14:paraId="23D696D2" w14:textId="55308D84" w:rsidR="005335D1" w:rsidRPr="00AC3E2D" w:rsidRDefault="005335D1" w:rsidP="00BD2463">
      <w:pPr>
        <w:pStyle w:val="ListBullet"/>
        <w:numPr>
          <w:ilvl w:val="0"/>
          <w:numId w:val="0"/>
        </w:numPr>
        <w:spacing w:after="0" w:line="240" w:lineRule="auto"/>
        <w:ind w:right="-561"/>
        <w:jc w:val="both"/>
        <w:rPr>
          <w:rFonts w:asciiTheme="majorBidi" w:hAnsiTheme="majorBidi" w:cstheme="majorBidi"/>
          <w:sz w:val="24"/>
          <w:szCs w:val="24"/>
          <w:lang w:val="ro-RO"/>
        </w:rPr>
      </w:pPr>
      <w:r w:rsidRPr="00AC3E2D">
        <w:rPr>
          <w:rFonts w:asciiTheme="majorBidi" w:hAnsiTheme="majorBidi" w:cstheme="majorBidi"/>
          <w:sz w:val="24"/>
          <w:szCs w:val="24"/>
          <w:lang w:val="ro-RO"/>
        </w:rPr>
        <w:t>Keystone Moldova își rezervă dreptul de a solicita informații suplimentare, interviuri sau clarificări privind experiența profesională a candidaților.</w:t>
      </w:r>
    </w:p>
    <w:p w14:paraId="2E52D8A0" w14:textId="34B1B72E" w:rsidR="004C1213" w:rsidRPr="00AC3E2D" w:rsidRDefault="00A72339" w:rsidP="00A72339">
      <w:pPr>
        <w:spacing w:after="0" w:line="240" w:lineRule="auto"/>
        <w:ind w:right="-563"/>
        <w:jc w:val="both"/>
        <w:rPr>
          <w:rFonts w:asciiTheme="majorBidi" w:hAnsiTheme="majorBidi" w:cstheme="majorBidi"/>
          <w:b/>
          <w:sz w:val="24"/>
          <w:szCs w:val="24"/>
          <w:lang w:val="ro-RO"/>
        </w:rPr>
      </w:pPr>
      <w:r w:rsidRPr="00AC3E2D">
        <w:rPr>
          <w:rFonts w:asciiTheme="majorBidi" w:hAnsiTheme="majorBidi" w:cstheme="majorBidi"/>
          <w:sz w:val="24"/>
          <w:szCs w:val="24"/>
          <w:lang w:val="ro-RO"/>
        </w:rPr>
        <w:lastRenderedPageBreak/>
        <w:t xml:space="preserve">Termenul limită de prezentare a dosarelor </w:t>
      </w:r>
      <w:r w:rsidR="00A45976" w:rsidRPr="00AC3E2D">
        <w:rPr>
          <w:rFonts w:asciiTheme="majorBidi" w:hAnsiTheme="majorBidi" w:cstheme="majorBidi"/>
          <w:sz w:val="24"/>
          <w:szCs w:val="24"/>
          <w:lang w:val="ro-RO"/>
        </w:rPr>
        <w:t xml:space="preserve">este </w:t>
      </w:r>
      <w:r w:rsidR="009674E1" w:rsidRPr="00AC3E2D">
        <w:rPr>
          <w:rFonts w:asciiTheme="majorBidi" w:hAnsiTheme="majorBidi" w:cstheme="majorBidi"/>
          <w:b/>
          <w:bCs/>
          <w:sz w:val="24"/>
          <w:szCs w:val="24"/>
          <w:lang w:val="ro-RO"/>
        </w:rPr>
        <w:t>12 noiembrie</w:t>
      </w:r>
      <w:r w:rsidR="00410E28" w:rsidRPr="00AC3E2D">
        <w:rPr>
          <w:rFonts w:asciiTheme="majorBidi" w:hAnsiTheme="majorBidi" w:cstheme="majorBidi"/>
          <w:b/>
          <w:bCs/>
          <w:sz w:val="24"/>
          <w:szCs w:val="24"/>
          <w:lang w:val="ro-RO"/>
        </w:rPr>
        <w:t xml:space="preserve"> 2026, ora 1</w:t>
      </w:r>
      <w:r w:rsidR="00905E3C" w:rsidRPr="00AC3E2D">
        <w:rPr>
          <w:rFonts w:asciiTheme="majorBidi" w:hAnsiTheme="majorBidi" w:cstheme="majorBidi"/>
          <w:b/>
          <w:bCs/>
          <w:sz w:val="24"/>
          <w:szCs w:val="24"/>
          <w:lang w:val="ro-RO"/>
        </w:rPr>
        <w:t>7</w:t>
      </w:r>
      <w:r w:rsidR="00410E28" w:rsidRPr="00AC3E2D">
        <w:rPr>
          <w:rFonts w:asciiTheme="majorBidi" w:hAnsiTheme="majorBidi" w:cstheme="majorBidi"/>
          <w:b/>
          <w:bCs/>
          <w:sz w:val="24"/>
          <w:szCs w:val="24"/>
          <w:lang w:val="ro-RO"/>
        </w:rPr>
        <w:t>:00</w:t>
      </w:r>
      <w:r w:rsidR="00410E28" w:rsidRPr="00AC3E2D">
        <w:rPr>
          <w:rFonts w:asciiTheme="majorBidi" w:hAnsiTheme="majorBidi" w:cstheme="majorBidi"/>
          <w:sz w:val="24"/>
          <w:szCs w:val="24"/>
          <w:lang w:val="ro-RO"/>
        </w:rPr>
        <w:t>, la</w:t>
      </w:r>
      <w:r w:rsidR="00B41400" w:rsidRPr="00AC3E2D">
        <w:rPr>
          <w:rFonts w:asciiTheme="majorBidi" w:hAnsiTheme="majorBidi" w:cstheme="majorBidi"/>
          <w:sz w:val="24"/>
          <w:szCs w:val="24"/>
          <w:lang w:val="ro-RO"/>
        </w:rPr>
        <w:t xml:space="preserve"> adresa de email</w:t>
      </w:r>
      <w:r w:rsidR="00AB1CB3" w:rsidRPr="00AC3E2D">
        <w:rPr>
          <w:rFonts w:asciiTheme="majorBidi" w:hAnsiTheme="majorBidi" w:cstheme="majorBidi"/>
          <w:sz w:val="24"/>
          <w:szCs w:val="24"/>
          <w:lang w:val="ro-RO"/>
        </w:rPr>
        <w:t>:</w:t>
      </w:r>
      <w:r w:rsidR="00410E28" w:rsidRPr="00AC3E2D">
        <w:rPr>
          <w:rFonts w:asciiTheme="majorBidi" w:hAnsiTheme="majorBidi" w:cstheme="majorBidi"/>
          <w:sz w:val="24"/>
          <w:szCs w:val="24"/>
          <w:lang w:val="ro-RO"/>
        </w:rPr>
        <w:t xml:space="preserve"> </w:t>
      </w:r>
      <w:r w:rsidR="00410E28" w:rsidRPr="00AC3E2D">
        <w:rPr>
          <w:rFonts w:asciiTheme="majorBidi" w:hAnsiTheme="majorBidi" w:cstheme="majorBidi"/>
          <w:b/>
          <w:bCs/>
          <w:sz w:val="24"/>
          <w:szCs w:val="24"/>
          <w:lang w:val="ro-RO"/>
        </w:rPr>
        <w:t>moldova@khs.org</w:t>
      </w:r>
      <w:r w:rsidR="00410E28" w:rsidRPr="00AC3E2D">
        <w:rPr>
          <w:rFonts w:asciiTheme="majorBidi" w:hAnsiTheme="majorBidi" w:cstheme="majorBidi"/>
          <w:sz w:val="24"/>
          <w:szCs w:val="24"/>
          <w:lang w:val="ro-RO"/>
        </w:rPr>
        <w:t xml:space="preserve">, cu mențiunea </w:t>
      </w:r>
      <w:r w:rsidR="00AC10D2" w:rsidRPr="00AC3E2D">
        <w:rPr>
          <w:rFonts w:asciiTheme="majorBidi" w:hAnsiTheme="majorBidi" w:cstheme="majorBidi"/>
          <w:b/>
          <w:sz w:val="24"/>
          <w:szCs w:val="24"/>
          <w:lang w:val="ro-RO"/>
        </w:rPr>
        <w:t>„2026</w:t>
      </w:r>
      <w:r w:rsidR="00AB40D2" w:rsidRPr="00AC3E2D">
        <w:rPr>
          <w:rFonts w:asciiTheme="majorBidi" w:hAnsiTheme="majorBidi" w:cstheme="majorBidi"/>
          <w:b/>
          <w:sz w:val="24"/>
          <w:szCs w:val="24"/>
          <w:lang w:val="ro-RO"/>
        </w:rPr>
        <w:t>_</w:t>
      </w:r>
      <w:r w:rsidR="00634508" w:rsidRPr="00AC3E2D">
        <w:rPr>
          <w:rFonts w:asciiTheme="majorBidi" w:hAnsiTheme="majorBidi" w:cstheme="majorBidi"/>
          <w:b/>
          <w:sz w:val="24"/>
          <w:szCs w:val="24"/>
          <w:lang w:val="ro-RO"/>
        </w:rPr>
        <w:t>UE</w:t>
      </w:r>
      <w:r w:rsidR="00AB40D2" w:rsidRPr="00AC3E2D">
        <w:rPr>
          <w:rFonts w:asciiTheme="majorBidi" w:hAnsiTheme="majorBidi" w:cstheme="majorBidi"/>
          <w:b/>
          <w:sz w:val="24"/>
          <w:szCs w:val="24"/>
          <w:lang w:val="ro-RO"/>
        </w:rPr>
        <w:t>_</w:t>
      </w:r>
      <w:r w:rsidR="00E9618F" w:rsidRPr="00AC3E2D">
        <w:rPr>
          <w:rFonts w:asciiTheme="majorBidi" w:hAnsiTheme="majorBidi" w:cstheme="majorBidi"/>
          <w:b/>
          <w:sz w:val="24"/>
          <w:szCs w:val="24"/>
          <w:lang w:val="ro-RO"/>
        </w:rPr>
        <w:t>DI</w:t>
      </w:r>
      <w:r w:rsidR="00AB40D2" w:rsidRPr="00AC3E2D">
        <w:rPr>
          <w:rFonts w:asciiTheme="majorBidi" w:hAnsiTheme="majorBidi" w:cstheme="majorBidi"/>
          <w:b/>
          <w:sz w:val="24"/>
          <w:szCs w:val="24"/>
          <w:lang w:val="ro-RO"/>
        </w:rPr>
        <w:t>_</w:t>
      </w:r>
      <w:r w:rsidR="00AC10D2" w:rsidRPr="00AC3E2D">
        <w:rPr>
          <w:rFonts w:asciiTheme="majorBidi" w:hAnsiTheme="majorBidi" w:cstheme="majorBidi"/>
          <w:b/>
          <w:sz w:val="24"/>
          <w:szCs w:val="24"/>
          <w:lang w:val="ro-RO"/>
        </w:rPr>
        <w:t>00</w:t>
      </w:r>
      <w:r w:rsidR="009674E1" w:rsidRPr="00AC3E2D">
        <w:rPr>
          <w:rFonts w:asciiTheme="majorBidi" w:hAnsiTheme="majorBidi" w:cstheme="majorBidi"/>
          <w:b/>
          <w:sz w:val="24"/>
          <w:szCs w:val="24"/>
          <w:lang w:val="ro-RO"/>
        </w:rPr>
        <w:t>5</w:t>
      </w:r>
      <w:r w:rsidR="00AC10D2" w:rsidRPr="00AC3E2D">
        <w:rPr>
          <w:rFonts w:asciiTheme="majorBidi" w:hAnsiTheme="majorBidi" w:cstheme="majorBidi"/>
          <w:b/>
          <w:sz w:val="24"/>
          <w:szCs w:val="24"/>
          <w:lang w:val="ro-RO"/>
        </w:rPr>
        <w:t>_(nume aplicant)”</w:t>
      </w:r>
    </w:p>
    <w:p w14:paraId="009DE573" w14:textId="1CA7ADD1" w:rsidR="007C0F69" w:rsidRPr="00AC3E2D" w:rsidRDefault="0099687C" w:rsidP="00BD2463">
      <w:pPr>
        <w:spacing w:after="0" w:line="240" w:lineRule="auto"/>
        <w:ind w:right="-561"/>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Informații suplimentare pot fi obținute de la </w:t>
      </w:r>
      <w:r w:rsidR="005A2878" w:rsidRPr="00AC3E2D">
        <w:rPr>
          <w:rFonts w:asciiTheme="majorBidi" w:hAnsiTheme="majorBidi" w:cstheme="majorBidi"/>
          <w:b/>
          <w:bCs/>
          <w:sz w:val="24"/>
          <w:szCs w:val="24"/>
          <w:lang w:val="ro-RO"/>
        </w:rPr>
        <w:t>Marcela Dilion-Strechie</w:t>
      </w:r>
      <w:r w:rsidRPr="00AC3E2D">
        <w:rPr>
          <w:rFonts w:asciiTheme="majorBidi" w:hAnsiTheme="majorBidi" w:cstheme="majorBidi"/>
          <w:sz w:val="24"/>
          <w:szCs w:val="24"/>
          <w:lang w:val="ro-RO"/>
        </w:rPr>
        <w:t>,</w:t>
      </w:r>
      <w:r w:rsidR="00AB40D2" w:rsidRPr="00AC3E2D">
        <w:rPr>
          <w:rFonts w:asciiTheme="majorBidi" w:hAnsiTheme="majorBidi" w:cstheme="majorBidi"/>
          <w:sz w:val="24"/>
          <w:szCs w:val="24"/>
          <w:lang w:val="ro-RO"/>
        </w:rPr>
        <w:t xml:space="preserve"> directoare </w:t>
      </w:r>
      <w:r w:rsidRPr="00AC3E2D">
        <w:rPr>
          <w:rFonts w:asciiTheme="majorBidi" w:hAnsiTheme="majorBidi" w:cstheme="majorBidi"/>
          <w:sz w:val="24"/>
          <w:szCs w:val="24"/>
          <w:lang w:val="ro-RO"/>
        </w:rPr>
        <w:t xml:space="preserve">de proiect, e-mail: </w:t>
      </w:r>
      <w:r w:rsidR="005A2878" w:rsidRPr="00AC3E2D">
        <w:rPr>
          <w:rFonts w:asciiTheme="majorBidi" w:hAnsiTheme="majorBidi" w:cstheme="majorBidi"/>
          <w:b/>
          <w:bCs/>
          <w:sz w:val="24"/>
          <w:szCs w:val="24"/>
          <w:lang w:val="ro-RO"/>
        </w:rPr>
        <w:t>mstrechie</w:t>
      </w:r>
      <w:r w:rsidRPr="00AC3E2D">
        <w:rPr>
          <w:rFonts w:asciiTheme="majorBidi" w:hAnsiTheme="majorBidi" w:cstheme="majorBidi"/>
          <w:b/>
          <w:bCs/>
          <w:sz w:val="24"/>
          <w:szCs w:val="24"/>
          <w:lang w:val="ro-RO"/>
        </w:rPr>
        <w:t>@khs.org</w:t>
      </w:r>
      <w:r w:rsidRPr="00AC3E2D">
        <w:rPr>
          <w:rFonts w:asciiTheme="majorBidi" w:hAnsiTheme="majorBidi" w:cstheme="majorBidi"/>
          <w:sz w:val="24"/>
          <w:szCs w:val="24"/>
          <w:lang w:val="ro-RO"/>
        </w:rPr>
        <w:t xml:space="preserve"> , tel. +373 68</w:t>
      </w:r>
      <w:r w:rsidR="005A2878" w:rsidRPr="00AC3E2D">
        <w:rPr>
          <w:rFonts w:asciiTheme="majorBidi" w:hAnsiTheme="majorBidi" w:cstheme="majorBidi"/>
          <w:sz w:val="24"/>
          <w:szCs w:val="24"/>
          <w:lang w:val="ro-RO"/>
        </w:rPr>
        <w:t>6</w:t>
      </w:r>
      <w:r w:rsidR="002642C1" w:rsidRPr="00AC3E2D">
        <w:rPr>
          <w:rFonts w:asciiTheme="majorBidi" w:hAnsiTheme="majorBidi" w:cstheme="majorBidi"/>
          <w:sz w:val="24"/>
          <w:szCs w:val="24"/>
          <w:lang w:val="ro-RO"/>
        </w:rPr>
        <w:t>80447</w:t>
      </w:r>
      <w:r w:rsidR="007C0F69" w:rsidRPr="00AC3E2D">
        <w:rPr>
          <w:rFonts w:asciiTheme="majorBidi" w:hAnsiTheme="majorBidi" w:cstheme="majorBidi"/>
          <w:sz w:val="24"/>
          <w:szCs w:val="24"/>
          <w:lang w:val="ro-RO"/>
        </w:rPr>
        <w:t>.</w:t>
      </w:r>
    </w:p>
    <w:p w14:paraId="32FF8C7F" w14:textId="0D70F05B" w:rsidR="0099687C" w:rsidRPr="00AC3E2D" w:rsidRDefault="0099687C" w:rsidP="00BD2463">
      <w:pPr>
        <w:spacing w:after="0" w:line="240" w:lineRule="auto"/>
        <w:ind w:right="-561"/>
        <w:jc w:val="both"/>
        <w:rPr>
          <w:rFonts w:asciiTheme="majorBidi" w:hAnsiTheme="majorBidi" w:cstheme="majorBidi"/>
          <w:sz w:val="24"/>
          <w:szCs w:val="24"/>
          <w:lang w:val="ro-RO"/>
        </w:rPr>
      </w:pPr>
      <w:r w:rsidRPr="00AC3E2D">
        <w:rPr>
          <w:rFonts w:asciiTheme="majorBidi" w:hAnsiTheme="majorBidi" w:cstheme="majorBidi"/>
          <w:sz w:val="24"/>
          <w:szCs w:val="24"/>
          <w:lang w:val="ro-RO"/>
        </w:rPr>
        <w:t xml:space="preserve">Întrebările de clarificare pot fi transmise în formă scrisă pe adresa de email </w:t>
      </w:r>
      <w:r w:rsidR="002642C1" w:rsidRPr="00AC3E2D">
        <w:rPr>
          <w:rFonts w:asciiTheme="majorBidi" w:hAnsiTheme="majorBidi" w:cstheme="majorBidi"/>
          <w:sz w:val="24"/>
          <w:szCs w:val="24"/>
          <w:lang w:val="ro-RO"/>
        </w:rPr>
        <w:t>mstrechie</w:t>
      </w:r>
      <w:r w:rsidRPr="00AC3E2D">
        <w:rPr>
          <w:rFonts w:asciiTheme="majorBidi" w:hAnsiTheme="majorBidi" w:cstheme="majorBidi"/>
          <w:sz w:val="24"/>
          <w:szCs w:val="24"/>
          <w:lang w:val="ro-RO"/>
        </w:rPr>
        <w:t xml:space="preserve">@khs.org până la data </w:t>
      </w:r>
      <w:r w:rsidR="00BD2463" w:rsidRPr="00AC3E2D">
        <w:rPr>
          <w:rFonts w:asciiTheme="majorBidi" w:hAnsiTheme="majorBidi" w:cstheme="majorBidi"/>
          <w:sz w:val="24"/>
          <w:szCs w:val="24"/>
          <w:lang w:val="ro-RO"/>
        </w:rPr>
        <w:t xml:space="preserve">de </w:t>
      </w:r>
      <w:r w:rsidR="00C31FA2" w:rsidRPr="00AC3E2D">
        <w:rPr>
          <w:rFonts w:asciiTheme="majorBidi" w:hAnsiTheme="majorBidi" w:cstheme="majorBidi"/>
          <w:b/>
          <w:bCs/>
          <w:sz w:val="24"/>
          <w:szCs w:val="24"/>
          <w:lang w:val="ro-RO"/>
        </w:rPr>
        <w:t>9 noiembrie</w:t>
      </w:r>
      <w:r w:rsidR="009A364E" w:rsidRPr="00AC3E2D">
        <w:rPr>
          <w:rFonts w:asciiTheme="majorBidi" w:hAnsiTheme="majorBidi" w:cstheme="majorBidi"/>
          <w:b/>
          <w:bCs/>
          <w:sz w:val="24"/>
          <w:szCs w:val="24"/>
          <w:lang w:val="ro-RO"/>
        </w:rPr>
        <w:t xml:space="preserve"> </w:t>
      </w:r>
      <w:r w:rsidRPr="00AC3E2D">
        <w:rPr>
          <w:rFonts w:asciiTheme="majorBidi" w:hAnsiTheme="majorBidi" w:cstheme="majorBidi"/>
          <w:b/>
          <w:bCs/>
          <w:sz w:val="24"/>
          <w:szCs w:val="24"/>
          <w:lang w:val="ro-RO"/>
        </w:rPr>
        <w:t>2026, ora 1</w:t>
      </w:r>
      <w:r w:rsidR="007F66E0" w:rsidRPr="00AC3E2D">
        <w:rPr>
          <w:rFonts w:asciiTheme="majorBidi" w:hAnsiTheme="majorBidi" w:cstheme="majorBidi"/>
          <w:b/>
          <w:bCs/>
          <w:sz w:val="24"/>
          <w:szCs w:val="24"/>
          <w:lang w:val="ro-RO"/>
        </w:rPr>
        <w:t>4</w:t>
      </w:r>
      <w:r w:rsidRPr="00AC3E2D">
        <w:rPr>
          <w:rFonts w:asciiTheme="majorBidi" w:hAnsiTheme="majorBidi" w:cstheme="majorBidi"/>
          <w:b/>
          <w:bCs/>
          <w:sz w:val="24"/>
          <w:szCs w:val="24"/>
          <w:lang w:val="ro-RO"/>
        </w:rPr>
        <w:t>:00</w:t>
      </w:r>
      <w:r w:rsidRPr="00AC3E2D">
        <w:rPr>
          <w:rFonts w:asciiTheme="majorBidi" w:hAnsiTheme="majorBidi" w:cstheme="majorBidi"/>
          <w:sz w:val="24"/>
          <w:szCs w:val="24"/>
          <w:lang w:val="ro-RO"/>
        </w:rPr>
        <w:t>.</w:t>
      </w:r>
    </w:p>
    <w:p w14:paraId="18DD745B" w14:textId="77777777" w:rsidR="009C2D32" w:rsidRPr="00AC3E2D" w:rsidRDefault="009C2D32" w:rsidP="009C2D32">
      <w:pPr>
        <w:pStyle w:val="Heading2"/>
        <w:spacing w:before="0" w:line="240" w:lineRule="auto"/>
        <w:ind w:right="-561"/>
        <w:rPr>
          <w:rFonts w:asciiTheme="majorBidi" w:hAnsiTheme="majorBidi"/>
          <w:color w:val="0070C0"/>
          <w:sz w:val="24"/>
          <w:szCs w:val="24"/>
          <w:lang w:val="ro-RO"/>
        </w:rPr>
      </w:pPr>
    </w:p>
    <w:p w14:paraId="5DF1D87B" w14:textId="08C94258" w:rsidR="009C2D32" w:rsidRPr="00AC3E2D" w:rsidRDefault="009C2D32" w:rsidP="009C2D32">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 xml:space="preserve">CONDIȚII DE PLATĂ </w:t>
      </w:r>
    </w:p>
    <w:p w14:paraId="2FC709A5" w14:textId="46EFB393" w:rsidR="009C2D32" w:rsidRPr="00AC3E2D" w:rsidRDefault="00CF21EA" w:rsidP="00BD2463">
      <w:pPr>
        <w:spacing w:after="0" w:line="240" w:lineRule="auto"/>
        <w:ind w:right="-561"/>
        <w:jc w:val="both"/>
        <w:rPr>
          <w:rFonts w:asciiTheme="majorBidi" w:hAnsiTheme="majorBidi" w:cstheme="majorBidi"/>
          <w:sz w:val="24"/>
          <w:szCs w:val="24"/>
          <w:lang w:val="ro-RO"/>
        </w:rPr>
      </w:pPr>
      <w:r w:rsidRPr="00AC3E2D">
        <w:rPr>
          <w:rFonts w:asciiTheme="majorBidi" w:hAnsiTheme="majorBidi" w:cstheme="majorBidi"/>
          <w:sz w:val="24"/>
          <w:szCs w:val="24"/>
          <w:lang w:val="ro-RO"/>
        </w:rPr>
        <w:t>Plata serviciilor va fi efectuată în baza contractului și după acceptarea livrabilelor de către Keystone Moldova.</w:t>
      </w:r>
    </w:p>
    <w:p w14:paraId="5C578C78" w14:textId="77777777" w:rsidR="009A364E" w:rsidRPr="00AC3E2D" w:rsidRDefault="009A364E" w:rsidP="00BD2463">
      <w:pPr>
        <w:pStyle w:val="Heading2"/>
        <w:spacing w:before="0" w:line="240" w:lineRule="auto"/>
        <w:ind w:right="-561"/>
        <w:rPr>
          <w:rFonts w:asciiTheme="majorBidi" w:hAnsiTheme="majorBidi"/>
          <w:color w:val="auto"/>
          <w:sz w:val="24"/>
          <w:szCs w:val="24"/>
          <w:lang w:val="ro-RO"/>
        </w:rPr>
      </w:pPr>
    </w:p>
    <w:p w14:paraId="3B4D3244" w14:textId="2DE8F04D" w:rsidR="004C1213" w:rsidRPr="00AC3E2D" w:rsidRDefault="00C64254" w:rsidP="00BD2463">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CONFIDENȚIALITATE ȘI PROTECȚIA DATELOR CU CARACTER PERSONAL</w:t>
      </w:r>
    </w:p>
    <w:p w14:paraId="2A9F2A3F" w14:textId="188953B5" w:rsidR="00D87C65" w:rsidRPr="00AC3E2D" w:rsidRDefault="00D87C65" w:rsidP="00BD2463">
      <w:pPr>
        <w:spacing w:after="0" w:line="240" w:lineRule="auto"/>
        <w:ind w:right="-561"/>
        <w:jc w:val="both"/>
        <w:rPr>
          <w:rFonts w:asciiTheme="majorBidi" w:eastAsiaTheme="minorHAnsi" w:hAnsiTheme="majorBidi" w:cstheme="majorBidi"/>
          <w:sz w:val="24"/>
          <w:szCs w:val="24"/>
          <w:lang w:val="ro-RO"/>
        </w:rPr>
      </w:pPr>
      <w:r w:rsidRPr="00AC3E2D">
        <w:rPr>
          <w:rFonts w:asciiTheme="majorBidi" w:eastAsiaTheme="minorHAnsi" w:hAnsiTheme="majorBidi" w:cstheme="majorBidi"/>
          <w:sz w:val="24"/>
          <w:szCs w:val="24"/>
          <w:lang w:val="ro-RO"/>
        </w:rPr>
        <w:t>Dosarele de participare înscrise la concurs vor conține, direct sau indirect, date cu caracter personal. Keystone Moldova va asigura confidențialitatea datelor cu caracter personal în procesul de colectare, prelucrare și stocare a acestora în condițiile prevăzute de Legea nr.</w:t>
      </w:r>
      <w:r w:rsidR="00B01CFF" w:rsidRPr="00AC3E2D">
        <w:rPr>
          <w:rFonts w:asciiTheme="majorBidi" w:eastAsiaTheme="minorHAnsi" w:hAnsiTheme="majorBidi" w:cstheme="majorBidi"/>
          <w:sz w:val="24"/>
          <w:szCs w:val="24"/>
          <w:lang w:val="ro-RO"/>
        </w:rPr>
        <w:t>1</w:t>
      </w:r>
      <w:r w:rsidR="00204358" w:rsidRPr="00AC3E2D">
        <w:rPr>
          <w:rFonts w:asciiTheme="majorBidi" w:eastAsiaTheme="minorHAnsi" w:hAnsiTheme="majorBidi" w:cstheme="majorBidi"/>
          <w:sz w:val="24"/>
          <w:szCs w:val="24"/>
          <w:lang w:val="ro-RO"/>
        </w:rPr>
        <w:t>95</w:t>
      </w:r>
      <w:r w:rsidRPr="00AC3E2D">
        <w:rPr>
          <w:rFonts w:asciiTheme="majorBidi" w:eastAsiaTheme="minorHAnsi" w:hAnsiTheme="majorBidi" w:cstheme="majorBidi"/>
          <w:sz w:val="24"/>
          <w:szCs w:val="24"/>
          <w:lang w:val="ro-RO"/>
        </w:rPr>
        <w:t>/20</w:t>
      </w:r>
      <w:r w:rsidR="006A278B" w:rsidRPr="00AC3E2D">
        <w:rPr>
          <w:rFonts w:asciiTheme="majorBidi" w:eastAsiaTheme="minorHAnsi" w:hAnsiTheme="majorBidi" w:cstheme="majorBidi"/>
          <w:sz w:val="24"/>
          <w:szCs w:val="24"/>
          <w:lang w:val="ro-RO"/>
        </w:rPr>
        <w:t>24</w:t>
      </w:r>
      <w:r w:rsidRPr="00AC3E2D">
        <w:rPr>
          <w:rFonts w:asciiTheme="majorBidi" w:eastAsiaTheme="minorHAnsi" w:hAnsiTheme="majorBidi" w:cstheme="majorBidi"/>
          <w:sz w:val="24"/>
          <w:szCs w:val="24"/>
          <w:lang w:val="ro-RO"/>
        </w:rPr>
        <w:t xml:space="preserve"> privind protecția datelor cu caracter personal.</w:t>
      </w:r>
    </w:p>
    <w:p w14:paraId="1FF3A1E7" w14:textId="77777777" w:rsidR="009A364E" w:rsidRPr="00AC3E2D" w:rsidRDefault="009A364E" w:rsidP="00BD2463">
      <w:pPr>
        <w:pStyle w:val="Heading2"/>
        <w:spacing w:before="0" w:line="240" w:lineRule="auto"/>
        <w:ind w:right="-561"/>
        <w:rPr>
          <w:rFonts w:asciiTheme="majorBidi" w:hAnsiTheme="majorBidi"/>
          <w:color w:val="auto"/>
          <w:sz w:val="24"/>
          <w:szCs w:val="24"/>
          <w:lang w:val="ro-RO"/>
        </w:rPr>
      </w:pPr>
    </w:p>
    <w:p w14:paraId="4F65B8CC" w14:textId="25B4B0E9" w:rsidR="00280798" w:rsidRPr="00AC3E2D" w:rsidRDefault="00C64254" w:rsidP="00BD2463">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CONFLICT DE INTERESE</w:t>
      </w:r>
    </w:p>
    <w:p w14:paraId="494E1DCA" w14:textId="49134DA5" w:rsidR="00052DFD" w:rsidRPr="00AC3E2D" w:rsidRDefault="00052DFD" w:rsidP="00BD2463">
      <w:pPr>
        <w:pStyle w:val="ListBullet"/>
        <w:numPr>
          <w:ilvl w:val="0"/>
          <w:numId w:val="0"/>
        </w:numPr>
        <w:spacing w:after="0" w:line="240" w:lineRule="auto"/>
        <w:ind w:right="-561"/>
        <w:jc w:val="both"/>
        <w:rPr>
          <w:rFonts w:asciiTheme="majorBidi" w:hAnsiTheme="majorBidi" w:cstheme="majorBidi"/>
          <w:sz w:val="24"/>
          <w:szCs w:val="24"/>
          <w:lang w:val="ro-RO"/>
        </w:rPr>
      </w:pPr>
      <w:r w:rsidRPr="00AC3E2D">
        <w:rPr>
          <w:rFonts w:asciiTheme="majorBidi" w:hAnsiTheme="majorBidi" w:cstheme="majorBidi"/>
          <w:sz w:val="24"/>
          <w:szCs w:val="24"/>
          <w:lang w:val="ro-RO"/>
        </w:rPr>
        <w:t>Principiile fundamentale pe care Keystone Moldova dorește să le accentueze în sfera</w:t>
      </w:r>
      <w:r w:rsidR="003D496D" w:rsidRPr="00AC3E2D">
        <w:rPr>
          <w:rFonts w:asciiTheme="majorBidi" w:hAnsiTheme="majorBidi" w:cstheme="majorBidi"/>
          <w:sz w:val="24"/>
          <w:szCs w:val="24"/>
          <w:lang w:val="ro-RO"/>
        </w:rPr>
        <w:t xml:space="preserve"> </w:t>
      </w:r>
      <w:r w:rsidRPr="00AC3E2D">
        <w:rPr>
          <w:rFonts w:asciiTheme="majorBidi" w:hAnsiTheme="majorBidi" w:cstheme="majorBidi"/>
          <w:sz w:val="24"/>
          <w:szCs w:val="24"/>
          <w:lang w:val="ro-RO"/>
        </w:rPr>
        <w:t>conflictului de interese sunt:</w:t>
      </w:r>
    </w:p>
    <w:p w14:paraId="54D9AC45" w14:textId="77777777" w:rsidR="00052DFD" w:rsidRPr="00AC3E2D" w:rsidRDefault="00052DFD" w:rsidP="00BD2463">
      <w:pPr>
        <w:pStyle w:val="ListBullet"/>
        <w:spacing w:after="0" w:line="240" w:lineRule="auto"/>
        <w:ind w:right="-561"/>
        <w:rPr>
          <w:rFonts w:asciiTheme="majorBidi" w:hAnsiTheme="majorBidi" w:cstheme="majorBidi"/>
          <w:sz w:val="24"/>
          <w:szCs w:val="24"/>
          <w:lang w:val="ro-RO"/>
        </w:rPr>
      </w:pPr>
      <w:r w:rsidRPr="00AC3E2D">
        <w:rPr>
          <w:rFonts w:asciiTheme="majorBidi" w:hAnsiTheme="majorBidi" w:cstheme="majorBidi"/>
          <w:sz w:val="24"/>
          <w:szCs w:val="24"/>
          <w:lang w:val="ro-RO"/>
        </w:rPr>
        <w:t>Toate conflictele de interese potențiale sau care sunt în efect trebuie declarate;</w:t>
      </w:r>
    </w:p>
    <w:p w14:paraId="3DB2A8DC" w14:textId="77777777" w:rsidR="00052DFD" w:rsidRPr="00AC3E2D" w:rsidRDefault="00052DFD" w:rsidP="00BD2463">
      <w:pPr>
        <w:pStyle w:val="ListBullet"/>
        <w:spacing w:after="0" w:line="240" w:lineRule="auto"/>
        <w:ind w:right="-561"/>
        <w:rPr>
          <w:rFonts w:asciiTheme="majorBidi" w:hAnsiTheme="majorBidi" w:cstheme="majorBidi"/>
          <w:sz w:val="24"/>
          <w:szCs w:val="24"/>
          <w:lang w:val="ro-RO"/>
        </w:rPr>
      </w:pPr>
      <w:r w:rsidRPr="00AC3E2D">
        <w:rPr>
          <w:rFonts w:asciiTheme="majorBidi" w:hAnsiTheme="majorBidi" w:cstheme="majorBidi"/>
          <w:sz w:val="24"/>
          <w:szCs w:val="24"/>
          <w:lang w:val="ro-RO"/>
        </w:rPr>
        <w:t>Nici o persoană nu ar trebui să fie în poziție de decident asupra cazului său;</w:t>
      </w:r>
    </w:p>
    <w:p w14:paraId="12D8E9CD" w14:textId="2099ADBE" w:rsidR="00280798" w:rsidRPr="00AC3E2D" w:rsidRDefault="00052DFD" w:rsidP="00BD2463">
      <w:pPr>
        <w:pStyle w:val="ListBullet"/>
        <w:spacing w:after="0" w:line="240" w:lineRule="auto"/>
        <w:ind w:right="-561"/>
        <w:rPr>
          <w:rFonts w:asciiTheme="majorBidi" w:hAnsiTheme="majorBidi" w:cstheme="majorBidi"/>
          <w:sz w:val="24"/>
          <w:szCs w:val="24"/>
          <w:lang w:val="ro-RO"/>
        </w:rPr>
      </w:pPr>
      <w:r w:rsidRPr="00AC3E2D">
        <w:rPr>
          <w:rFonts w:asciiTheme="majorBidi" w:hAnsiTheme="majorBidi" w:cstheme="majorBidi"/>
          <w:sz w:val="24"/>
          <w:szCs w:val="24"/>
          <w:lang w:val="ro-RO"/>
        </w:rPr>
        <w:t>Self-dealing-ul este interzis.</w:t>
      </w:r>
    </w:p>
    <w:p w14:paraId="18BA395A" w14:textId="77777777" w:rsidR="009A364E" w:rsidRPr="00AC3E2D" w:rsidRDefault="009A364E" w:rsidP="00BD2463">
      <w:pPr>
        <w:pStyle w:val="Heading2"/>
        <w:spacing w:before="0" w:line="240" w:lineRule="auto"/>
        <w:ind w:right="-561"/>
        <w:rPr>
          <w:rFonts w:asciiTheme="majorBidi" w:hAnsiTheme="majorBidi"/>
          <w:color w:val="0070C0"/>
          <w:sz w:val="24"/>
          <w:szCs w:val="24"/>
          <w:lang w:val="ro-RO"/>
        </w:rPr>
      </w:pPr>
    </w:p>
    <w:p w14:paraId="3B5D6E86" w14:textId="6096EACA" w:rsidR="005F46D1" w:rsidRPr="00AC3E2D" w:rsidRDefault="00C64254" w:rsidP="00BD2463">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ANTIFRAUDĂ ȘI CORUPȚIE</w:t>
      </w:r>
    </w:p>
    <w:p w14:paraId="7395229A" w14:textId="3DB0AFB4" w:rsidR="005F46D1" w:rsidRPr="00AC3E2D" w:rsidRDefault="00FE2227" w:rsidP="00BD2463">
      <w:pPr>
        <w:pStyle w:val="BodyText"/>
        <w:spacing w:after="0" w:line="240" w:lineRule="auto"/>
        <w:ind w:right="-561"/>
        <w:rPr>
          <w:rFonts w:asciiTheme="majorBidi" w:eastAsiaTheme="minorHAnsi" w:hAnsiTheme="majorBidi" w:cstheme="majorBidi"/>
          <w:sz w:val="24"/>
          <w:szCs w:val="24"/>
          <w:lang w:val="ro-RO"/>
        </w:rPr>
      </w:pPr>
      <w:r w:rsidRPr="00AC3E2D">
        <w:rPr>
          <w:rFonts w:asciiTheme="majorBidi" w:eastAsiaTheme="minorHAnsi" w:hAnsiTheme="majorBidi" w:cstheme="majorBidi"/>
          <w:sz w:val="24"/>
          <w:szCs w:val="24"/>
          <w:lang w:val="ro-RO"/>
        </w:rPr>
        <w:t>Keystone Moldova aplică cu strictețe politica de zero toleranță la practicile interzise, inclusiv fraudă, corupție, complicitate, practici ne-etice sau ne profesionale și obstrucționarea ofertanților. Keystone Moldova solicită tuturor ofertanților să respecte cel mai înalt standard de etică în timpul procesului de achiziție și implementare a contractului.</w:t>
      </w:r>
    </w:p>
    <w:p w14:paraId="4597E86C" w14:textId="77777777" w:rsidR="009A364E" w:rsidRPr="00AC3E2D" w:rsidRDefault="009A364E" w:rsidP="00BD2463">
      <w:pPr>
        <w:pStyle w:val="Heading2"/>
        <w:spacing w:before="0" w:line="240" w:lineRule="auto"/>
        <w:ind w:right="-561"/>
        <w:rPr>
          <w:rFonts w:asciiTheme="majorBidi" w:hAnsiTheme="majorBidi"/>
          <w:color w:val="0070C0"/>
          <w:sz w:val="24"/>
          <w:szCs w:val="24"/>
          <w:lang w:val="ro-RO"/>
        </w:rPr>
      </w:pPr>
    </w:p>
    <w:p w14:paraId="06E2AB7B" w14:textId="3B36EFBD" w:rsidR="00052DFD" w:rsidRPr="00AC3E2D" w:rsidRDefault="00C64254" w:rsidP="00BD2463">
      <w:pPr>
        <w:pStyle w:val="Heading2"/>
        <w:spacing w:before="0" w:line="240" w:lineRule="auto"/>
        <w:ind w:right="-561"/>
        <w:rPr>
          <w:rFonts w:asciiTheme="majorBidi" w:hAnsiTheme="majorBidi"/>
          <w:color w:val="0070C0"/>
          <w:sz w:val="24"/>
          <w:szCs w:val="24"/>
          <w:lang w:val="ro-RO"/>
        </w:rPr>
      </w:pPr>
      <w:r w:rsidRPr="00AC3E2D">
        <w:rPr>
          <w:rFonts w:asciiTheme="majorBidi" w:hAnsiTheme="majorBidi"/>
          <w:color w:val="0070C0"/>
          <w:sz w:val="24"/>
          <w:szCs w:val="24"/>
          <w:lang w:val="ro-RO"/>
        </w:rPr>
        <w:t>SALVGARDARE</w:t>
      </w:r>
    </w:p>
    <w:p w14:paraId="65AE034B" w14:textId="351191DF" w:rsidR="00F532F4" w:rsidRPr="00AC3E2D" w:rsidRDefault="00F532F4" w:rsidP="00BD2463">
      <w:pPr>
        <w:pStyle w:val="BodyText"/>
        <w:spacing w:after="0" w:line="240" w:lineRule="auto"/>
        <w:ind w:right="-561"/>
        <w:rPr>
          <w:rFonts w:asciiTheme="majorBidi" w:eastAsiaTheme="minorHAnsi" w:hAnsiTheme="majorBidi" w:cstheme="majorBidi"/>
          <w:sz w:val="24"/>
          <w:szCs w:val="24"/>
          <w:lang w:val="ro-RO"/>
        </w:rPr>
      </w:pPr>
      <w:r w:rsidRPr="00AC3E2D">
        <w:rPr>
          <w:rFonts w:asciiTheme="majorBidi" w:eastAsiaTheme="minorHAnsi" w:hAnsiTheme="majorBidi" w:cstheme="majorBidi"/>
          <w:sz w:val="24"/>
          <w:szCs w:val="24"/>
          <w:lang w:val="ro-RO"/>
        </w:rPr>
        <w:t xml:space="preserve">Keystone Moldova declară toleranță zero față de toate formele de abuz și exploatare față de copii și adulții vulnerabili. </w:t>
      </w:r>
    </w:p>
    <w:p w14:paraId="5FC140AA" w14:textId="77777777" w:rsidR="00F532F4" w:rsidRPr="00AC3E2D" w:rsidRDefault="00F532F4" w:rsidP="00BD2463">
      <w:pPr>
        <w:spacing w:after="0" w:line="240" w:lineRule="auto"/>
        <w:ind w:right="-561"/>
        <w:jc w:val="both"/>
        <w:rPr>
          <w:rFonts w:asciiTheme="majorBidi" w:eastAsiaTheme="minorHAnsi" w:hAnsiTheme="majorBidi" w:cstheme="majorBidi"/>
          <w:i/>
          <w:iCs/>
          <w:sz w:val="24"/>
          <w:szCs w:val="24"/>
          <w:lang w:val="ro-RO"/>
        </w:rPr>
      </w:pPr>
      <w:r w:rsidRPr="00AC3E2D">
        <w:rPr>
          <w:rFonts w:asciiTheme="majorBidi" w:eastAsiaTheme="minorHAnsi" w:hAnsiTheme="majorBidi" w:cstheme="majorBidi"/>
          <w:i/>
          <w:iCs/>
          <w:sz w:val="24"/>
          <w:szCs w:val="24"/>
          <w:lang w:val="ro-RO"/>
        </w:rPr>
        <w:t>Prestatorul de servicii va respecta toate legile, reglementările și cele mai bune practici aplicabile cu privire la protecția grupurilor vulnerabile, inclusiv, dar fără a se limita la copii, vârstnici și persoane cu dizabilități, și va implementa politicile, procedurile, instruirea și măsurile de raportare necesare pentru a asigura protecția acestora în timpul desfășurării activităților.</w:t>
      </w:r>
    </w:p>
    <w:p w14:paraId="40D934CC" w14:textId="4E50663A" w:rsidR="00052DFD" w:rsidRPr="00AC3E2D" w:rsidRDefault="00F532F4" w:rsidP="00026376">
      <w:pPr>
        <w:spacing w:after="0" w:line="240" w:lineRule="auto"/>
        <w:ind w:right="-561"/>
        <w:jc w:val="both"/>
        <w:rPr>
          <w:rFonts w:asciiTheme="majorBidi" w:eastAsiaTheme="minorHAnsi" w:hAnsiTheme="majorBidi" w:cstheme="majorBidi"/>
          <w:sz w:val="24"/>
          <w:szCs w:val="24"/>
          <w:lang w:val="ro-RO"/>
        </w:rPr>
      </w:pPr>
      <w:r w:rsidRPr="00AC3E2D">
        <w:rPr>
          <w:rFonts w:asciiTheme="majorBidi" w:hAnsiTheme="majorBidi" w:cstheme="majorBidi"/>
          <w:i/>
          <w:sz w:val="24"/>
          <w:szCs w:val="24"/>
          <w:lang w:val="ro-RO"/>
        </w:rPr>
        <w:t>Prestatorul va respecta și va aplica o politică de toleranță zero față de orice formă de abuz sexual, hărțuire sau exploatare. Aceasta include, dar nu se limitează la, orice activitate sexuală cu copii sau alte persoane vulnerabile, și orice favoruri sexuale în schimbul ajutorului sau asistenței. Toți angajații, agenții, subcontractorii sau alți reprezentanți ai Prestatorului vor respecta toate legile și reglementările aplicabile legate de comportamentul sexual necorespunzător și vor urma instruirea necesară pentru a preveni și a răspunde la un astfel de comportament. Prestatorul va investiga și va aborda prompt orice acuzații sau suspiciuni de abuz sau exploatare sexuală și va raporta astfel de incidente autorităților legale corespunzătoare, în conformitate cu legile aplicabile.</w:t>
      </w:r>
      <w:r w:rsidR="00026376" w:rsidRPr="00AC3E2D">
        <w:rPr>
          <w:rFonts w:asciiTheme="majorBidi" w:hAnsiTheme="majorBidi" w:cstheme="majorBidi"/>
          <w:i/>
          <w:sz w:val="24"/>
          <w:szCs w:val="24"/>
          <w:lang w:val="ro-RO"/>
        </w:rPr>
        <w:t xml:space="preserve"> </w:t>
      </w:r>
    </w:p>
    <w:p w14:paraId="2EA01C2D" w14:textId="77777777" w:rsidR="00280798" w:rsidRPr="00AC3E2D" w:rsidRDefault="00280798" w:rsidP="00BD2463">
      <w:pPr>
        <w:pStyle w:val="ListBullet"/>
        <w:numPr>
          <w:ilvl w:val="0"/>
          <w:numId w:val="0"/>
        </w:numPr>
        <w:spacing w:after="0" w:line="240" w:lineRule="auto"/>
        <w:ind w:left="360" w:hanging="360"/>
        <w:rPr>
          <w:rFonts w:asciiTheme="majorBidi" w:hAnsiTheme="majorBidi" w:cstheme="majorBidi"/>
          <w:b/>
          <w:bCs/>
          <w:sz w:val="24"/>
          <w:szCs w:val="24"/>
          <w:lang w:val="ro-RO"/>
        </w:rPr>
      </w:pPr>
    </w:p>
    <w:sectPr w:rsidR="00280798" w:rsidRPr="00AC3E2D" w:rsidSect="008A5FF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4371" w14:textId="77777777" w:rsidR="006A6D77" w:rsidRDefault="006A6D77" w:rsidP="00D04A7C">
      <w:pPr>
        <w:spacing w:after="0" w:line="240" w:lineRule="auto"/>
      </w:pPr>
      <w:r>
        <w:separator/>
      </w:r>
    </w:p>
  </w:endnote>
  <w:endnote w:type="continuationSeparator" w:id="0">
    <w:p w14:paraId="61880FDA" w14:textId="77777777" w:rsidR="006A6D77" w:rsidRDefault="006A6D77" w:rsidP="00D0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881873"/>
      <w:docPartObj>
        <w:docPartGallery w:val="Page Numbers (Bottom of Page)"/>
        <w:docPartUnique/>
      </w:docPartObj>
    </w:sdtPr>
    <w:sdtEndPr>
      <w:rPr>
        <w:noProof/>
      </w:rPr>
    </w:sdtEndPr>
    <w:sdtContent>
      <w:p w14:paraId="0EC620C6" w14:textId="66AE1913" w:rsidR="00C937EB" w:rsidRDefault="00C93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CD9976" w14:textId="77777777" w:rsidR="00C937EB" w:rsidRDefault="00C93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0D102" w14:textId="77777777" w:rsidR="006A6D77" w:rsidRDefault="006A6D77" w:rsidP="00D04A7C">
      <w:pPr>
        <w:spacing w:after="0" w:line="240" w:lineRule="auto"/>
      </w:pPr>
      <w:r>
        <w:separator/>
      </w:r>
    </w:p>
  </w:footnote>
  <w:footnote w:type="continuationSeparator" w:id="0">
    <w:p w14:paraId="6CAB8912" w14:textId="77777777" w:rsidR="006A6D77" w:rsidRDefault="006A6D77" w:rsidP="00D04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0622" w14:textId="09926712" w:rsidR="00D04A7C" w:rsidRDefault="00D04A7C">
    <w:pPr>
      <w:pStyle w:val="Header"/>
    </w:pPr>
  </w:p>
  <w:p w14:paraId="5956D480" w14:textId="77777777" w:rsidR="00D04A7C" w:rsidRDefault="00D04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86E037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A94DCC"/>
    <w:multiLevelType w:val="hybridMultilevel"/>
    <w:tmpl w:val="8D9AC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205D60"/>
    <w:multiLevelType w:val="hybridMultilevel"/>
    <w:tmpl w:val="CEE48BA6"/>
    <w:lvl w:ilvl="0" w:tplc="D278D586">
      <w:numFmt w:val="bullet"/>
      <w:lvlText w:val=""/>
      <w:lvlJc w:val="left"/>
      <w:pPr>
        <w:ind w:left="784" w:hanging="340"/>
      </w:pPr>
      <w:rPr>
        <w:rFonts w:ascii="Symbol" w:eastAsia="Symbol" w:hAnsi="Symbol" w:cs="Symbol" w:hint="default"/>
        <w:b w:val="0"/>
        <w:bCs w:val="0"/>
        <w:i w:val="0"/>
        <w:iCs w:val="0"/>
        <w:w w:val="102"/>
        <w:sz w:val="22"/>
        <w:szCs w:val="22"/>
      </w:rPr>
    </w:lvl>
    <w:lvl w:ilvl="1" w:tplc="F5A0BDCE">
      <w:numFmt w:val="bullet"/>
      <w:lvlText w:val="•"/>
      <w:lvlJc w:val="left"/>
      <w:pPr>
        <w:ind w:left="1652" w:hanging="340"/>
      </w:pPr>
      <w:rPr>
        <w:rFonts w:hint="default"/>
      </w:rPr>
    </w:lvl>
    <w:lvl w:ilvl="2" w:tplc="FE942E2A">
      <w:numFmt w:val="bullet"/>
      <w:lvlText w:val="•"/>
      <w:lvlJc w:val="left"/>
      <w:pPr>
        <w:ind w:left="2524" w:hanging="340"/>
      </w:pPr>
      <w:rPr>
        <w:rFonts w:hint="default"/>
      </w:rPr>
    </w:lvl>
    <w:lvl w:ilvl="3" w:tplc="7102D7B2">
      <w:numFmt w:val="bullet"/>
      <w:lvlText w:val="•"/>
      <w:lvlJc w:val="left"/>
      <w:pPr>
        <w:ind w:left="3396" w:hanging="340"/>
      </w:pPr>
      <w:rPr>
        <w:rFonts w:hint="default"/>
      </w:rPr>
    </w:lvl>
    <w:lvl w:ilvl="4" w:tplc="67604B68">
      <w:numFmt w:val="bullet"/>
      <w:lvlText w:val="•"/>
      <w:lvlJc w:val="left"/>
      <w:pPr>
        <w:ind w:left="4268" w:hanging="340"/>
      </w:pPr>
      <w:rPr>
        <w:rFonts w:hint="default"/>
      </w:rPr>
    </w:lvl>
    <w:lvl w:ilvl="5" w:tplc="6AE65078">
      <w:numFmt w:val="bullet"/>
      <w:lvlText w:val="•"/>
      <w:lvlJc w:val="left"/>
      <w:pPr>
        <w:ind w:left="5140" w:hanging="340"/>
      </w:pPr>
      <w:rPr>
        <w:rFonts w:hint="default"/>
      </w:rPr>
    </w:lvl>
    <w:lvl w:ilvl="6" w:tplc="7C8EB85C">
      <w:numFmt w:val="bullet"/>
      <w:lvlText w:val="•"/>
      <w:lvlJc w:val="left"/>
      <w:pPr>
        <w:ind w:left="6012" w:hanging="340"/>
      </w:pPr>
      <w:rPr>
        <w:rFonts w:hint="default"/>
      </w:rPr>
    </w:lvl>
    <w:lvl w:ilvl="7" w:tplc="273EF64C">
      <w:numFmt w:val="bullet"/>
      <w:lvlText w:val="•"/>
      <w:lvlJc w:val="left"/>
      <w:pPr>
        <w:ind w:left="6884" w:hanging="340"/>
      </w:pPr>
      <w:rPr>
        <w:rFonts w:hint="default"/>
      </w:rPr>
    </w:lvl>
    <w:lvl w:ilvl="8" w:tplc="7E1A09EE">
      <w:numFmt w:val="bullet"/>
      <w:lvlText w:val="•"/>
      <w:lvlJc w:val="left"/>
      <w:pPr>
        <w:ind w:left="7756" w:hanging="340"/>
      </w:pPr>
      <w:rPr>
        <w:rFonts w:hint="default"/>
      </w:rPr>
    </w:lvl>
  </w:abstractNum>
  <w:abstractNum w:abstractNumId="11" w15:restartNumberingAfterBreak="0">
    <w:nsid w:val="0F5975F2"/>
    <w:multiLevelType w:val="hybridMultilevel"/>
    <w:tmpl w:val="0EA4231E"/>
    <w:lvl w:ilvl="0" w:tplc="501258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06685B"/>
    <w:multiLevelType w:val="multilevel"/>
    <w:tmpl w:val="C02616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6F74717"/>
    <w:multiLevelType w:val="hybridMultilevel"/>
    <w:tmpl w:val="F23A3F68"/>
    <w:lvl w:ilvl="0" w:tplc="E3DC20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05FC7"/>
    <w:multiLevelType w:val="hybridMultilevel"/>
    <w:tmpl w:val="4DF649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38C786A"/>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A556F7"/>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B6156DD"/>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140E69"/>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CC224D"/>
    <w:multiLevelType w:val="hybridMultilevel"/>
    <w:tmpl w:val="144A9D3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4D62625"/>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FC30C8"/>
    <w:multiLevelType w:val="hybridMultilevel"/>
    <w:tmpl w:val="0D8631BA"/>
    <w:lvl w:ilvl="0" w:tplc="DFB49CA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3E658C"/>
    <w:multiLevelType w:val="hybridMultilevel"/>
    <w:tmpl w:val="F2621D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2D1D22"/>
    <w:multiLevelType w:val="hybridMultilevel"/>
    <w:tmpl w:val="7D6ACB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B236D1"/>
    <w:multiLevelType w:val="hybridMultilevel"/>
    <w:tmpl w:val="A4980748"/>
    <w:lvl w:ilvl="0" w:tplc="F5A0BDCE">
      <w:numFmt w:val="bullet"/>
      <w:lvlText w:val="•"/>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E95BA7"/>
    <w:multiLevelType w:val="multilevel"/>
    <w:tmpl w:val="E2BA85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1D2AA6"/>
    <w:multiLevelType w:val="hybridMultilevel"/>
    <w:tmpl w:val="804A1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D76BAB"/>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6F3FBE"/>
    <w:multiLevelType w:val="hybridMultilevel"/>
    <w:tmpl w:val="402C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9C54D1"/>
    <w:multiLevelType w:val="multilevel"/>
    <w:tmpl w:val="1D665CC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4D2121"/>
    <w:multiLevelType w:val="hybridMultilevel"/>
    <w:tmpl w:val="40E4F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4F7BED"/>
    <w:multiLevelType w:val="hybridMultilevel"/>
    <w:tmpl w:val="96DAD7E4"/>
    <w:lvl w:ilvl="0" w:tplc="E1482638">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E85630"/>
    <w:multiLevelType w:val="hybridMultilevel"/>
    <w:tmpl w:val="1C369BE0"/>
    <w:lvl w:ilvl="0" w:tplc="04090001">
      <w:start w:val="1"/>
      <w:numFmt w:val="bullet"/>
      <w:lvlText w:val=""/>
      <w:lvlJc w:val="left"/>
      <w:pPr>
        <w:ind w:left="1163" w:hanging="360"/>
      </w:pPr>
      <w:rPr>
        <w:rFonts w:ascii="Symbol" w:hAnsi="Symbol" w:hint="default"/>
      </w:rPr>
    </w:lvl>
    <w:lvl w:ilvl="1" w:tplc="FFFFFFFF" w:tentative="1">
      <w:start w:val="1"/>
      <w:numFmt w:val="bullet"/>
      <w:lvlText w:val="o"/>
      <w:lvlJc w:val="left"/>
      <w:pPr>
        <w:ind w:left="1883" w:hanging="360"/>
      </w:pPr>
      <w:rPr>
        <w:rFonts w:ascii="Courier New" w:hAnsi="Courier New" w:cs="Courier New" w:hint="default"/>
      </w:rPr>
    </w:lvl>
    <w:lvl w:ilvl="2" w:tplc="FFFFFFFF" w:tentative="1">
      <w:start w:val="1"/>
      <w:numFmt w:val="bullet"/>
      <w:lvlText w:val=""/>
      <w:lvlJc w:val="left"/>
      <w:pPr>
        <w:ind w:left="2603" w:hanging="360"/>
      </w:pPr>
      <w:rPr>
        <w:rFonts w:ascii="Wingdings" w:hAnsi="Wingdings" w:hint="default"/>
      </w:rPr>
    </w:lvl>
    <w:lvl w:ilvl="3" w:tplc="FFFFFFFF" w:tentative="1">
      <w:start w:val="1"/>
      <w:numFmt w:val="bullet"/>
      <w:lvlText w:val=""/>
      <w:lvlJc w:val="left"/>
      <w:pPr>
        <w:ind w:left="3323" w:hanging="360"/>
      </w:pPr>
      <w:rPr>
        <w:rFonts w:ascii="Symbol" w:hAnsi="Symbol" w:hint="default"/>
      </w:rPr>
    </w:lvl>
    <w:lvl w:ilvl="4" w:tplc="FFFFFFFF" w:tentative="1">
      <w:start w:val="1"/>
      <w:numFmt w:val="bullet"/>
      <w:lvlText w:val="o"/>
      <w:lvlJc w:val="left"/>
      <w:pPr>
        <w:ind w:left="4043" w:hanging="360"/>
      </w:pPr>
      <w:rPr>
        <w:rFonts w:ascii="Courier New" w:hAnsi="Courier New" w:cs="Courier New" w:hint="default"/>
      </w:rPr>
    </w:lvl>
    <w:lvl w:ilvl="5" w:tplc="FFFFFFFF" w:tentative="1">
      <w:start w:val="1"/>
      <w:numFmt w:val="bullet"/>
      <w:lvlText w:val=""/>
      <w:lvlJc w:val="left"/>
      <w:pPr>
        <w:ind w:left="4763" w:hanging="360"/>
      </w:pPr>
      <w:rPr>
        <w:rFonts w:ascii="Wingdings" w:hAnsi="Wingdings" w:hint="default"/>
      </w:rPr>
    </w:lvl>
    <w:lvl w:ilvl="6" w:tplc="FFFFFFFF" w:tentative="1">
      <w:start w:val="1"/>
      <w:numFmt w:val="bullet"/>
      <w:lvlText w:val=""/>
      <w:lvlJc w:val="left"/>
      <w:pPr>
        <w:ind w:left="5483" w:hanging="360"/>
      </w:pPr>
      <w:rPr>
        <w:rFonts w:ascii="Symbol" w:hAnsi="Symbol" w:hint="default"/>
      </w:rPr>
    </w:lvl>
    <w:lvl w:ilvl="7" w:tplc="FFFFFFFF" w:tentative="1">
      <w:start w:val="1"/>
      <w:numFmt w:val="bullet"/>
      <w:lvlText w:val="o"/>
      <w:lvlJc w:val="left"/>
      <w:pPr>
        <w:ind w:left="6203" w:hanging="360"/>
      </w:pPr>
      <w:rPr>
        <w:rFonts w:ascii="Courier New" w:hAnsi="Courier New" w:cs="Courier New" w:hint="default"/>
      </w:rPr>
    </w:lvl>
    <w:lvl w:ilvl="8" w:tplc="FFFFFFFF" w:tentative="1">
      <w:start w:val="1"/>
      <w:numFmt w:val="bullet"/>
      <w:lvlText w:val=""/>
      <w:lvlJc w:val="left"/>
      <w:pPr>
        <w:ind w:left="6923" w:hanging="360"/>
      </w:pPr>
      <w:rPr>
        <w:rFonts w:ascii="Wingdings" w:hAnsi="Wingdings" w:hint="default"/>
      </w:rPr>
    </w:lvl>
  </w:abstractNum>
  <w:abstractNum w:abstractNumId="33" w15:restartNumberingAfterBreak="0">
    <w:nsid w:val="71D30427"/>
    <w:multiLevelType w:val="hybridMultilevel"/>
    <w:tmpl w:val="A2BA2CA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99158E"/>
    <w:multiLevelType w:val="hybridMultilevel"/>
    <w:tmpl w:val="BE461E74"/>
    <w:lvl w:ilvl="0" w:tplc="F5A0BDCE">
      <w:numFmt w:val="bullet"/>
      <w:lvlText w:val="•"/>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A561E4"/>
    <w:multiLevelType w:val="hybridMultilevel"/>
    <w:tmpl w:val="CEB0EF8E"/>
    <w:lvl w:ilvl="0" w:tplc="5B9C0B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EE75C1"/>
    <w:multiLevelType w:val="hybridMultilevel"/>
    <w:tmpl w:val="9C52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92DF0"/>
    <w:multiLevelType w:val="multilevel"/>
    <w:tmpl w:val="786E8EA0"/>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92E264B"/>
    <w:multiLevelType w:val="hybridMultilevel"/>
    <w:tmpl w:val="859C1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540754"/>
    <w:multiLevelType w:val="hybridMultilevel"/>
    <w:tmpl w:val="49603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33616"/>
    <w:multiLevelType w:val="hybridMultilevel"/>
    <w:tmpl w:val="310AB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83A60"/>
    <w:multiLevelType w:val="multilevel"/>
    <w:tmpl w:val="DD72143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01874484">
    <w:abstractNumId w:val="8"/>
  </w:num>
  <w:num w:numId="2" w16cid:durableId="881525394">
    <w:abstractNumId w:val="6"/>
  </w:num>
  <w:num w:numId="3" w16cid:durableId="1878347175">
    <w:abstractNumId w:val="5"/>
  </w:num>
  <w:num w:numId="4" w16cid:durableId="408815848">
    <w:abstractNumId w:val="4"/>
  </w:num>
  <w:num w:numId="5" w16cid:durableId="555162996">
    <w:abstractNumId w:val="7"/>
  </w:num>
  <w:num w:numId="6" w16cid:durableId="992680509">
    <w:abstractNumId w:val="3"/>
  </w:num>
  <w:num w:numId="7" w16cid:durableId="2051875002">
    <w:abstractNumId w:val="2"/>
  </w:num>
  <w:num w:numId="8" w16cid:durableId="912858202">
    <w:abstractNumId w:val="1"/>
  </w:num>
  <w:num w:numId="9" w16cid:durableId="2125884193">
    <w:abstractNumId w:val="0"/>
  </w:num>
  <w:num w:numId="10" w16cid:durableId="1274510463">
    <w:abstractNumId w:val="28"/>
  </w:num>
  <w:num w:numId="11" w16cid:durableId="275021001">
    <w:abstractNumId w:val="31"/>
  </w:num>
  <w:num w:numId="12" w16cid:durableId="1503400183">
    <w:abstractNumId w:val="40"/>
  </w:num>
  <w:num w:numId="13" w16cid:durableId="522716702">
    <w:abstractNumId w:val="8"/>
  </w:num>
  <w:num w:numId="14" w16cid:durableId="1818524333">
    <w:abstractNumId w:val="9"/>
  </w:num>
  <w:num w:numId="15" w16cid:durableId="91633539">
    <w:abstractNumId w:val="33"/>
  </w:num>
  <w:num w:numId="16" w16cid:durableId="163670000">
    <w:abstractNumId w:val="19"/>
  </w:num>
  <w:num w:numId="17" w16cid:durableId="492063170">
    <w:abstractNumId w:val="24"/>
  </w:num>
  <w:num w:numId="18" w16cid:durableId="477770920">
    <w:abstractNumId w:val="34"/>
  </w:num>
  <w:num w:numId="19" w16cid:durableId="1142502818">
    <w:abstractNumId w:val="10"/>
  </w:num>
  <w:num w:numId="20" w16cid:durableId="857280786">
    <w:abstractNumId w:val="32"/>
  </w:num>
  <w:num w:numId="21" w16cid:durableId="1565481218">
    <w:abstractNumId w:val="36"/>
  </w:num>
  <w:num w:numId="22" w16cid:durableId="1594439001">
    <w:abstractNumId w:val="38"/>
  </w:num>
  <w:num w:numId="23" w16cid:durableId="382026167">
    <w:abstractNumId w:val="26"/>
  </w:num>
  <w:num w:numId="24" w16cid:durableId="1664235100">
    <w:abstractNumId w:val="39"/>
  </w:num>
  <w:num w:numId="25" w16cid:durableId="2120859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7635021">
    <w:abstractNumId w:val="22"/>
  </w:num>
  <w:num w:numId="27" w16cid:durableId="1634561272">
    <w:abstractNumId w:val="23"/>
  </w:num>
  <w:num w:numId="28" w16cid:durableId="199707430">
    <w:abstractNumId w:val="35"/>
  </w:num>
  <w:num w:numId="29" w16cid:durableId="2093771343">
    <w:abstractNumId w:val="25"/>
  </w:num>
  <w:num w:numId="30" w16cid:durableId="1140878812">
    <w:abstractNumId w:val="21"/>
  </w:num>
  <w:num w:numId="31" w16cid:durableId="753353436">
    <w:abstractNumId w:val="17"/>
  </w:num>
  <w:num w:numId="32" w16cid:durableId="23479937">
    <w:abstractNumId w:val="16"/>
  </w:num>
  <w:num w:numId="33" w16cid:durableId="218589434">
    <w:abstractNumId w:val="20"/>
  </w:num>
  <w:num w:numId="34" w16cid:durableId="2023776883">
    <w:abstractNumId w:val="11"/>
  </w:num>
  <w:num w:numId="35" w16cid:durableId="636879196">
    <w:abstractNumId w:val="30"/>
  </w:num>
  <w:num w:numId="36" w16cid:durableId="1107894713">
    <w:abstractNumId w:val="27"/>
  </w:num>
  <w:num w:numId="37" w16cid:durableId="1797218042">
    <w:abstractNumId w:val="13"/>
  </w:num>
  <w:num w:numId="38" w16cid:durableId="385833660">
    <w:abstractNumId w:val="12"/>
  </w:num>
  <w:num w:numId="39" w16cid:durableId="1321616559">
    <w:abstractNumId w:val="18"/>
  </w:num>
  <w:num w:numId="40" w16cid:durableId="1984382917">
    <w:abstractNumId w:val="15"/>
  </w:num>
  <w:num w:numId="41" w16cid:durableId="1975720360">
    <w:abstractNumId w:val="41"/>
  </w:num>
  <w:num w:numId="42" w16cid:durableId="249581690">
    <w:abstractNumId w:val="29"/>
  </w:num>
  <w:num w:numId="43" w16cid:durableId="23240000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49"/>
    <w:rsid w:val="00002D92"/>
    <w:rsid w:val="00003FF0"/>
    <w:rsid w:val="00007231"/>
    <w:rsid w:val="00010BD4"/>
    <w:rsid w:val="00013A66"/>
    <w:rsid w:val="0001660B"/>
    <w:rsid w:val="00017226"/>
    <w:rsid w:val="0002173F"/>
    <w:rsid w:val="00021AFB"/>
    <w:rsid w:val="00025400"/>
    <w:rsid w:val="00026376"/>
    <w:rsid w:val="000267CB"/>
    <w:rsid w:val="000308C4"/>
    <w:rsid w:val="00033A89"/>
    <w:rsid w:val="00033C14"/>
    <w:rsid w:val="00034616"/>
    <w:rsid w:val="000361A3"/>
    <w:rsid w:val="000363D6"/>
    <w:rsid w:val="0003688A"/>
    <w:rsid w:val="00036F6A"/>
    <w:rsid w:val="00040EBE"/>
    <w:rsid w:val="000415AA"/>
    <w:rsid w:val="00046283"/>
    <w:rsid w:val="000468C0"/>
    <w:rsid w:val="00046A04"/>
    <w:rsid w:val="00046FCF"/>
    <w:rsid w:val="000503DA"/>
    <w:rsid w:val="00052DFD"/>
    <w:rsid w:val="00056B17"/>
    <w:rsid w:val="000601D7"/>
    <w:rsid w:val="0006063C"/>
    <w:rsid w:val="00060755"/>
    <w:rsid w:val="00061E89"/>
    <w:rsid w:val="000662D6"/>
    <w:rsid w:val="00066B11"/>
    <w:rsid w:val="00072835"/>
    <w:rsid w:val="00076106"/>
    <w:rsid w:val="00082B30"/>
    <w:rsid w:val="000835A3"/>
    <w:rsid w:val="0008397E"/>
    <w:rsid w:val="00086213"/>
    <w:rsid w:val="000911F1"/>
    <w:rsid w:val="0009204B"/>
    <w:rsid w:val="00094768"/>
    <w:rsid w:val="000950EF"/>
    <w:rsid w:val="000958BF"/>
    <w:rsid w:val="0009728E"/>
    <w:rsid w:val="000A04A9"/>
    <w:rsid w:val="000A233E"/>
    <w:rsid w:val="000A2DE0"/>
    <w:rsid w:val="000A35EC"/>
    <w:rsid w:val="000A3ACB"/>
    <w:rsid w:val="000B016F"/>
    <w:rsid w:val="000B0CA3"/>
    <w:rsid w:val="000B3D77"/>
    <w:rsid w:val="000B57A7"/>
    <w:rsid w:val="000B623E"/>
    <w:rsid w:val="000B7FA6"/>
    <w:rsid w:val="000C09C7"/>
    <w:rsid w:val="000C299E"/>
    <w:rsid w:val="000C627C"/>
    <w:rsid w:val="000C657C"/>
    <w:rsid w:val="000D404B"/>
    <w:rsid w:val="000D7909"/>
    <w:rsid w:val="000D790C"/>
    <w:rsid w:val="000E128B"/>
    <w:rsid w:val="000E60A9"/>
    <w:rsid w:val="000E7E61"/>
    <w:rsid w:val="000F055A"/>
    <w:rsid w:val="000F448E"/>
    <w:rsid w:val="000F498E"/>
    <w:rsid w:val="000F5ED5"/>
    <w:rsid w:val="000F7A25"/>
    <w:rsid w:val="00100B09"/>
    <w:rsid w:val="00102975"/>
    <w:rsid w:val="00103356"/>
    <w:rsid w:val="00111C35"/>
    <w:rsid w:val="00113249"/>
    <w:rsid w:val="00117371"/>
    <w:rsid w:val="00124F37"/>
    <w:rsid w:val="0012656C"/>
    <w:rsid w:val="00126AC7"/>
    <w:rsid w:val="001436A1"/>
    <w:rsid w:val="00143DE7"/>
    <w:rsid w:val="00144659"/>
    <w:rsid w:val="001500B9"/>
    <w:rsid w:val="0015074B"/>
    <w:rsid w:val="00150923"/>
    <w:rsid w:val="0015309D"/>
    <w:rsid w:val="00157016"/>
    <w:rsid w:val="00165FD9"/>
    <w:rsid w:val="001670B9"/>
    <w:rsid w:val="00170923"/>
    <w:rsid w:val="00172047"/>
    <w:rsid w:val="001721A3"/>
    <w:rsid w:val="001771D6"/>
    <w:rsid w:val="00182EBD"/>
    <w:rsid w:val="0018347E"/>
    <w:rsid w:val="00185848"/>
    <w:rsid w:val="0019616E"/>
    <w:rsid w:val="00196CA7"/>
    <w:rsid w:val="001A06C0"/>
    <w:rsid w:val="001A188E"/>
    <w:rsid w:val="001A1B54"/>
    <w:rsid w:val="001A644A"/>
    <w:rsid w:val="001B09BB"/>
    <w:rsid w:val="001B7D1A"/>
    <w:rsid w:val="001C3F80"/>
    <w:rsid w:val="001C40D3"/>
    <w:rsid w:val="001C6F30"/>
    <w:rsid w:val="001D09C8"/>
    <w:rsid w:val="001D1578"/>
    <w:rsid w:val="001D3344"/>
    <w:rsid w:val="001D7628"/>
    <w:rsid w:val="001E279C"/>
    <w:rsid w:val="001E3C8F"/>
    <w:rsid w:val="001E5A44"/>
    <w:rsid w:val="001E5EC7"/>
    <w:rsid w:val="001E71FA"/>
    <w:rsid w:val="001F10C8"/>
    <w:rsid w:val="001F49B7"/>
    <w:rsid w:val="001F5F08"/>
    <w:rsid w:val="001F6887"/>
    <w:rsid w:val="001F6A0A"/>
    <w:rsid w:val="00204358"/>
    <w:rsid w:val="00204393"/>
    <w:rsid w:val="00205885"/>
    <w:rsid w:val="00205B5D"/>
    <w:rsid w:val="00206387"/>
    <w:rsid w:val="00206DFA"/>
    <w:rsid w:val="00215A27"/>
    <w:rsid w:val="00216AF7"/>
    <w:rsid w:val="0021767A"/>
    <w:rsid w:val="0022027F"/>
    <w:rsid w:val="00222E85"/>
    <w:rsid w:val="00224076"/>
    <w:rsid w:val="00224B21"/>
    <w:rsid w:val="002267E0"/>
    <w:rsid w:val="00231BA7"/>
    <w:rsid w:val="00231C53"/>
    <w:rsid w:val="002327FA"/>
    <w:rsid w:val="00233BC6"/>
    <w:rsid w:val="00233D10"/>
    <w:rsid w:val="00234D6D"/>
    <w:rsid w:val="002350DB"/>
    <w:rsid w:val="002358C7"/>
    <w:rsid w:val="00235984"/>
    <w:rsid w:val="00235AB1"/>
    <w:rsid w:val="00235DAD"/>
    <w:rsid w:val="00237BA9"/>
    <w:rsid w:val="00240EB0"/>
    <w:rsid w:val="00242291"/>
    <w:rsid w:val="002429E1"/>
    <w:rsid w:val="00257977"/>
    <w:rsid w:val="00257D36"/>
    <w:rsid w:val="00257FC8"/>
    <w:rsid w:val="00261CB6"/>
    <w:rsid w:val="002623CD"/>
    <w:rsid w:val="002642C1"/>
    <w:rsid w:val="0027567D"/>
    <w:rsid w:val="00276282"/>
    <w:rsid w:val="00280798"/>
    <w:rsid w:val="002838AC"/>
    <w:rsid w:val="00283EF7"/>
    <w:rsid w:val="002916FA"/>
    <w:rsid w:val="00291EBE"/>
    <w:rsid w:val="0029339A"/>
    <w:rsid w:val="00295FA6"/>
    <w:rsid w:val="0029639D"/>
    <w:rsid w:val="002A4B77"/>
    <w:rsid w:val="002B39C5"/>
    <w:rsid w:val="002B6F26"/>
    <w:rsid w:val="002C1584"/>
    <w:rsid w:val="002C3928"/>
    <w:rsid w:val="002C4BFC"/>
    <w:rsid w:val="002C7352"/>
    <w:rsid w:val="002C74A7"/>
    <w:rsid w:val="002D3C9D"/>
    <w:rsid w:val="002D6D5F"/>
    <w:rsid w:val="002D714E"/>
    <w:rsid w:val="002E2469"/>
    <w:rsid w:val="002E43CB"/>
    <w:rsid w:val="002E57C5"/>
    <w:rsid w:val="002E5C07"/>
    <w:rsid w:val="002E789F"/>
    <w:rsid w:val="002E7E4E"/>
    <w:rsid w:val="002F0189"/>
    <w:rsid w:val="002F0B4B"/>
    <w:rsid w:val="002F5C5F"/>
    <w:rsid w:val="002F677B"/>
    <w:rsid w:val="002F7440"/>
    <w:rsid w:val="003042DA"/>
    <w:rsid w:val="00305C26"/>
    <w:rsid w:val="0031019F"/>
    <w:rsid w:val="00310E33"/>
    <w:rsid w:val="00311177"/>
    <w:rsid w:val="00312A63"/>
    <w:rsid w:val="003131EF"/>
    <w:rsid w:val="00324D0C"/>
    <w:rsid w:val="00326F90"/>
    <w:rsid w:val="003301D8"/>
    <w:rsid w:val="00331AC3"/>
    <w:rsid w:val="00333FA9"/>
    <w:rsid w:val="00341D97"/>
    <w:rsid w:val="00342928"/>
    <w:rsid w:val="003436B5"/>
    <w:rsid w:val="00343BDA"/>
    <w:rsid w:val="00344AE6"/>
    <w:rsid w:val="00344B8D"/>
    <w:rsid w:val="003452F1"/>
    <w:rsid w:val="00345FC8"/>
    <w:rsid w:val="003504D7"/>
    <w:rsid w:val="0035276A"/>
    <w:rsid w:val="00354AE6"/>
    <w:rsid w:val="00356FE8"/>
    <w:rsid w:val="00357159"/>
    <w:rsid w:val="0036359C"/>
    <w:rsid w:val="00365C18"/>
    <w:rsid w:val="00371B47"/>
    <w:rsid w:val="00374AEE"/>
    <w:rsid w:val="003753F5"/>
    <w:rsid w:val="00375852"/>
    <w:rsid w:val="0037626B"/>
    <w:rsid w:val="00376A57"/>
    <w:rsid w:val="00377148"/>
    <w:rsid w:val="003846A7"/>
    <w:rsid w:val="00385D13"/>
    <w:rsid w:val="0038604C"/>
    <w:rsid w:val="00387024"/>
    <w:rsid w:val="00390A14"/>
    <w:rsid w:val="00390C0E"/>
    <w:rsid w:val="00391AE7"/>
    <w:rsid w:val="003922A5"/>
    <w:rsid w:val="00394DCD"/>
    <w:rsid w:val="0039660E"/>
    <w:rsid w:val="00396EEA"/>
    <w:rsid w:val="00397797"/>
    <w:rsid w:val="003A3811"/>
    <w:rsid w:val="003A3CA7"/>
    <w:rsid w:val="003A6605"/>
    <w:rsid w:val="003A6AB7"/>
    <w:rsid w:val="003A709A"/>
    <w:rsid w:val="003B245B"/>
    <w:rsid w:val="003B5A30"/>
    <w:rsid w:val="003B775D"/>
    <w:rsid w:val="003B7B27"/>
    <w:rsid w:val="003C1484"/>
    <w:rsid w:val="003C5A6A"/>
    <w:rsid w:val="003C5D83"/>
    <w:rsid w:val="003D2EE8"/>
    <w:rsid w:val="003D3E81"/>
    <w:rsid w:val="003D496D"/>
    <w:rsid w:val="003D5942"/>
    <w:rsid w:val="003D78A5"/>
    <w:rsid w:val="003F646A"/>
    <w:rsid w:val="00400F8C"/>
    <w:rsid w:val="00401D52"/>
    <w:rsid w:val="0040461B"/>
    <w:rsid w:val="00406C6F"/>
    <w:rsid w:val="00410E28"/>
    <w:rsid w:val="00410E67"/>
    <w:rsid w:val="0041188D"/>
    <w:rsid w:val="004133A8"/>
    <w:rsid w:val="0041589C"/>
    <w:rsid w:val="00421767"/>
    <w:rsid w:val="00424ED0"/>
    <w:rsid w:val="00425A3A"/>
    <w:rsid w:val="00426A8C"/>
    <w:rsid w:val="0042717D"/>
    <w:rsid w:val="00427590"/>
    <w:rsid w:val="00430157"/>
    <w:rsid w:val="004353A0"/>
    <w:rsid w:val="00436251"/>
    <w:rsid w:val="0043798A"/>
    <w:rsid w:val="00437B4C"/>
    <w:rsid w:val="0044344B"/>
    <w:rsid w:val="00446849"/>
    <w:rsid w:val="004473BE"/>
    <w:rsid w:val="0045547D"/>
    <w:rsid w:val="00457330"/>
    <w:rsid w:val="00462986"/>
    <w:rsid w:val="00462F47"/>
    <w:rsid w:val="004648C6"/>
    <w:rsid w:val="004678C6"/>
    <w:rsid w:val="00470760"/>
    <w:rsid w:val="00473601"/>
    <w:rsid w:val="00473B83"/>
    <w:rsid w:val="004745E9"/>
    <w:rsid w:val="004811F0"/>
    <w:rsid w:val="00482002"/>
    <w:rsid w:val="004829AF"/>
    <w:rsid w:val="00482EA7"/>
    <w:rsid w:val="00483A59"/>
    <w:rsid w:val="00486ECC"/>
    <w:rsid w:val="00487EB1"/>
    <w:rsid w:val="00495247"/>
    <w:rsid w:val="00495513"/>
    <w:rsid w:val="004960F1"/>
    <w:rsid w:val="00497EF7"/>
    <w:rsid w:val="004A0434"/>
    <w:rsid w:val="004A191E"/>
    <w:rsid w:val="004A270C"/>
    <w:rsid w:val="004A45BB"/>
    <w:rsid w:val="004A617B"/>
    <w:rsid w:val="004A7808"/>
    <w:rsid w:val="004B175C"/>
    <w:rsid w:val="004B2557"/>
    <w:rsid w:val="004B3013"/>
    <w:rsid w:val="004B47D1"/>
    <w:rsid w:val="004C1213"/>
    <w:rsid w:val="004C4463"/>
    <w:rsid w:val="004C4E8D"/>
    <w:rsid w:val="004C7260"/>
    <w:rsid w:val="004C7DFD"/>
    <w:rsid w:val="004D2C10"/>
    <w:rsid w:val="004D4017"/>
    <w:rsid w:val="004D4FFE"/>
    <w:rsid w:val="004D7AC5"/>
    <w:rsid w:val="004E0143"/>
    <w:rsid w:val="004E210A"/>
    <w:rsid w:val="004E2D40"/>
    <w:rsid w:val="004E30F9"/>
    <w:rsid w:val="004E37F8"/>
    <w:rsid w:val="004F04E1"/>
    <w:rsid w:val="004F1B8F"/>
    <w:rsid w:val="004F1EBF"/>
    <w:rsid w:val="004F6D18"/>
    <w:rsid w:val="0050709F"/>
    <w:rsid w:val="00510B0A"/>
    <w:rsid w:val="00511FB0"/>
    <w:rsid w:val="00513D5B"/>
    <w:rsid w:val="005153E4"/>
    <w:rsid w:val="00515E58"/>
    <w:rsid w:val="0051628F"/>
    <w:rsid w:val="00516CC9"/>
    <w:rsid w:val="00517762"/>
    <w:rsid w:val="005241B9"/>
    <w:rsid w:val="00526ABE"/>
    <w:rsid w:val="00527CB6"/>
    <w:rsid w:val="00532019"/>
    <w:rsid w:val="00532830"/>
    <w:rsid w:val="005335D1"/>
    <w:rsid w:val="00534A90"/>
    <w:rsid w:val="0053703B"/>
    <w:rsid w:val="00543B57"/>
    <w:rsid w:val="00544EDE"/>
    <w:rsid w:val="0055019B"/>
    <w:rsid w:val="00554745"/>
    <w:rsid w:val="00555965"/>
    <w:rsid w:val="005600D1"/>
    <w:rsid w:val="005604C6"/>
    <w:rsid w:val="00561761"/>
    <w:rsid w:val="00571AEF"/>
    <w:rsid w:val="00571EC8"/>
    <w:rsid w:val="00572D5E"/>
    <w:rsid w:val="00574331"/>
    <w:rsid w:val="005745D0"/>
    <w:rsid w:val="005757A9"/>
    <w:rsid w:val="0058175E"/>
    <w:rsid w:val="005837B0"/>
    <w:rsid w:val="00584234"/>
    <w:rsid w:val="0058540F"/>
    <w:rsid w:val="00586186"/>
    <w:rsid w:val="00591DFE"/>
    <w:rsid w:val="005922B4"/>
    <w:rsid w:val="00593C9B"/>
    <w:rsid w:val="00593D64"/>
    <w:rsid w:val="00594A99"/>
    <w:rsid w:val="00595E8C"/>
    <w:rsid w:val="005A0C18"/>
    <w:rsid w:val="005A1647"/>
    <w:rsid w:val="005A2878"/>
    <w:rsid w:val="005A5417"/>
    <w:rsid w:val="005A72DB"/>
    <w:rsid w:val="005B419C"/>
    <w:rsid w:val="005B55B2"/>
    <w:rsid w:val="005B58C2"/>
    <w:rsid w:val="005B7984"/>
    <w:rsid w:val="005C4E73"/>
    <w:rsid w:val="005C52DF"/>
    <w:rsid w:val="005C7122"/>
    <w:rsid w:val="005D3E04"/>
    <w:rsid w:val="005D4198"/>
    <w:rsid w:val="005D48CD"/>
    <w:rsid w:val="005E1600"/>
    <w:rsid w:val="005E1A70"/>
    <w:rsid w:val="005E2336"/>
    <w:rsid w:val="005E2E97"/>
    <w:rsid w:val="005E6BD5"/>
    <w:rsid w:val="005F1B42"/>
    <w:rsid w:val="005F2180"/>
    <w:rsid w:val="005F2DAD"/>
    <w:rsid w:val="005F46D1"/>
    <w:rsid w:val="005F5964"/>
    <w:rsid w:val="005F5E73"/>
    <w:rsid w:val="005F6A69"/>
    <w:rsid w:val="005F76B4"/>
    <w:rsid w:val="00600815"/>
    <w:rsid w:val="006041B0"/>
    <w:rsid w:val="00607992"/>
    <w:rsid w:val="00623454"/>
    <w:rsid w:val="006246BF"/>
    <w:rsid w:val="00625BE4"/>
    <w:rsid w:val="00634508"/>
    <w:rsid w:val="00637578"/>
    <w:rsid w:val="006411EB"/>
    <w:rsid w:val="00641599"/>
    <w:rsid w:val="00641811"/>
    <w:rsid w:val="006511CD"/>
    <w:rsid w:val="00652247"/>
    <w:rsid w:val="006529B4"/>
    <w:rsid w:val="006536E9"/>
    <w:rsid w:val="00654AD9"/>
    <w:rsid w:val="006552CF"/>
    <w:rsid w:val="00656364"/>
    <w:rsid w:val="00657E16"/>
    <w:rsid w:val="00660DA7"/>
    <w:rsid w:val="00661AAF"/>
    <w:rsid w:val="0066314C"/>
    <w:rsid w:val="00670B66"/>
    <w:rsid w:val="00670EE7"/>
    <w:rsid w:val="006725F6"/>
    <w:rsid w:val="006745D4"/>
    <w:rsid w:val="00675CC8"/>
    <w:rsid w:val="00677355"/>
    <w:rsid w:val="00677F77"/>
    <w:rsid w:val="006801DD"/>
    <w:rsid w:val="006808F1"/>
    <w:rsid w:val="00682170"/>
    <w:rsid w:val="006824DA"/>
    <w:rsid w:val="006844DB"/>
    <w:rsid w:val="006866A9"/>
    <w:rsid w:val="00686A76"/>
    <w:rsid w:val="00690E1B"/>
    <w:rsid w:val="006A05B0"/>
    <w:rsid w:val="006A2307"/>
    <w:rsid w:val="006A278B"/>
    <w:rsid w:val="006A486B"/>
    <w:rsid w:val="006A5312"/>
    <w:rsid w:val="006A666D"/>
    <w:rsid w:val="006A6D77"/>
    <w:rsid w:val="006A7670"/>
    <w:rsid w:val="006B2A14"/>
    <w:rsid w:val="006B3FDF"/>
    <w:rsid w:val="006C086D"/>
    <w:rsid w:val="006C0FA2"/>
    <w:rsid w:val="006C3141"/>
    <w:rsid w:val="006C5AE8"/>
    <w:rsid w:val="006D1A5F"/>
    <w:rsid w:val="006D2358"/>
    <w:rsid w:val="006D529D"/>
    <w:rsid w:val="006D6528"/>
    <w:rsid w:val="006D65E2"/>
    <w:rsid w:val="006D6DDC"/>
    <w:rsid w:val="006D7BCA"/>
    <w:rsid w:val="006E1A1B"/>
    <w:rsid w:val="006E2EA2"/>
    <w:rsid w:val="006E4794"/>
    <w:rsid w:val="006E5B76"/>
    <w:rsid w:val="006F7D12"/>
    <w:rsid w:val="00700682"/>
    <w:rsid w:val="00703742"/>
    <w:rsid w:val="00707C49"/>
    <w:rsid w:val="00711F69"/>
    <w:rsid w:val="007137EB"/>
    <w:rsid w:val="00715E2C"/>
    <w:rsid w:val="007210B0"/>
    <w:rsid w:val="0072112F"/>
    <w:rsid w:val="0072289C"/>
    <w:rsid w:val="00727603"/>
    <w:rsid w:val="0073005E"/>
    <w:rsid w:val="00731911"/>
    <w:rsid w:val="007343F5"/>
    <w:rsid w:val="007359A3"/>
    <w:rsid w:val="00737293"/>
    <w:rsid w:val="007429EC"/>
    <w:rsid w:val="00745245"/>
    <w:rsid w:val="00745F4B"/>
    <w:rsid w:val="007468B2"/>
    <w:rsid w:val="0074749C"/>
    <w:rsid w:val="00750641"/>
    <w:rsid w:val="007529D8"/>
    <w:rsid w:val="0075313D"/>
    <w:rsid w:val="00755A5F"/>
    <w:rsid w:val="00761E95"/>
    <w:rsid w:val="00763635"/>
    <w:rsid w:val="00764022"/>
    <w:rsid w:val="00764CAD"/>
    <w:rsid w:val="00765009"/>
    <w:rsid w:val="007677F7"/>
    <w:rsid w:val="00770EF2"/>
    <w:rsid w:val="00772B55"/>
    <w:rsid w:val="00773485"/>
    <w:rsid w:val="00774C8A"/>
    <w:rsid w:val="00775901"/>
    <w:rsid w:val="00782C1D"/>
    <w:rsid w:val="00784B68"/>
    <w:rsid w:val="00785DF7"/>
    <w:rsid w:val="00786791"/>
    <w:rsid w:val="0079126F"/>
    <w:rsid w:val="007A12FA"/>
    <w:rsid w:val="007A2A65"/>
    <w:rsid w:val="007B1314"/>
    <w:rsid w:val="007B53FA"/>
    <w:rsid w:val="007B749C"/>
    <w:rsid w:val="007C0F69"/>
    <w:rsid w:val="007C4AEA"/>
    <w:rsid w:val="007C5EE6"/>
    <w:rsid w:val="007C5F4E"/>
    <w:rsid w:val="007D09C0"/>
    <w:rsid w:val="007D2AFD"/>
    <w:rsid w:val="007D6217"/>
    <w:rsid w:val="007D7DEB"/>
    <w:rsid w:val="007E034C"/>
    <w:rsid w:val="007E0E57"/>
    <w:rsid w:val="007E1103"/>
    <w:rsid w:val="007E28DB"/>
    <w:rsid w:val="007E3CD2"/>
    <w:rsid w:val="007E7755"/>
    <w:rsid w:val="007F153F"/>
    <w:rsid w:val="007F281E"/>
    <w:rsid w:val="007F2E76"/>
    <w:rsid w:val="007F3164"/>
    <w:rsid w:val="007F362B"/>
    <w:rsid w:val="007F66E0"/>
    <w:rsid w:val="0080006E"/>
    <w:rsid w:val="008010D2"/>
    <w:rsid w:val="0080166C"/>
    <w:rsid w:val="008045B6"/>
    <w:rsid w:val="008061DD"/>
    <w:rsid w:val="00806976"/>
    <w:rsid w:val="00812B0F"/>
    <w:rsid w:val="00814A4F"/>
    <w:rsid w:val="00821ECE"/>
    <w:rsid w:val="00825270"/>
    <w:rsid w:val="00834074"/>
    <w:rsid w:val="00836316"/>
    <w:rsid w:val="00836C56"/>
    <w:rsid w:val="008449F0"/>
    <w:rsid w:val="008464C0"/>
    <w:rsid w:val="008478CA"/>
    <w:rsid w:val="008524F7"/>
    <w:rsid w:val="00854010"/>
    <w:rsid w:val="0085666B"/>
    <w:rsid w:val="00857196"/>
    <w:rsid w:val="00857CC1"/>
    <w:rsid w:val="008615E5"/>
    <w:rsid w:val="00861ABE"/>
    <w:rsid w:val="008637F0"/>
    <w:rsid w:val="008639FD"/>
    <w:rsid w:val="00863BC6"/>
    <w:rsid w:val="008647EB"/>
    <w:rsid w:val="00865561"/>
    <w:rsid w:val="00866DDE"/>
    <w:rsid w:val="00867C19"/>
    <w:rsid w:val="00870048"/>
    <w:rsid w:val="0087393B"/>
    <w:rsid w:val="00875CB6"/>
    <w:rsid w:val="00880251"/>
    <w:rsid w:val="00880E43"/>
    <w:rsid w:val="00885EBF"/>
    <w:rsid w:val="00890639"/>
    <w:rsid w:val="008949BF"/>
    <w:rsid w:val="00897074"/>
    <w:rsid w:val="008A269D"/>
    <w:rsid w:val="008A4A0D"/>
    <w:rsid w:val="008A4BB2"/>
    <w:rsid w:val="008A5FFD"/>
    <w:rsid w:val="008B49CE"/>
    <w:rsid w:val="008B55AE"/>
    <w:rsid w:val="008B5B0D"/>
    <w:rsid w:val="008B6FB9"/>
    <w:rsid w:val="008C04F2"/>
    <w:rsid w:val="008C4861"/>
    <w:rsid w:val="008C5C86"/>
    <w:rsid w:val="008C6CDD"/>
    <w:rsid w:val="008C7B2A"/>
    <w:rsid w:val="008C7DBD"/>
    <w:rsid w:val="008D04EB"/>
    <w:rsid w:val="008D3769"/>
    <w:rsid w:val="008D381F"/>
    <w:rsid w:val="008D385F"/>
    <w:rsid w:val="008E00E7"/>
    <w:rsid w:val="008E204A"/>
    <w:rsid w:val="008E29C5"/>
    <w:rsid w:val="008E3B15"/>
    <w:rsid w:val="008E4FA2"/>
    <w:rsid w:val="008E5155"/>
    <w:rsid w:val="008E6034"/>
    <w:rsid w:val="008E6111"/>
    <w:rsid w:val="008F1AC5"/>
    <w:rsid w:val="008F476A"/>
    <w:rsid w:val="008F48A2"/>
    <w:rsid w:val="008F5668"/>
    <w:rsid w:val="008F58F3"/>
    <w:rsid w:val="008F66B6"/>
    <w:rsid w:val="008F7A34"/>
    <w:rsid w:val="00905E3C"/>
    <w:rsid w:val="009065A9"/>
    <w:rsid w:val="00916E48"/>
    <w:rsid w:val="00917374"/>
    <w:rsid w:val="009179A4"/>
    <w:rsid w:val="00921751"/>
    <w:rsid w:val="00921C45"/>
    <w:rsid w:val="00922E14"/>
    <w:rsid w:val="00923417"/>
    <w:rsid w:val="009319F4"/>
    <w:rsid w:val="0093354A"/>
    <w:rsid w:val="0093431B"/>
    <w:rsid w:val="00934E62"/>
    <w:rsid w:val="009350F0"/>
    <w:rsid w:val="009368A5"/>
    <w:rsid w:val="0094158F"/>
    <w:rsid w:val="00942C98"/>
    <w:rsid w:val="0094358E"/>
    <w:rsid w:val="009444D6"/>
    <w:rsid w:val="00951010"/>
    <w:rsid w:val="00951794"/>
    <w:rsid w:val="00952CB0"/>
    <w:rsid w:val="00953060"/>
    <w:rsid w:val="00956562"/>
    <w:rsid w:val="0095692B"/>
    <w:rsid w:val="00956E6E"/>
    <w:rsid w:val="00957198"/>
    <w:rsid w:val="00960BBE"/>
    <w:rsid w:val="00966DFB"/>
    <w:rsid w:val="009674E1"/>
    <w:rsid w:val="00967F93"/>
    <w:rsid w:val="009704A5"/>
    <w:rsid w:val="00970C67"/>
    <w:rsid w:val="00972B46"/>
    <w:rsid w:val="00973BF4"/>
    <w:rsid w:val="009779F8"/>
    <w:rsid w:val="00977F6B"/>
    <w:rsid w:val="0098371B"/>
    <w:rsid w:val="009871FC"/>
    <w:rsid w:val="00987C6B"/>
    <w:rsid w:val="00992FFC"/>
    <w:rsid w:val="009937A1"/>
    <w:rsid w:val="009955A2"/>
    <w:rsid w:val="009962C0"/>
    <w:rsid w:val="0099687C"/>
    <w:rsid w:val="00996DE7"/>
    <w:rsid w:val="009A364E"/>
    <w:rsid w:val="009B2835"/>
    <w:rsid w:val="009B6FEA"/>
    <w:rsid w:val="009B7E3A"/>
    <w:rsid w:val="009C0596"/>
    <w:rsid w:val="009C1AFC"/>
    <w:rsid w:val="009C2670"/>
    <w:rsid w:val="009C2D32"/>
    <w:rsid w:val="009C36BB"/>
    <w:rsid w:val="009C5694"/>
    <w:rsid w:val="009C5703"/>
    <w:rsid w:val="009C581A"/>
    <w:rsid w:val="009C63EE"/>
    <w:rsid w:val="009D0D90"/>
    <w:rsid w:val="009D5C56"/>
    <w:rsid w:val="009D5EFD"/>
    <w:rsid w:val="009E046E"/>
    <w:rsid w:val="009E40EC"/>
    <w:rsid w:val="009E42FD"/>
    <w:rsid w:val="009E450A"/>
    <w:rsid w:val="009E6380"/>
    <w:rsid w:val="009F0215"/>
    <w:rsid w:val="009F0B2F"/>
    <w:rsid w:val="009F2B10"/>
    <w:rsid w:val="009F48A9"/>
    <w:rsid w:val="009F6337"/>
    <w:rsid w:val="00A0417F"/>
    <w:rsid w:val="00A06B89"/>
    <w:rsid w:val="00A134A5"/>
    <w:rsid w:val="00A14544"/>
    <w:rsid w:val="00A15642"/>
    <w:rsid w:val="00A161AB"/>
    <w:rsid w:val="00A1711E"/>
    <w:rsid w:val="00A22E02"/>
    <w:rsid w:val="00A23D72"/>
    <w:rsid w:val="00A2485F"/>
    <w:rsid w:val="00A25232"/>
    <w:rsid w:val="00A260DB"/>
    <w:rsid w:val="00A26D7D"/>
    <w:rsid w:val="00A273B0"/>
    <w:rsid w:val="00A31466"/>
    <w:rsid w:val="00A3183A"/>
    <w:rsid w:val="00A32B16"/>
    <w:rsid w:val="00A37929"/>
    <w:rsid w:val="00A41C70"/>
    <w:rsid w:val="00A43D11"/>
    <w:rsid w:val="00A4410F"/>
    <w:rsid w:val="00A44A66"/>
    <w:rsid w:val="00A45976"/>
    <w:rsid w:val="00A51DA0"/>
    <w:rsid w:val="00A52954"/>
    <w:rsid w:val="00A532D5"/>
    <w:rsid w:val="00A544DC"/>
    <w:rsid w:val="00A55571"/>
    <w:rsid w:val="00A57072"/>
    <w:rsid w:val="00A6056B"/>
    <w:rsid w:val="00A67956"/>
    <w:rsid w:val="00A71219"/>
    <w:rsid w:val="00A72339"/>
    <w:rsid w:val="00A72C98"/>
    <w:rsid w:val="00A75E3D"/>
    <w:rsid w:val="00A803EB"/>
    <w:rsid w:val="00A806F1"/>
    <w:rsid w:val="00A81617"/>
    <w:rsid w:val="00A86DC8"/>
    <w:rsid w:val="00A87A7D"/>
    <w:rsid w:val="00A900C7"/>
    <w:rsid w:val="00A91510"/>
    <w:rsid w:val="00A92294"/>
    <w:rsid w:val="00A925C7"/>
    <w:rsid w:val="00A93905"/>
    <w:rsid w:val="00A93BCA"/>
    <w:rsid w:val="00AA1B3A"/>
    <w:rsid w:val="00AA1D8D"/>
    <w:rsid w:val="00AA55F6"/>
    <w:rsid w:val="00AB1CB3"/>
    <w:rsid w:val="00AB40D2"/>
    <w:rsid w:val="00AB43DC"/>
    <w:rsid w:val="00AB4FF4"/>
    <w:rsid w:val="00AB52BB"/>
    <w:rsid w:val="00AB5323"/>
    <w:rsid w:val="00AB72FE"/>
    <w:rsid w:val="00AC09FA"/>
    <w:rsid w:val="00AC10D2"/>
    <w:rsid w:val="00AC154E"/>
    <w:rsid w:val="00AC1781"/>
    <w:rsid w:val="00AC3E2D"/>
    <w:rsid w:val="00AD20D1"/>
    <w:rsid w:val="00AD49C8"/>
    <w:rsid w:val="00AD6241"/>
    <w:rsid w:val="00AD72DA"/>
    <w:rsid w:val="00AE1064"/>
    <w:rsid w:val="00AE313C"/>
    <w:rsid w:val="00AE381F"/>
    <w:rsid w:val="00AE48CE"/>
    <w:rsid w:val="00AE685B"/>
    <w:rsid w:val="00AF35A2"/>
    <w:rsid w:val="00AF38C8"/>
    <w:rsid w:val="00AF3B1B"/>
    <w:rsid w:val="00AF6ABD"/>
    <w:rsid w:val="00AF7D8D"/>
    <w:rsid w:val="00B00874"/>
    <w:rsid w:val="00B00A30"/>
    <w:rsid w:val="00B01010"/>
    <w:rsid w:val="00B01CFF"/>
    <w:rsid w:val="00B0237F"/>
    <w:rsid w:val="00B033CE"/>
    <w:rsid w:val="00B03642"/>
    <w:rsid w:val="00B05A9E"/>
    <w:rsid w:val="00B05D3E"/>
    <w:rsid w:val="00B13C2E"/>
    <w:rsid w:val="00B14FD8"/>
    <w:rsid w:val="00B16ED5"/>
    <w:rsid w:val="00B17B24"/>
    <w:rsid w:val="00B24223"/>
    <w:rsid w:val="00B25013"/>
    <w:rsid w:val="00B31177"/>
    <w:rsid w:val="00B364C3"/>
    <w:rsid w:val="00B368A8"/>
    <w:rsid w:val="00B36AD2"/>
    <w:rsid w:val="00B40CA6"/>
    <w:rsid w:val="00B41400"/>
    <w:rsid w:val="00B45251"/>
    <w:rsid w:val="00B45679"/>
    <w:rsid w:val="00B45D9A"/>
    <w:rsid w:val="00B46673"/>
    <w:rsid w:val="00B468E3"/>
    <w:rsid w:val="00B46E32"/>
    <w:rsid w:val="00B4758E"/>
    <w:rsid w:val="00B47730"/>
    <w:rsid w:val="00B52220"/>
    <w:rsid w:val="00B52487"/>
    <w:rsid w:val="00B527A5"/>
    <w:rsid w:val="00B536FF"/>
    <w:rsid w:val="00B6005D"/>
    <w:rsid w:val="00B63AC7"/>
    <w:rsid w:val="00B65787"/>
    <w:rsid w:val="00B67594"/>
    <w:rsid w:val="00B72141"/>
    <w:rsid w:val="00B75829"/>
    <w:rsid w:val="00B76C79"/>
    <w:rsid w:val="00B77925"/>
    <w:rsid w:val="00B82FC0"/>
    <w:rsid w:val="00B8319D"/>
    <w:rsid w:val="00B83C68"/>
    <w:rsid w:val="00B84269"/>
    <w:rsid w:val="00B8516F"/>
    <w:rsid w:val="00B91D8F"/>
    <w:rsid w:val="00B95373"/>
    <w:rsid w:val="00B95BB3"/>
    <w:rsid w:val="00B975BE"/>
    <w:rsid w:val="00B97839"/>
    <w:rsid w:val="00B97851"/>
    <w:rsid w:val="00BA50C8"/>
    <w:rsid w:val="00BB174A"/>
    <w:rsid w:val="00BB2A46"/>
    <w:rsid w:val="00BB4FB8"/>
    <w:rsid w:val="00BC4187"/>
    <w:rsid w:val="00BC50FC"/>
    <w:rsid w:val="00BD236F"/>
    <w:rsid w:val="00BD2463"/>
    <w:rsid w:val="00BD4981"/>
    <w:rsid w:val="00BD5BC4"/>
    <w:rsid w:val="00BD792A"/>
    <w:rsid w:val="00BE34F3"/>
    <w:rsid w:val="00BE794A"/>
    <w:rsid w:val="00BE7D0D"/>
    <w:rsid w:val="00BF1E01"/>
    <w:rsid w:val="00BF3582"/>
    <w:rsid w:val="00BF3D97"/>
    <w:rsid w:val="00BF6D23"/>
    <w:rsid w:val="00C01D47"/>
    <w:rsid w:val="00C03CFA"/>
    <w:rsid w:val="00C03DAE"/>
    <w:rsid w:val="00C064B4"/>
    <w:rsid w:val="00C12DB9"/>
    <w:rsid w:val="00C137CC"/>
    <w:rsid w:val="00C16A60"/>
    <w:rsid w:val="00C173E5"/>
    <w:rsid w:val="00C2084D"/>
    <w:rsid w:val="00C24391"/>
    <w:rsid w:val="00C252F1"/>
    <w:rsid w:val="00C25F91"/>
    <w:rsid w:val="00C27DA0"/>
    <w:rsid w:val="00C27F31"/>
    <w:rsid w:val="00C3119F"/>
    <w:rsid w:val="00C31FA2"/>
    <w:rsid w:val="00C358DB"/>
    <w:rsid w:val="00C35917"/>
    <w:rsid w:val="00C36336"/>
    <w:rsid w:val="00C40AF1"/>
    <w:rsid w:val="00C42254"/>
    <w:rsid w:val="00C42FD8"/>
    <w:rsid w:val="00C51D90"/>
    <w:rsid w:val="00C53160"/>
    <w:rsid w:val="00C53D74"/>
    <w:rsid w:val="00C543BE"/>
    <w:rsid w:val="00C5523E"/>
    <w:rsid w:val="00C62DF1"/>
    <w:rsid w:val="00C635FE"/>
    <w:rsid w:val="00C64254"/>
    <w:rsid w:val="00C649A8"/>
    <w:rsid w:val="00C66222"/>
    <w:rsid w:val="00C67181"/>
    <w:rsid w:val="00C6788B"/>
    <w:rsid w:val="00C70E73"/>
    <w:rsid w:val="00C71B98"/>
    <w:rsid w:val="00C73632"/>
    <w:rsid w:val="00C82A90"/>
    <w:rsid w:val="00C83DDD"/>
    <w:rsid w:val="00C840F7"/>
    <w:rsid w:val="00C90AAC"/>
    <w:rsid w:val="00C91A80"/>
    <w:rsid w:val="00C937EB"/>
    <w:rsid w:val="00CA08B1"/>
    <w:rsid w:val="00CA3A03"/>
    <w:rsid w:val="00CA4563"/>
    <w:rsid w:val="00CA708C"/>
    <w:rsid w:val="00CB0664"/>
    <w:rsid w:val="00CB2961"/>
    <w:rsid w:val="00CB2FCE"/>
    <w:rsid w:val="00CB3376"/>
    <w:rsid w:val="00CB6636"/>
    <w:rsid w:val="00CB7A1B"/>
    <w:rsid w:val="00CC379A"/>
    <w:rsid w:val="00CC39B6"/>
    <w:rsid w:val="00CC7C16"/>
    <w:rsid w:val="00CD089F"/>
    <w:rsid w:val="00CD1D5D"/>
    <w:rsid w:val="00CD402D"/>
    <w:rsid w:val="00CD47DF"/>
    <w:rsid w:val="00CD4FF5"/>
    <w:rsid w:val="00CD50DE"/>
    <w:rsid w:val="00CE1205"/>
    <w:rsid w:val="00CE38F7"/>
    <w:rsid w:val="00CE5D3D"/>
    <w:rsid w:val="00CE6256"/>
    <w:rsid w:val="00CE6E07"/>
    <w:rsid w:val="00CE7A23"/>
    <w:rsid w:val="00CF117C"/>
    <w:rsid w:val="00CF208A"/>
    <w:rsid w:val="00CF21EA"/>
    <w:rsid w:val="00CF4387"/>
    <w:rsid w:val="00CF5F71"/>
    <w:rsid w:val="00CF6239"/>
    <w:rsid w:val="00D00DB2"/>
    <w:rsid w:val="00D0330F"/>
    <w:rsid w:val="00D04A7C"/>
    <w:rsid w:val="00D05978"/>
    <w:rsid w:val="00D06C6C"/>
    <w:rsid w:val="00D12612"/>
    <w:rsid w:val="00D127F3"/>
    <w:rsid w:val="00D15A6B"/>
    <w:rsid w:val="00D17B3F"/>
    <w:rsid w:val="00D17D55"/>
    <w:rsid w:val="00D21872"/>
    <w:rsid w:val="00D24BBB"/>
    <w:rsid w:val="00D25239"/>
    <w:rsid w:val="00D253C9"/>
    <w:rsid w:val="00D2675D"/>
    <w:rsid w:val="00D26C3D"/>
    <w:rsid w:val="00D3241A"/>
    <w:rsid w:val="00D33C08"/>
    <w:rsid w:val="00D3768C"/>
    <w:rsid w:val="00D43AFC"/>
    <w:rsid w:val="00D455AE"/>
    <w:rsid w:val="00D45916"/>
    <w:rsid w:val="00D46965"/>
    <w:rsid w:val="00D477C0"/>
    <w:rsid w:val="00D52046"/>
    <w:rsid w:val="00D5464D"/>
    <w:rsid w:val="00D60DDF"/>
    <w:rsid w:val="00D6524E"/>
    <w:rsid w:val="00D65630"/>
    <w:rsid w:val="00D6794D"/>
    <w:rsid w:val="00D70D05"/>
    <w:rsid w:val="00D73B07"/>
    <w:rsid w:val="00D73DCB"/>
    <w:rsid w:val="00D75FF8"/>
    <w:rsid w:val="00D76C6F"/>
    <w:rsid w:val="00D77817"/>
    <w:rsid w:val="00D8093B"/>
    <w:rsid w:val="00D87C65"/>
    <w:rsid w:val="00D90345"/>
    <w:rsid w:val="00D91241"/>
    <w:rsid w:val="00D93279"/>
    <w:rsid w:val="00D9393D"/>
    <w:rsid w:val="00D956C1"/>
    <w:rsid w:val="00DA1AB2"/>
    <w:rsid w:val="00DA3D74"/>
    <w:rsid w:val="00DA52F4"/>
    <w:rsid w:val="00DB12F0"/>
    <w:rsid w:val="00DB1584"/>
    <w:rsid w:val="00DB3499"/>
    <w:rsid w:val="00DB4718"/>
    <w:rsid w:val="00DB4E0D"/>
    <w:rsid w:val="00DC3650"/>
    <w:rsid w:val="00DC567C"/>
    <w:rsid w:val="00DC783E"/>
    <w:rsid w:val="00DC7B97"/>
    <w:rsid w:val="00DD0587"/>
    <w:rsid w:val="00DD4551"/>
    <w:rsid w:val="00DD5F80"/>
    <w:rsid w:val="00DE0067"/>
    <w:rsid w:val="00DE2A5C"/>
    <w:rsid w:val="00DE306B"/>
    <w:rsid w:val="00DE5B0B"/>
    <w:rsid w:val="00DE6AC3"/>
    <w:rsid w:val="00DF60D0"/>
    <w:rsid w:val="00E00BDF"/>
    <w:rsid w:val="00E0357F"/>
    <w:rsid w:val="00E0428F"/>
    <w:rsid w:val="00E06088"/>
    <w:rsid w:val="00E103F9"/>
    <w:rsid w:val="00E10B3B"/>
    <w:rsid w:val="00E1287F"/>
    <w:rsid w:val="00E140A2"/>
    <w:rsid w:val="00E15473"/>
    <w:rsid w:val="00E15B4F"/>
    <w:rsid w:val="00E17989"/>
    <w:rsid w:val="00E210DB"/>
    <w:rsid w:val="00E22E71"/>
    <w:rsid w:val="00E22F29"/>
    <w:rsid w:val="00E23827"/>
    <w:rsid w:val="00E24877"/>
    <w:rsid w:val="00E249C4"/>
    <w:rsid w:val="00E31447"/>
    <w:rsid w:val="00E328DA"/>
    <w:rsid w:val="00E357F9"/>
    <w:rsid w:val="00E358E7"/>
    <w:rsid w:val="00E36B53"/>
    <w:rsid w:val="00E3769E"/>
    <w:rsid w:val="00E37905"/>
    <w:rsid w:val="00E40912"/>
    <w:rsid w:val="00E4263D"/>
    <w:rsid w:val="00E42A40"/>
    <w:rsid w:val="00E442C1"/>
    <w:rsid w:val="00E44F15"/>
    <w:rsid w:val="00E44F8E"/>
    <w:rsid w:val="00E51237"/>
    <w:rsid w:val="00E54CC4"/>
    <w:rsid w:val="00E55E0B"/>
    <w:rsid w:val="00E5609C"/>
    <w:rsid w:val="00E56523"/>
    <w:rsid w:val="00E602F2"/>
    <w:rsid w:val="00E61676"/>
    <w:rsid w:val="00E635C9"/>
    <w:rsid w:val="00E77603"/>
    <w:rsid w:val="00E81779"/>
    <w:rsid w:val="00E82DEB"/>
    <w:rsid w:val="00E83503"/>
    <w:rsid w:val="00E87274"/>
    <w:rsid w:val="00E87991"/>
    <w:rsid w:val="00E90D34"/>
    <w:rsid w:val="00E92B41"/>
    <w:rsid w:val="00E9618F"/>
    <w:rsid w:val="00EA1CB3"/>
    <w:rsid w:val="00EA1CDA"/>
    <w:rsid w:val="00EA27CC"/>
    <w:rsid w:val="00EA311B"/>
    <w:rsid w:val="00EA3519"/>
    <w:rsid w:val="00EB186B"/>
    <w:rsid w:val="00EB1DB4"/>
    <w:rsid w:val="00EB225B"/>
    <w:rsid w:val="00EB62B5"/>
    <w:rsid w:val="00EB62F5"/>
    <w:rsid w:val="00EC0B5B"/>
    <w:rsid w:val="00EC1AD0"/>
    <w:rsid w:val="00EC3040"/>
    <w:rsid w:val="00EC346D"/>
    <w:rsid w:val="00EC53BC"/>
    <w:rsid w:val="00ED0D88"/>
    <w:rsid w:val="00ED55FF"/>
    <w:rsid w:val="00EE0555"/>
    <w:rsid w:val="00EE0AEF"/>
    <w:rsid w:val="00EE23F8"/>
    <w:rsid w:val="00EE25F6"/>
    <w:rsid w:val="00EE4DE1"/>
    <w:rsid w:val="00EE5B00"/>
    <w:rsid w:val="00EE5DC4"/>
    <w:rsid w:val="00EE76A5"/>
    <w:rsid w:val="00EF07EC"/>
    <w:rsid w:val="00EF1C62"/>
    <w:rsid w:val="00EF3130"/>
    <w:rsid w:val="00EF4C00"/>
    <w:rsid w:val="00EF4E65"/>
    <w:rsid w:val="00EF5CDF"/>
    <w:rsid w:val="00EF64F5"/>
    <w:rsid w:val="00EF659D"/>
    <w:rsid w:val="00EF675A"/>
    <w:rsid w:val="00EF6BD2"/>
    <w:rsid w:val="00EF7A51"/>
    <w:rsid w:val="00F03052"/>
    <w:rsid w:val="00F046F0"/>
    <w:rsid w:val="00F05E47"/>
    <w:rsid w:val="00F06F80"/>
    <w:rsid w:val="00F12406"/>
    <w:rsid w:val="00F13764"/>
    <w:rsid w:val="00F14A2A"/>
    <w:rsid w:val="00F14B69"/>
    <w:rsid w:val="00F15B22"/>
    <w:rsid w:val="00F2091A"/>
    <w:rsid w:val="00F22E3E"/>
    <w:rsid w:val="00F24764"/>
    <w:rsid w:val="00F25418"/>
    <w:rsid w:val="00F25C48"/>
    <w:rsid w:val="00F26A9A"/>
    <w:rsid w:val="00F300DC"/>
    <w:rsid w:val="00F3086A"/>
    <w:rsid w:val="00F368E8"/>
    <w:rsid w:val="00F36E58"/>
    <w:rsid w:val="00F370F9"/>
    <w:rsid w:val="00F374A7"/>
    <w:rsid w:val="00F37BE3"/>
    <w:rsid w:val="00F40AB3"/>
    <w:rsid w:val="00F40B04"/>
    <w:rsid w:val="00F4289B"/>
    <w:rsid w:val="00F467CC"/>
    <w:rsid w:val="00F46BAA"/>
    <w:rsid w:val="00F46D5C"/>
    <w:rsid w:val="00F524F9"/>
    <w:rsid w:val="00F52EC4"/>
    <w:rsid w:val="00F532F4"/>
    <w:rsid w:val="00F55783"/>
    <w:rsid w:val="00F56162"/>
    <w:rsid w:val="00F57D62"/>
    <w:rsid w:val="00F65442"/>
    <w:rsid w:val="00F65F8F"/>
    <w:rsid w:val="00F662E2"/>
    <w:rsid w:val="00F664DD"/>
    <w:rsid w:val="00F6721C"/>
    <w:rsid w:val="00F71170"/>
    <w:rsid w:val="00F723AD"/>
    <w:rsid w:val="00F72AB4"/>
    <w:rsid w:val="00F74EE4"/>
    <w:rsid w:val="00F80CC1"/>
    <w:rsid w:val="00F84E25"/>
    <w:rsid w:val="00F871F3"/>
    <w:rsid w:val="00F92467"/>
    <w:rsid w:val="00F93351"/>
    <w:rsid w:val="00FA0793"/>
    <w:rsid w:val="00FA3614"/>
    <w:rsid w:val="00FA68BC"/>
    <w:rsid w:val="00FB16A8"/>
    <w:rsid w:val="00FB2EE9"/>
    <w:rsid w:val="00FB372D"/>
    <w:rsid w:val="00FC01AB"/>
    <w:rsid w:val="00FC3C92"/>
    <w:rsid w:val="00FC3DE9"/>
    <w:rsid w:val="00FC61DD"/>
    <w:rsid w:val="00FC693F"/>
    <w:rsid w:val="00FC7E9D"/>
    <w:rsid w:val="00FD0A18"/>
    <w:rsid w:val="00FD133E"/>
    <w:rsid w:val="00FD1749"/>
    <w:rsid w:val="00FD6782"/>
    <w:rsid w:val="00FE2227"/>
    <w:rsid w:val="00FE3FEF"/>
    <w:rsid w:val="00FE426D"/>
    <w:rsid w:val="00FE6A7E"/>
    <w:rsid w:val="00FF2477"/>
    <w:rsid w:val="00FF2ECE"/>
    <w:rsid w:val="00FF64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3EE9EB78-8D24-4E35-BAF2-4B5A3DBC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55783"/>
    <w:rPr>
      <w:color w:val="0000FF" w:themeColor="hyperlink"/>
      <w:u w:val="single"/>
    </w:rPr>
  </w:style>
  <w:style w:type="character" w:styleId="UnresolvedMention">
    <w:name w:val="Unresolved Mention"/>
    <w:basedOn w:val="DefaultParagraphFont"/>
    <w:uiPriority w:val="99"/>
    <w:semiHidden/>
    <w:unhideWhenUsed/>
    <w:rsid w:val="00F55783"/>
    <w:rPr>
      <w:color w:val="605E5C"/>
      <w:shd w:val="clear" w:color="auto" w:fill="E1DFDD"/>
    </w:rPr>
  </w:style>
  <w:style w:type="paragraph" w:customStyle="1" w:styleId="Default">
    <w:name w:val="Default"/>
    <w:rsid w:val="006E5B76"/>
    <w:pPr>
      <w:autoSpaceDE w:val="0"/>
      <w:autoSpaceDN w:val="0"/>
      <w:adjustRightInd w:val="0"/>
      <w:spacing w:after="0" w:line="240" w:lineRule="auto"/>
    </w:pPr>
    <w:rPr>
      <w:rFonts w:ascii="Times New Roman" w:eastAsia="Arial" w:hAnsi="Times New Roman" w:cs="Times New Roman"/>
      <w:color w:val="000000"/>
      <w:sz w:val="24"/>
      <w:szCs w:val="24"/>
      <w:lang w:val="ro-RO"/>
    </w:rPr>
  </w:style>
  <w:style w:type="character" w:styleId="CommentReference">
    <w:name w:val="annotation reference"/>
    <w:basedOn w:val="DefaultParagraphFont"/>
    <w:uiPriority w:val="99"/>
    <w:semiHidden/>
    <w:unhideWhenUsed/>
    <w:rsid w:val="00821ECE"/>
    <w:rPr>
      <w:sz w:val="16"/>
      <w:szCs w:val="16"/>
    </w:rPr>
  </w:style>
  <w:style w:type="paragraph" w:styleId="CommentText">
    <w:name w:val="annotation text"/>
    <w:basedOn w:val="Normal"/>
    <w:link w:val="CommentTextChar"/>
    <w:uiPriority w:val="99"/>
    <w:unhideWhenUsed/>
    <w:rsid w:val="00821ECE"/>
    <w:pPr>
      <w:spacing w:line="240" w:lineRule="auto"/>
    </w:pPr>
    <w:rPr>
      <w:sz w:val="20"/>
      <w:szCs w:val="20"/>
    </w:rPr>
  </w:style>
  <w:style w:type="character" w:customStyle="1" w:styleId="CommentTextChar">
    <w:name w:val="Comment Text Char"/>
    <w:basedOn w:val="DefaultParagraphFont"/>
    <w:link w:val="CommentText"/>
    <w:uiPriority w:val="99"/>
    <w:rsid w:val="00821ECE"/>
    <w:rPr>
      <w:sz w:val="20"/>
      <w:szCs w:val="20"/>
    </w:rPr>
  </w:style>
  <w:style w:type="paragraph" w:styleId="CommentSubject">
    <w:name w:val="annotation subject"/>
    <w:basedOn w:val="CommentText"/>
    <w:next w:val="CommentText"/>
    <w:link w:val="CommentSubjectChar"/>
    <w:uiPriority w:val="99"/>
    <w:semiHidden/>
    <w:unhideWhenUsed/>
    <w:rsid w:val="00821ECE"/>
    <w:rPr>
      <w:b/>
      <w:bCs/>
    </w:rPr>
  </w:style>
  <w:style w:type="character" w:customStyle="1" w:styleId="CommentSubjectChar">
    <w:name w:val="Comment Subject Char"/>
    <w:basedOn w:val="CommentTextChar"/>
    <w:link w:val="CommentSubject"/>
    <w:uiPriority w:val="99"/>
    <w:semiHidden/>
    <w:rsid w:val="00821ECE"/>
    <w:rPr>
      <w:b/>
      <w:bCs/>
      <w:sz w:val="20"/>
      <w:szCs w:val="20"/>
    </w:rPr>
  </w:style>
  <w:style w:type="paragraph" w:styleId="Revision">
    <w:name w:val="Revision"/>
    <w:hidden/>
    <w:uiPriority w:val="99"/>
    <w:semiHidden/>
    <w:rsid w:val="009065A9"/>
    <w:pPr>
      <w:spacing w:after="0" w:line="240" w:lineRule="auto"/>
    </w:pPr>
  </w:style>
  <w:style w:type="paragraph" w:styleId="NormalWeb">
    <w:name w:val="Normal (Web)"/>
    <w:basedOn w:val="Normal"/>
    <w:uiPriority w:val="99"/>
    <w:semiHidden/>
    <w:unhideWhenUsed/>
    <w:rsid w:val="000166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ivic.md/userfiles/attachments/2922/child_care/echipa_mobila/Anexa_2_RTO_006_Declaratie.doc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vic.md/userfiles/attachments/2922/child_care/echipa_mobila/Anexa_1_RTO_006_Oferta_Financiara.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md/cautare/getResults?doc_id=152507&amp;lang=r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3c472a-9511-49e5-b5b8-5f6f9ebf79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C32C223A8FB324095984AF238CFB1D4" ma:contentTypeVersion="11" ma:contentTypeDescription="Create a new document." ma:contentTypeScope="" ma:versionID="251372a1de3cec08816c03fbf5f7e3cc">
  <xsd:schema xmlns:xsd="http://www.w3.org/2001/XMLSchema" xmlns:xs="http://www.w3.org/2001/XMLSchema" xmlns:p="http://schemas.microsoft.com/office/2006/metadata/properties" xmlns:ns2="2a3c472a-9511-49e5-b5b8-5f6f9ebf7919" targetNamespace="http://schemas.microsoft.com/office/2006/metadata/properties" ma:root="true" ma:fieldsID="20d7ecc1ac88f3b69687132409956930" ns2:_="">
    <xsd:import namespace="2a3c472a-9511-49e5-b5b8-5f6f9ebf7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472a-9511-49e5-b5b8-5f6f9ebf7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FED78EC-6F80-4E08-BB83-DB7CBBD9CBE9}">
  <ds:schemaRefs>
    <ds:schemaRef ds:uri="http://schemas.microsoft.com/sharepoint/v3/contenttype/forms"/>
  </ds:schemaRefs>
</ds:datastoreItem>
</file>

<file path=customXml/itemProps3.xml><?xml version="1.0" encoding="utf-8"?>
<ds:datastoreItem xmlns:ds="http://schemas.openxmlformats.org/officeDocument/2006/customXml" ds:itemID="{60B46C3E-A01B-4CD2-83C7-19168B561898}">
  <ds:schemaRefs>
    <ds:schemaRef ds:uri="http://schemas.microsoft.com/office/2006/metadata/properties"/>
    <ds:schemaRef ds:uri="http://schemas.microsoft.com/office/infopath/2007/PartnerControls"/>
    <ds:schemaRef ds:uri="2a3c472a-9511-49e5-b5b8-5f6f9ebf7919"/>
  </ds:schemaRefs>
</ds:datastoreItem>
</file>

<file path=customXml/itemProps4.xml><?xml version="1.0" encoding="utf-8"?>
<ds:datastoreItem xmlns:ds="http://schemas.openxmlformats.org/officeDocument/2006/customXml" ds:itemID="{B903F0B2-C6AB-4269-BCCF-4AA9B1EC6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472a-9511-49e5-b5b8-5f6f9ebf7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4</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Marcela Dilion</cp:lastModifiedBy>
  <cp:revision>449</cp:revision>
  <cp:lastPrinted>2026-02-27T13:16:00Z</cp:lastPrinted>
  <dcterms:created xsi:type="dcterms:W3CDTF">2026-03-23T14:29:00Z</dcterms:created>
  <dcterms:modified xsi:type="dcterms:W3CDTF">2026-10-27T07:33:00Z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0x010100BC32C223A8FB324095984AF238CFB1D4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