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75BEF" w14:textId="5D25FBBD" w:rsidR="00BC1820" w:rsidRPr="004304B8" w:rsidRDefault="001F41A4" w:rsidP="00C65956">
      <w:pPr>
        <w:pStyle w:val="NormalWeb"/>
        <w:jc w:val="center"/>
        <w:rPr>
          <w:rFonts w:ascii="Verdana" w:hAnsi="Verdana"/>
          <w:b/>
          <w:bCs/>
          <w:color w:val="C00000"/>
          <w:sz w:val="20"/>
          <w:szCs w:val="20"/>
          <w:lang w:val="ro-RO"/>
        </w:rPr>
      </w:pPr>
      <w:r w:rsidRPr="004304B8">
        <w:rPr>
          <w:rFonts w:ascii="Verdana" w:hAnsi="Verdana"/>
          <w:b/>
          <w:bCs/>
          <w:color w:val="C00000"/>
          <w:sz w:val="20"/>
          <w:szCs w:val="20"/>
          <w:lang w:val="ro-RO"/>
        </w:rPr>
        <w:t xml:space="preserve">TERMENI DE REFERINȚĂ </w:t>
      </w:r>
    </w:p>
    <w:p w14:paraId="1537737B" w14:textId="6A833260" w:rsidR="00C65956" w:rsidRPr="004304B8" w:rsidRDefault="00C65956" w:rsidP="00C65956">
      <w:pPr>
        <w:pStyle w:val="NormalWeb"/>
        <w:jc w:val="center"/>
        <w:rPr>
          <w:rFonts w:ascii="Verdana" w:hAnsi="Verdana"/>
          <w:b/>
          <w:bCs/>
          <w:color w:val="C00000"/>
          <w:sz w:val="20"/>
          <w:szCs w:val="20"/>
          <w:lang w:val="ro-RO"/>
        </w:rPr>
      </w:pPr>
    </w:p>
    <w:p w14:paraId="434FAF41" w14:textId="3B4CA6EC" w:rsidR="00C65956" w:rsidRPr="004304B8" w:rsidRDefault="00C65956" w:rsidP="00C65956">
      <w:pPr>
        <w:pStyle w:val="NormalWeb"/>
        <w:jc w:val="center"/>
        <w:rPr>
          <w:rStyle w:val="Strong"/>
          <w:rFonts w:ascii="Verdana" w:hAnsi="Verdana"/>
          <w:color w:val="C00000"/>
          <w:sz w:val="20"/>
          <w:szCs w:val="20"/>
          <w:lang w:val="ro-RO"/>
        </w:rPr>
      </w:pPr>
      <w:r w:rsidRPr="004304B8">
        <w:rPr>
          <w:rFonts w:ascii="Verdana" w:hAnsi="Verdana"/>
          <w:b/>
          <w:bCs/>
          <w:color w:val="C00000"/>
          <w:sz w:val="20"/>
          <w:szCs w:val="20"/>
          <w:lang w:val="ro-RO"/>
        </w:rPr>
        <w:t>pentru contractarea unui(ei) consultant(e) sau a unei organizații de consultanță</w:t>
      </w:r>
      <w:r w:rsidRPr="004304B8">
        <w:rPr>
          <w:rFonts w:ascii="Verdana" w:hAnsi="Verdana"/>
          <w:color w:val="C00000"/>
          <w:sz w:val="20"/>
          <w:szCs w:val="20"/>
          <w:lang w:val="ro-RO"/>
        </w:rPr>
        <w:t xml:space="preserve"> </w:t>
      </w:r>
      <w:r w:rsidRPr="004304B8">
        <w:rPr>
          <w:rFonts w:ascii="Verdana" w:hAnsi="Verdana"/>
          <w:b/>
          <w:bCs/>
          <w:color w:val="C00000"/>
          <w:sz w:val="20"/>
          <w:szCs w:val="20"/>
          <w:lang w:val="ro-RO"/>
        </w:rPr>
        <w:t xml:space="preserve">în vederea </w:t>
      </w:r>
      <w:r w:rsidR="00404CDC" w:rsidRPr="004304B8">
        <w:rPr>
          <w:rFonts w:ascii="Verdana" w:hAnsi="Verdana"/>
          <w:b/>
          <w:bCs/>
          <w:color w:val="C00000"/>
          <w:sz w:val="20"/>
          <w:szCs w:val="20"/>
          <w:lang w:val="ro-RO"/>
        </w:rPr>
        <w:t xml:space="preserve">realizării unei evaluări a </w:t>
      </w:r>
      <w:r w:rsidRPr="004304B8">
        <w:rPr>
          <w:rFonts w:ascii="Verdana" w:hAnsi="Verdana"/>
          <w:b/>
          <w:bCs/>
          <w:color w:val="C00000"/>
          <w:sz w:val="20"/>
          <w:szCs w:val="20"/>
          <w:lang w:val="ro-RO"/>
        </w:rPr>
        <w:t>nevoilor</w:t>
      </w:r>
      <w:r w:rsidR="00404CDC" w:rsidRPr="004304B8">
        <w:rPr>
          <w:rFonts w:ascii="Verdana" w:hAnsi="Verdana"/>
          <w:b/>
          <w:bCs/>
          <w:color w:val="C00000"/>
          <w:sz w:val="20"/>
          <w:szCs w:val="20"/>
          <w:lang w:val="ro-RO"/>
        </w:rPr>
        <w:t xml:space="preserve"> și a accesului la servicii </w:t>
      </w:r>
      <w:r w:rsidR="004304B8" w:rsidRPr="004304B8">
        <w:rPr>
          <w:rFonts w:ascii="Verdana" w:hAnsi="Verdana"/>
          <w:b/>
          <w:bCs/>
          <w:color w:val="C00000"/>
          <w:sz w:val="20"/>
          <w:szCs w:val="20"/>
          <w:lang w:val="ro-RO"/>
        </w:rPr>
        <w:t>al</w:t>
      </w:r>
      <w:r w:rsidRPr="004304B8">
        <w:rPr>
          <w:rFonts w:ascii="Verdana" w:hAnsi="Verdana"/>
          <w:b/>
          <w:bCs/>
          <w:color w:val="C00000"/>
          <w:sz w:val="20"/>
          <w:szCs w:val="20"/>
          <w:lang w:val="ro-RO"/>
        </w:rPr>
        <w:t xml:space="preserve"> refugiaților vârstnici din Ucraina </w:t>
      </w:r>
      <w:r w:rsidR="00404CDC" w:rsidRPr="004304B8">
        <w:rPr>
          <w:rFonts w:ascii="Verdana" w:hAnsi="Verdana"/>
          <w:b/>
          <w:bCs/>
          <w:color w:val="C00000"/>
          <w:sz w:val="20"/>
          <w:szCs w:val="20"/>
          <w:lang w:val="ro-RO"/>
        </w:rPr>
        <w:t>aflați pe teritoriul Republicii Moldova</w:t>
      </w:r>
      <w:r w:rsidRPr="004304B8">
        <w:rPr>
          <w:rFonts w:ascii="Verdana" w:hAnsi="Verdana"/>
          <w:b/>
          <w:bCs/>
          <w:color w:val="C00000"/>
          <w:sz w:val="20"/>
          <w:szCs w:val="20"/>
          <w:lang w:val="ro-RO"/>
        </w:rPr>
        <w:t xml:space="preserve"> </w:t>
      </w:r>
    </w:p>
    <w:p w14:paraId="63031E89" w14:textId="77777777" w:rsidR="00C65956" w:rsidRPr="004304B8" w:rsidRDefault="00C65956" w:rsidP="00C65956">
      <w:pPr>
        <w:rPr>
          <w:rFonts w:ascii="Verdana" w:hAnsi="Verdana"/>
          <w:sz w:val="20"/>
          <w:szCs w:val="20"/>
          <w:lang w:val="ro-RO"/>
        </w:rPr>
      </w:pPr>
    </w:p>
    <w:p w14:paraId="09B76A61" w14:textId="3D62FA4E" w:rsidR="00C65956" w:rsidRPr="004304B8" w:rsidRDefault="00C65956" w:rsidP="00C65956">
      <w:pPr>
        <w:jc w:val="both"/>
        <w:rPr>
          <w:rFonts w:ascii="Verdana" w:hAnsi="Verdana"/>
          <w:sz w:val="20"/>
          <w:szCs w:val="20"/>
        </w:rPr>
      </w:pPr>
      <w:proofErr w:type="spellStart"/>
      <w:r w:rsidRPr="004304B8">
        <w:rPr>
          <w:rFonts w:ascii="Verdana" w:hAnsi="Verdana"/>
          <w:b/>
          <w:bCs/>
          <w:sz w:val="20"/>
          <w:szCs w:val="20"/>
        </w:rPr>
        <w:t>Servicii</w:t>
      </w:r>
      <w:proofErr w:type="spellEnd"/>
      <w:r w:rsidRPr="004304B8">
        <w:rPr>
          <w:rFonts w:ascii="Verdana" w:hAnsi="Verdana"/>
          <w:b/>
          <w:bCs/>
          <w:sz w:val="20"/>
          <w:szCs w:val="20"/>
        </w:rPr>
        <w:t xml:space="preserve"> solicitate:</w:t>
      </w:r>
      <w:r w:rsidRPr="004304B8">
        <w:rPr>
          <w:rFonts w:ascii="Verdana" w:hAnsi="Verdana"/>
          <w:sz w:val="20"/>
          <w:szCs w:val="20"/>
        </w:rPr>
        <w:t xml:space="preserve"> </w:t>
      </w:r>
      <w:bookmarkStart w:id="0" w:name="_Hlk68166867"/>
      <w:bookmarkStart w:id="1" w:name="_Hlk137128546"/>
      <w:proofErr w:type="spellStart"/>
      <w:r w:rsidR="004304B8" w:rsidRPr="004304B8">
        <w:rPr>
          <w:rFonts w:ascii="Verdana" w:hAnsi="Verdana"/>
          <w:sz w:val="20"/>
          <w:szCs w:val="20"/>
        </w:rPr>
        <w:t>Realizarea</w:t>
      </w:r>
      <w:proofErr w:type="spellEnd"/>
      <w:r w:rsidR="004304B8"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="004304B8" w:rsidRPr="004304B8">
        <w:rPr>
          <w:rFonts w:ascii="Verdana" w:hAnsi="Verdana"/>
          <w:sz w:val="20"/>
          <w:szCs w:val="20"/>
        </w:rPr>
        <w:t>evaluării</w:t>
      </w:r>
      <w:proofErr w:type="spellEnd"/>
      <w:r w:rsidR="004304B8"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="004304B8" w:rsidRPr="004304B8">
        <w:rPr>
          <w:rFonts w:ascii="Verdana" w:hAnsi="Verdana"/>
          <w:sz w:val="20"/>
          <w:szCs w:val="20"/>
        </w:rPr>
        <w:t>nevoilor</w:t>
      </w:r>
      <w:proofErr w:type="spellEnd"/>
      <w:r w:rsidR="004304B8"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="004304B8" w:rsidRPr="004304B8">
        <w:rPr>
          <w:rFonts w:ascii="Verdana" w:hAnsi="Verdana"/>
          <w:sz w:val="20"/>
          <w:szCs w:val="20"/>
        </w:rPr>
        <w:t>și</w:t>
      </w:r>
      <w:proofErr w:type="spellEnd"/>
      <w:r w:rsidR="004304B8" w:rsidRPr="004304B8">
        <w:rPr>
          <w:rFonts w:ascii="Verdana" w:hAnsi="Verdana"/>
          <w:sz w:val="20"/>
          <w:szCs w:val="20"/>
        </w:rPr>
        <w:t xml:space="preserve"> </w:t>
      </w:r>
      <w:proofErr w:type="gramStart"/>
      <w:r w:rsidR="004304B8" w:rsidRPr="004304B8">
        <w:rPr>
          <w:rFonts w:ascii="Verdana" w:hAnsi="Verdana"/>
          <w:sz w:val="20"/>
          <w:szCs w:val="20"/>
        </w:rPr>
        <w:t>a</w:t>
      </w:r>
      <w:proofErr w:type="gramEnd"/>
      <w:r w:rsidR="004304B8"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="004304B8" w:rsidRPr="004304B8">
        <w:rPr>
          <w:rFonts w:ascii="Verdana" w:hAnsi="Verdana"/>
          <w:sz w:val="20"/>
          <w:szCs w:val="20"/>
        </w:rPr>
        <w:t>accesului</w:t>
      </w:r>
      <w:proofErr w:type="spellEnd"/>
      <w:r w:rsidR="004304B8" w:rsidRPr="004304B8">
        <w:rPr>
          <w:rFonts w:ascii="Verdana" w:hAnsi="Verdana"/>
          <w:sz w:val="20"/>
          <w:szCs w:val="20"/>
        </w:rPr>
        <w:t xml:space="preserve"> la </w:t>
      </w:r>
      <w:proofErr w:type="spellStart"/>
      <w:r w:rsidR="004304B8" w:rsidRPr="004304B8">
        <w:rPr>
          <w:rFonts w:ascii="Verdana" w:hAnsi="Verdana"/>
          <w:sz w:val="20"/>
          <w:szCs w:val="20"/>
        </w:rPr>
        <w:t>servicii</w:t>
      </w:r>
      <w:proofErr w:type="spellEnd"/>
      <w:r w:rsidR="004304B8" w:rsidRPr="004304B8">
        <w:rPr>
          <w:rFonts w:ascii="Verdana" w:hAnsi="Verdana"/>
          <w:sz w:val="20"/>
          <w:szCs w:val="20"/>
        </w:rPr>
        <w:t xml:space="preserve"> al </w:t>
      </w:r>
      <w:proofErr w:type="spellStart"/>
      <w:r w:rsidR="004304B8" w:rsidRPr="004304B8">
        <w:rPr>
          <w:rFonts w:ascii="Verdana" w:hAnsi="Verdana"/>
          <w:sz w:val="20"/>
          <w:szCs w:val="20"/>
        </w:rPr>
        <w:t>refugiaților</w:t>
      </w:r>
      <w:proofErr w:type="spellEnd"/>
      <w:r w:rsidR="004304B8"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="004304B8" w:rsidRPr="004304B8">
        <w:rPr>
          <w:rFonts w:ascii="Verdana" w:hAnsi="Verdana"/>
          <w:sz w:val="20"/>
          <w:szCs w:val="20"/>
        </w:rPr>
        <w:t>vârstnici</w:t>
      </w:r>
      <w:proofErr w:type="spellEnd"/>
      <w:r w:rsidR="004304B8" w:rsidRPr="004304B8">
        <w:rPr>
          <w:rFonts w:ascii="Verdana" w:hAnsi="Verdana"/>
          <w:sz w:val="20"/>
          <w:szCs w:val="20"/>
        </w:rPr>
        <w:t xml:space="preserve"> din </w:t>
      </w:r>
      <w:proofErr w:type="spellStart"/>
      <w:r w:rsidR="004304B8" w:rsidRPr="004304B8">
        <w:rPr>
          <w:rFonts w:ascii="Verdana" w:hAnsi="Verdana"/>
          <w:sz w:val="20"/>
          <w:szCs w:val="20"/>
        </w:rPr>
        <w:t>Ucraina</w:t>
      </w:r>
      <w:proofErr w:type="spellEnd"/>
      <w:r w:rsidR="004304B8"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="004304B8" w:rsidRPr="004304B8">
        <w:rPr>
          <w:rFonts w:ascii="Verdana" w:hAnsi="Verdana"/>
          <w:sz w:val="20"/>
          <w:szCs w:val="20"/>
        </w:rPr>
        <w:t>aflați</w:t>
      </w:r>
      <w:proofErr w:type="spellEnd"/>
      <w:r w:rsidR="004304B8"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="004304B8" w:rsidRPr="004304B8">
        <w:rPr>
          <w:rFonts w:ascii="Verdana" w:hAnsi="Verdana"/>
          <w:sz w:val="20"/>
          <w:szCs w:val="20"/>
        </w:rPr>
        <w:t>în</w:t>
      </w:r>
      <w:proofErr w:type="spellEnd"/>
      <w:r w:rsidR="004304B8"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="004304B8" w:rsidRPr="004304B8">
        <w:rPr>
          <w:rFonts w:ascii="Verdana" w:hAnsi="Verdana"/>
          <w:sz w:val="20"/>
          <w:szCs w:val="20"/>
        </w:rPr>
        <w:t>Republica</w:t>
      </w:r>
      <w:proofErr w:type="spellEnd"/>
      <w:r w:rsidR="004304B8" w:rsidRPr="004304B8">
        <w:rPr>
          <w:rFonts w:ascii="Verdana" w:hAnsi="Verdana"/>
          <w:sz w:val="20"/>
          <w:szCs w:val="20"/>
        </w:rPr>
        <w:t xml:space="preserve"> Moldova</w:t>
      </w:r>
    </w:p>
    <w:bookmarkEnd w:id="0"/>
    <w:bookmarkEnd w:id="1"/>
    <w:p w14:paraId="5C78C156" w14:textId="6917B1ED" w:rsidR="00C65956" w:rsidRPr="004304B8" w:rsidRDefault="00C65956" w:rsidP="00C65956">
      <w:pPr>
        <w:rPr>
          <w:rFonts w:ascii="Verdana" w:hAnsi="Verdana"/>
          <w:sz w:val="20"/>
          <w:szCs w:val="20"/>
        </w:rPr>
      </w:pPr>
      <w:proofErr w:type="spellStart"/>
      <w:r w:rsidRPr="004304B8">
        <w:rPr>
          <w:rFonts w:ascii="Verdana" w:hAnsi="Verdana"/>
          <w:b/>
          <w:bCs/>
          <w:sz w:val="20"/>
          <w:szCs w:val="20"/>
        </w:rPr>
        <w:t>Locul</w:t>
      </w:r>
      <w:proofErr w:type="spellEnd"/>
      <w:r w:rsidRPr="004304B8">
        <w:rPr>
          <w:rFonts w:ascii="Verdana" w:hAnsi="Verdana"/>
          <w:b/>
          <w:bCs/>
          <w:sz w:val="20"/>
          <w:szCs w:val="20"/>
        </w:rPr>
        <w:t>:</w:t>
      </w:r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Chișinău</w:t>
      </w:r>
      <w:proofErr w:type="spellEnd"/>
      <w:r w:rsidRPr="004304B8">
        <w:rPr>
          <w:rFonts w:ascii="Verdana" w:hAnsi="Verdana"/>
          <w:sz w:val="20"/>
          <w:szCs w:val="20"/>
        </w:rPr>
        <w:t xml:space="preserve">, </w:t>
      </w:r>
      <w:proofErr w:type="spellStart"/>
      <w:r w:rsidRPr="004304B8">
        <w:rPr>
          <w:rFonts w:ascii="Verdana" w:hAnsi="Verdana"/>
          <w:sz w:val="20"/>
          <w:szCs w:val="20"/>
        </w:rPr>
        <w:t>Republica</w:t>
      </w:r>
      <w:proofErr w:type="spellEnd"/>
      <w:r w:rsidRPr="004304B8">
        <w:rPr>
          <w:rFonts w:ascii="Verdana" w:hAnsi="Verdana"/>
          <w:sz w:val="20"/>
          <w:szCs w:val="20"/>
        </w:rPr>
        <w:t xml:space="preserve"> Moldova, </w:t>
      </w:r>
      <w:proofErr w:type="spellStart"/>
      <w:r w:rsidRPr="004304B8">
        <w:rPr>
          <w:rFonts w:ascii="Verdana" w:hAnsi="Verdana"/>
          <w:sz w:val="20"/>
          <w:szCs w:val="20"/>
        </w:rPr>
        <w:t>activitate</w:t>
      </w:r>
      <w:proofErr w:type="spellEnd"/>
      <w:r w:rsidRPr="004304B8">
        <w:rPr>
          <w:rFonts w:ascii="Verdana" w:hAnsi="Verdana"/>
          <w:sz w:val="20"/>
          <w:szCs w:val="20"/>
        </w:rPr>
        <w:t xml:space="preserve"> la </w:t>
      </w:r>
      <w:proofErr w:type="spellStart"/>
      <w:r w:rsidRPr="004304B8">
        <w:rPr>
          <w:rFonts w:ascii="Verdana" w:hAnsi="Verdana"/>
          <w:sz w:val="20"/>
          <w:szCs w:val="20"/>
        </w:rPr>
        <w:t>distanță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și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în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teren</w:t>
      </w:r>
      <w:proofErr w:type="spellEnd"/>
    </w:p>
    <w:p w14:paraId="1F9DDFA1" w14:textId="77777777" w:rsidR="00C65956" w:rsidRPr="004304B8" w:rsidRDefault="00C65956" w:rsidP="00C65956">
      <w:pPr>
        <w:rPr>
          <w:rFonts w:ascii="Verdana" w:hAnsi="Verdana"/>
          <w:sz w:val="20"/>
          <w:szCs w:val="20"/>
        </w:rPr>
      </w:pPr>
      <w:r w:rsidRPr="004304B8">
        <w:rPr>
          <w:rFonts w:ascii="Verdana" w:hAnsi="Verdana"/>
          <w:b/>
          <w:bCs/>
          <w:sz w:val="20"/>
          <w:szCs w:val="20"/>
        </w:rPr>
        <w:t>Solicitant (</w:t>
      </w:r>
      <w:proofErr w:type="spellStart"/>
      <w:r w:rsidRPr="004304B8">
        <w:rPr>
          <w:rFonts w:ascii="Verdana" w:hAnsi="Verdana"/>
          <w:b/>
          <w:bCs/>
          <w:sz w:val="20"/>
          <w:szCs w:val="20"/>
        </w:rPr>
        <w:t>angajator</w:t>
      </w:r>
      <w:proofErr w:type="spellEnd"/>
      <w:r w:rsidRPr="004304B8">
        <w:rPr>
          <w:rFonts w:ascii="Verdana" w:hAnsi="Verdana"/>
          <w:b/>
          <w:bCs/>
          <w:sz w:val="20"/>
          <w:szCs w:val="20"/>
        </w:rPr>
        <w:t>):</w:t>
      </w:r>
      <w:r w:rsidRPr="004304B8">
        <w:rPr>
          <w:rFonts w:ascii="Verdana" w:hAnsi="Verdana"/>
          <w:sz w:val="20"/>
          <w:szCs w:val="20"/>
        </w:rPr>
        <w:t xml:space="preserve"> AO HelpAge Moldova</w:t>
      </w:r>
    </w:p>
    <w:p w14:paraId="0698DFBC" w14:textId="3362C614" w:rsidR="00C65956" w:rsidRPr="004304B8" w:rsidRDefault="00C65956" w:rsidP="00C65956">
      <w:pPr>
        <w:rPr>
          <w:rFonts w:ascii="Verdana" w:hAnsi="Verdana"/>
          <w:sz w:val="20"/>
          <w:szCs w:val="20"/>
        </w:rPr>
      </w:pPr>
      <w:proofErr w:type="spellStart"/>
      <w:r w:rsidRPr="004304B8">
        <w:rPr>
          <w:rFonts w:ascii="Verdana" w:hAnsi="Verdana"/>
          <w:b/>
          <w:bCs/>
          <w:sz w:val="20"/>
          <w:szCs w:val="20"/>
        </w:rPr>
        <w:t>Tipul</w:t>
      </w:r>
      <w:proofErr w:type="spellEnd"/>
      <w:r w:rsidRPr="004304B8">
        <w:rPr>
          <w:rFonts w:ascii="Verdana" w:hAnsi="Verdana"/>
          <w:b/>
          <w:bCs/>
          <w:sz w:val="20"/>
          <w:szCs w:val="20"/>
        </w:rPr>
        <w:t xml:space="preserve"> de contract:</w:t>
      </w:r>
      <w:r w:rsidRPr="004304B8">
        <w:rPr>
          <w:rFonts w:ascii="Verdana" w:hAnsi="Verdana"/>
          <w:sz w:val="20"/>
          <w:szCs w:val="20"/>
        </w:rPr>
        <w:t xml:space="preserve"> Contract de </w:t>
      </w:r>
      <w:proofErr w:type="spellStart"/>
      <w:r w:rsidRPr="004304B8">
        <w:rPr>
          <w:rFonts w:ascii="Verdana" w:hAnsi="Verdana"/>
          <w:sz w:val="20"/>
          <w:szCs w:val="20"/>
        </w:rPr>
        <w:t>prestare</w:t>
      </w:r>
      <w:proofErr w:type="spellEnd"/>
      <w:r w:rsidRPr="004304B8">
        <w:rPr>
          <w:rFonts w:ascii="Verdana" w:hAnsi="Verdana"/>
          <w:sz w:val="20"/>
          <w:szCs w:val="20"/>
        </w:rPr>
        <w:t xml:space="preserve"> a </w:t>
      </w:r>
      <w:proofErr w:type="spellStart"/>
      <w:r w:rsidRPr="004304B8">
        <w:rPr>
          <w:rFonts w:ascii="Verdana" w:hAnsi="Verdana"/>
          <w:sz w:val="20"/>
          <w:szCs w:val="20"/>
        </w:rPr>
        <w:t>serviciilor</w:t>
      </w:r>
      <w:proofErr w:type="spellEnd"/>
    </w:p>
    <w:p w14:paraId="0C7E860B" w14:textId="6C3ED929" w:rsidR="00BC1820" w:rsidRPr="004304B8" w:rsidRDefault="00C65956" w:rsidP="00404CDC">
      <w:pPr>
        <w:rPr>
          <w:rFonts w:ascii="Verdana" w:hAnsi="Verdana"/>
          <w:sz w:val="20"/>
          <w:szCs w:val="20"/>
        </w:rPr>
      </w:pPr>
      <w:proofErr w:type="spellStart"/>
      <w:r w:rsidRPr="004304B8">
        <w:rPr>
          <w:rFonts w:ascii="Verdana" w:hAnsi="Verdana"/>
          <w:b/>
          <w:bCs/>
          <w:sz w:val="20"/>
          <w:szCs w:val="20"/>
        </w:rPr>
        <w:t>Perioada</w:t>
      </w:r>
      <w:proofErr w:type="spellEnd"/>
      <w:r w:rsidRPr="004304B8">
        <w:rPr>
          <w:rFonts w:ascii="Verdana" w:hAnsi="Verdana"/>
          <w:b/>
          <w:bCs/>
          <w:sz w:val="20"/>
          <w:szCs w:val="20"/>
        </w:rPr>
        <w:t xml:space="preserve"> de </w:t>
      </w:r>
      <w:proofErr w:type="spellStart"/>
      <w:r w:rsidRPr="004304B8">
        <w:rPr>
          <w:rFonts w:ascii="Verdana" w:hAnsi="Verdana"/>
          <w:b/>
          <w:bCs/>
          <w:sz w:val="20"/>
          <w:szCs w:val="20"/>
        </w:rPr>
        <w:t>lucru</w:t>
      </w:r>
      <w:proofErr w:type="spellEnd"/>
      <w:r w:rsidRPr="004304B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b/>
          <w:bCs/>
          <w:sz w:val="20"/>
          <w:szCs w:val="20"/>
        </w:rPr>
        <w:t>estimată</w:t>
      </w:r>
      <w:proofErr w:type="spellEnd"/>
      <w:r w:rsidRPr="004304B8">
        <w:rPr>
          <w:rFonts w:ascii="Verdana" w:hAnsi="Verdana"/>
          <w:b/>
          <w:bCs/>
          <w:sz w:val="20"/>
          <w:szCs w:val="20"/>
        </w:rPr>
        <w:t>:</w:t>
      </w:r>
      <w:r w:rsidRPr="004304B8">
        <w:rPr>
          <w:rFonts w:ascii="Verdana" w:hAnsi="Verdana"/>
          <w:sz w:val="20"/>
          <w:szCs w:val="20"/>
        </w:rPr>
        <w:t xml:space="preserve"> 1 </w:t>
      </w:r>
      <w:proofErr w:type="spellStart"/>
      <w:r w:rsidRPr="004304B8">
        <w:rPr>
          <w:rFonts w:ascii="Verdana" w:hAnsi="Verdana"/>
          <w:sz w:val="20"/>
          <w:szCs w:val="20"/>
        </w:rPr>
        <w:t>octombrie</w:t>
      </w:r>
      <w:proofErr w:type="spellEnd"/>
      <w:r w:rsidRPr="004304B8">
        <w:rPr>
          <w:rFonts w:ascii="Verdana" w:hAnsi="Verdana"/>
          <w:sz w:val="20"/>
          <w:szCs w:val="20"/>
        </w:rPr>
        <w:t xml:space="preserve"> – 15 </w:t>
      </w:r>
      <w:proofErr w:type="spellStart"/>
      <w:r w:rsidRPr="004304B8">
        <w:rPr>
          <w:rFonts w:ascii="Verdana" w:hAnsi="Verdana"/>
          <w:sz w:val="20"/>
          <w:szCs w:val="20"/>
        </w:rPr>
        <w:t>noiembrie</w:t>
      </w:r>
      <w:proofErr w:type="spellEnd"/>
      <w:r w:rsidRPr="004304B8">
        <w:rPr>
          <w:rFonts w:ascii="Verdana" w:hAnsi="Verdana"/>
          <w:sz w:val="20"/>
          <w:szCs w:val="20"/>
        </w:rPr>
        <w:t xml:space="preserve"> 2026</w:t>
      </w:r>
    </w:p>
    <w:p w14:paraId="5BF6FC94" w14:textId="1DCDF834" w:rsidR="00BC1820" w:rsidRPr="004304B8" w:rsidRDefault="001F41A4" w:rsidP="00C65956">
      <w:pPr>
        <w:pStyle w:val="Heading1"/>
        <w:shd w:val="clear" w:color="auto" w:fill="D9D9D9" w:themeFill="background1" w:themeFillShade="D9"/>
        <w:rPr>
          <w:rFonts w:ascii="Verdana" w:hAnsi="Verdana"/>
          <w:color w:val="auto"/>
          <w:sz w:val="20"/>
          <w:szCs w:val="20"/>
        </w:rPr>
      </w:pPr>
      <w:r w:rsidRPr="004304B8">
        <w:rPr>
          <w:rFonts w:ascii="Verdana" w:hAnsi="Verdana"/>
          <w:color w:val="auto"/>
          <w:sz w:val="20"/>
          <w:szCs w:val="20"/>
        </w:rPr>
        <w:t>Context</w:t>
      </w:r>
    </w:p>
    <w:p w14:paraId="2566DC52" w14:textId="77777777" w:rsidR="00E637D2" w:rsidRPr="00E637D2" w:rsidRDefault="00E637D2" w:rsidP="0040636F">
      <w:p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E637D2">
        <w:rPr>
          <w:rFonts w:ascii="Verdana" w:eastAsia="Times New Roman" w:hAnsi="Verdana" w:cs="Times New Roman"/>
          <w:sz w:val="20"/>
          <w:szCs w:val="20"/>
        </w:rPr>
        <w:t xml:space="preserve">De la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începutul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războiului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din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Ucraina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, HelpAge Moldova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sprijină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refugiații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aflați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Republica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Moldova, cu o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atenție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deosebită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acordată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persoanelor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vârstnice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persoanelor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cu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dizabilități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celor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aflate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situații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vulnerabilitate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. De-a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lungul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acestei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perioade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organizația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Pr="00E637D2">
        <w:rPr>
          <w:rFonts w:ascii="Verdana" w:eastAsia="Times New Roman" w:hAnsi="Verdana" w:cs="Times New Roman"/>
          <w:sz w:val="20"/>
          <w:szCs w:val="20"/>
        </w:rPr>
        <w:t>a</w:t>
      </w:r>
      <w:proofErr w:type="gram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oferit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diverse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forme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sprijin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inclusiv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asistență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alimentară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financiară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servicii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protecție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facilitarea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accesului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la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servicii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medicale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sociale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dispozitive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asistive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sprijin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pentru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persoanele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refugiate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care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locuiesc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atât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centre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cazare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cât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comunități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>.</w:t>
      </w:r>
    </w:p>
    <w:p w14:paraId="761EFB65" w14:textId="77777777" w:rsidR="00E637D2" w:rsidRPr="00E637D2" w:rsidRDefault="00E637D2" w:rsidP="0040636F">
      <w:p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2024, HelpAge Moldova 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realizat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o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evaluare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nevoilor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Pr="00E637D2">
        <w:rPr>
          <w:rFonts w:ascii="Verdana" w:eastAsia="Times New Roman" w:hAnsi="Verdana" w:cs="Times New Roman"/>
          <w:sz w:val="20"/>
          <w:szCs w:val="20"/>
        </w:rPr>
        <w:t>a</w:t>
      </w:r>
      <w:proofErr w:type="gram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accesului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la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servicii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al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refugiaților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vârstnici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din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Ucraina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. La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doi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ani de la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această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evaluare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contextul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formele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sprijin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disponibile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s-au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schimbat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iar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nevoile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prioritățile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persoanelor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vârstnice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pot fi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diferite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.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Evaluarea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din 2026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este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necesară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pentru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înțelege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aceste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schimbări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pentru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Pr="00E637D2">
        <w:rPr>
          <w:rFonts w:ascii="Verdana" w:eastAsia="Times New Roman" w:hAnsi="Verdana" w:cs="Times New Roman"/>
          <w:sz w:val="20"/>
          <w:szCs w:val="20"/>
        </w:rPr>
        <w:t>a</w:t>
      </w:r>
      <w:proofErr w:type="gram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identifica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dificultățile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barierele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care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persistă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sau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au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apărut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între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timp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pentru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analiza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ce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măsură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refugiații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vârstnici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au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acces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la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serviciile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formele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sprijin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de care au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nevoie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>.</w:t>
      </w:r>
    </w:p>
    <w:p w14:paraId="02E96B1F" w14:textId="2C2B2F52" w:rsidR="00E637D2" w:rsidRPr="004304B8" w:rsidRDefault="00E637D2" w:rsidP="0040636F">
      <w:p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Rezultatele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evaluării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vor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contribui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la o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mai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bună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înțelegere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situației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actuale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refugiaților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vârstnici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vor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sprijini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HelpAge Moldova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planificarea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intervențiilor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viitoare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dialogul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cu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autoritățile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alți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actori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relevanți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pentru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îmbunătățirea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accesului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la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servicii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sprijin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adaptat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nevoilor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E637D2">
        <w:rPr>
          <w:rFonts w:ascii="Verdana" w:eastAsia="Times New Roman" w:hAnsi="Verdana" w:cs="Times New Roman"/>
          <w:sz w:val="20"/>
          <w:szCs w:val="20"/>
        </w:rPr>
        <w:t>acestora</w:t>
      </w:r>
      <w:proofErr w:type="spellEnd"/>
      <w:r w:rsidRPr="00E637D2">
        <w:rPr>
          <w:rFonts w:ascii="Verdana" w:eastAsia="Times New Roman" w:hAnsi="Verdana" w:cs="Times New Roman"/>
          <w:sz w:val="20"/>
          <w:szCs w:val="20"/>
        </w:rPr>
        <w:t>.</w:t>
      </w:r>
    </w:p>
    <w:p w14:paraId="76261B31" w14:textId="77777777" w:rsidR="00E637D2" w:rsidRPr="004304B8" w:rsidRDefault="00E637D2" w:rsidP="00C65956">
      <w:pPr>
        <w:jc w:val="both"/>
        <w:rPr>
          <w:rFonts w:ascii="Verdana" w:hAnsi="Verdana"/>
          <w:sz w:val="20"/>
          <w:szCs w:val="20"/>
        </w:rPr>
      </w:pPr>
    </w:p>
    <w:p w14:paraId="1330B7B1" w14:textId="77777777" w:rsidR="00C65956" w:rsidRPr="004304B8" w:rsidRDefault="00C65956" w:rsidP="00C65956">
      <w:pPr>
        <w:pStyle w:val="ListBullet"/>
        <w:numPr>
          <w:ilvl w:val="0"/>
          <w:numId w:val="0"/>
        </w:numPr>
        <w:shd w:val="clear" w:color="auto" w:fill="D9D9D9" w:themeFill="background1" w:themeFillShade="D9"/>
        <w:ind w:left="360" w:hanging="360"/>
        <w:rPr>
          <w:rFonts w:ascii="Verdana" w:hAnsi="Verdana"/>
          <w:b/>
          <w:bCs/>
          <w:sz w:val="20"/>
          <w:szCs w:val="20"/>
          <w:lang w:val="ro-RO"/>
        </w:rPr>
      </w:pPr>
      <w:r w:rsidRPr="004304B8">
        <w:rPr>
          <w:rFonts w:ascii="Verdana" w:hAnsi="Verdana"/>
          <w:b/>
          <w:bCs/>
          <w:sz w:val="20"/>
          <w:szCs w:val="20"/>
          <w:lang w:val="ro-RO"/>
        </w:rPr>
        <w:t>Scopul consultanței</w:t>
      </w:r>
    </w:p>
    <w:p w14:paraId="51B81580" w14:textId="2450A148" w:rsidR="0040636F" w:rsidRPr="0040636F" w:rsidRDefault="0040636F" w:rsidP="004304B8">
      <w:p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Scopul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consultanței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este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de a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realiza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o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evaluare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actualizată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a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situației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refugiaților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vârstnici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din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Ucraina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aflați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Republica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Moldova,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pentru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a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înțelege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mai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bine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nevoile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prioritățile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acestora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accesul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la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servicii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asistență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precum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principalele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dificultăți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bariere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cu care se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confruntă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>.</w:t>
      </w:r>
      <w:r w:rsid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Evaluarea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va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urmări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de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asemenea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schimbările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intervenite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față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situația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identificată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2024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va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evidenția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atât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problemele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care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persistă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cât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nevoile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noi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sau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emergente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>.</w:t>
      </w:r>
    </w:p>
    <w:p w14:paraId="1E1DBCD3" w14:textId="77777777" w:rsidR="0040636F" w:rsidRPr="0040636F" w:rsidRDefault="0040636F" w:rsidP="004304B8">
      <w:p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mod specific,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evaluarea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va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urmări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>:</w:t>
      </w:r>
    </w:p>
    <w:p w14:paraId="75E19EA6" w14:textId="77777777" w:rsidR="0040636F" w:rsidRPr="0040636F" w:rsidRDefault="0040636F" w:rsidP="004304B8">
      <w:pPr>
        <w:numPr>
          <w:ilvl w:val="0"/>
          <w:numId w:val="17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identificarea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principalelor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nevoi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priorități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ale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refugiaților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vârstnici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inclusiv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domenii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precum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alimentația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sănătatea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asistența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financiară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protecția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sănătatea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mintală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sprijinul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psihosocial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locuirea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accesul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la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servicii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sociale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>;</w:t>
      </w:r>
    </w:p>
    <w:p w14:paraId="6B9048C1" w14:textId="77777777" w:rsidR="0040636F" w:rsidRPr="0040636F" w:rsidRDefault="0040636F" w:rsidP="004304B8">
      <w:pPr>
        <w:numPr>
          <w:ilvl w:val="0"/>
          <w:numId w:val="17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lastRenderedPageBreak/>
        <w:t>înțelegerea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modului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care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refugiații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vârstnici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accesează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serviciile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formele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sprijin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disponibile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identificarea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barierelor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întâmpinate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>;</w:t>
      </w:r>
    </w:p>
    <w:p w14:paraId="1943F719" w14:textId="77777777" w:rsidR="0040636F" w:rsidRPr="0040636F" w:rsidRDefault="0040636F" w:rsidP="004304B8">
      <w:pPr>
        <w:numPr>
          <w:ilvl w:val="0"/>
          <w:numId w:val="17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analiza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diferențelor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nevoi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acces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la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servicii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funcție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vârstă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gen,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dizabilitate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situația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trai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alți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factori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relevanți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>;</w:t>
      </w:r>
    </w:p>
    <w:p w14:paraId="5F6B2B9C" w14:textId="77777777" w:rsidR="0040636F" w:rsidRPr="0040636F" w:rsidRDefault="0040636F" w:rsidP="004304B8">
      <w:pPr>
        <w:numPr>
          <w:ilvl w:val="0"/>
          <w:numId w:val="17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înțelegerea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nivelului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informare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al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refugiaților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vârstnici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cu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privire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la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drepturile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serviciile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formele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sprijin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disponibile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>;</w:t>
      </w:r>
    </w:p>
    <w:p w14:paraId="2D74DBFC" w14:textId="77777777" w:rsidR="0040636F" w:rsidRPr="0040636F" w:rsidRDefault="0040636F" w:rsidP="004304B8">
      <w:pPr>
        <w:numPr>
          <w:ilvl w:val="0"/>
          <w:numId w:val="17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explorarea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perspectivelor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refugiaților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vârstnici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privind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viața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Republica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Moldova,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inclusiv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integrarea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participarea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comunitate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>;</w:t>
      </w:r>
    </w:p>
    <w:p w14:paraId="772823FE" w14:textId="77777777" w:rsidR="0040636F" w:rsidRPr="0040636F" w:rsidRDefault="0040636F" w:rsidP="004304B8">
      <w:pPr>
        <w:numPr>
          <w:ilvl w:val="0"/>
          <w:numId w:val="17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compararea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principalelor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constatări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cu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rezultatele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evaluării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realizate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de HelpAge Moldova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2024,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pentru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Pr="0040636F">
        <w:rPr>
          <w:rFonts w:ascii="Verdana" w:eastAsia="Times New Roman" w:hAnsi="Verdana" w:cs="Times New Roman"/>
          <w:sz w:val="20"/>
          <w:szCs w:val="20"/>
        </w:rPr>
        <w:t>a</w:t>
      </w:r>
      <w:proofErr w:type="gram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identifica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schimbările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problemele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persistente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nevoile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emergente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>;</w:t>
      </w:r>
    </w:p>
    <w:p w14:paraId="59F9B21F" w14:textId="6AA4E591" w:rsidR="0040636F" w:rsidRPr="004304B8" w:rsidRDefault="0040636F" w:rsidP="004304B8">
      <w:pPr>
        <w:numPr>
          <w:ilvl w:val="0"/>
          <w:numId w:val="17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formularea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unor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recomandări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practice,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bazate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pe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constatările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evaluării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, care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să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contribuie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la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îmbunătățirea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intervențiilor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Pr="0040636F">
        <w:rPr>
          <w:rFonts w:ascii="Verdana" w:eastAsia="Times New Roman" w:hAnsi="Verdana" w:cs="Times New Roman"/>
          <w:sz w:val="20"/>
          <w:szCs w:val="20"/>
        </w:rPr>
        <w:t>a</w:t>
      </w:r>
      <w:proofErr w:type="gram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accesului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refugiaților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vârstnici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la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servicii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0636F">
        <w:rPr>
          <w:rFonts w:ascii="Verdana" w:eastAsia="Times New Roman" w:hAnsi="Verdana" w:cs="Times New Roman"/>
          <w:sz w:val="20"/>
          <w:szCs w:val="20"/>
        </w:rPr>
        <w:t>sprijin</w:t>
      </w:r>
      <w:proofErr w:type="spellEnd"/>
      <w:r w:rsidRPr="0040636F">
        <w:rPr>
          <w:rFonts w:ascii="Verdana" w:eastAsia="Times New Roman" w:hAnsi="Verdana" w:cs="Times New Roman"/>
          <w:sz w:val="20"/>
          <w:szCs w:val="20"/>
        </w:rPr>
        <w:t>.</w:t>
      </w:r>
    </w:p>
    <w:p w14:paraId="5307E3A3" w14:textId="053B9708" w:rsidR="0040636F" w:rsidRPr="004304B8" w:rsidRDefault="004304B8" w:rsidP="004304B8">
      <w:pPr>
        <w:pStyle w:val="ListBullet"/>
        <w:numPr>
          <w:ilvl w:val="0"/>
          <w:numId w:val="0"/>
        </w:numPr>
        <w:shd w:val="clear" w:color="auto" w:fill="D9D9D9" w:themeFill="background1" w:themeFillShade="D9"/>
        <w:ind w:left="360" w:hanging="360"/>
        <w:rPr>
          <w:rFonts w:ascii="Verdana" w:hAnsi="Verdana"/>
          <w:b/>
          <w:bCs/>
          <w:sz w:val="20"/>
          <w:szCs w:val="20"/>
          <w:lang w:val="ro-RO"/>
        </w:rPr>
      </w:pPr>
      <w:proofErr w:type="spellStart"/>
      <w:r w:rsidRPr="004304B8">
        <w:rPr>
          <w:rFonts w:ascii="Verdana" w:hAnsi="Verdana"/>
          <w:b/>
          <w:bCs/>
          <w:sz w:val="20"/>
          <w:szCs w:val="20"/>
          <w:lang w:val="ro-RO"/>
        </w:rPr>
        <w:t>Termenii</w:t>
      </w:r>
      <w:proofErr w:type="spellEnd"/>
      <w:r w:rsidRPr="004304B8">
        <w:rPr>
          <w:rFonts w:ascii="Verdana" w:hAnsi="Verdana"/>
          <w:b/>
          <w:bCs/>
          <w:sz w:val="20"/>
          <w:szCs w:val="20"/>
          <w:lang w:val="ro-RO"/>
        </w:rPr>
        <w:t xml:space="preserve"> de </w:t>
      </w:r>
      <w:proofErr w:type="spellStart"/>
      <w:r w:rsidRPr="004304B8">
        <w:rPr>
          <w:rFonts w:ascii="Verdana" w:hAnsi="Verdana"/>
          <w:b/>
          <w:bCs/>
          <w:sz w:val="20"/>
          <w:szCs w:val="20"/>
          <w:lang w:val="ro-RO"/>
        </w:rPr>
        <w:t>implementare</w:t>
      </w:r>
      <w:proofErr w:type="spellEnd"/>
      <w:r w:rsidRPr="004304B8">
        <w:rPr>
          <w:rFonts w:ascii="Verdana" w:hAnsi="Verdana"/>
          <w:b/>
          <w:bCs/>
          <w:sz w:val="20"/>
          <w:szCs w:val="20"/>
          <w:lang w:val="ro-RO"/>
        </w:rPr>
        <w:t xml:space="preserve"> </w:t>
      </w:r>
      <w:proofErr w:type="spellStart"/>
      <w:r w:rsidRPr="004304B8">
        <w:rPr>
          <w:rFonts w:ascii="Verdana" w:hAnsi="Verdana"/>
          <w:b/>
          <w:bCs/>
          <w:sz w:val="20"/>
          <w:szCs w:val="20"/>
          <w:lang w:val="ro-RO"/>
        </w:rPr>
        <w:t>și</w:t>
      </w:r>
      <w:proofErr w:type="spellEnd"/>
      <w:r w:rsidRPr="004304B8">
        <w:rPr>
          <w:rFonts w:ascii="Verdana" w:hAnsi="Verdana"/>
          <w:b/>
          <w:bCs/>
          <w:sz w:val="20"/>
          <w:szCs w:val="20"/>
          <w:lang w:val="ro-RO"/>
        </w:rPr>
        <w:t xml:space="preserve"> </w:t>
      </w:r>
      <w:proofErr w:type="spellStart"/>
      <w:r w:rsidRPr="004304B8">
        <w:rPr>
          <w:rFonts w:ascii="Verdana" w:hAnsi="Verdana"/>
          <w:b/>
          <w:bCs/>
          <w:sz w:val="20"/>
          <w:szCs w:val="20"/>
          <w:lang w:val="ro-RO"/>
        </w:rPr>
        <w:t>livrabilele</w:t>
      </w:r>
      <w:proofErr w:type="spellEnd"/>
    </w:p>
    <w:tbl>
      <w:tblPr>
        <w:tblW w:w="9827" w:type="dxa"/>
        <w:tblInd w:w="113" w:type="dxa"/>
        <w:tblLook w:val="04A0" w:firstRow="1" w:lastRow="0" w:firstColumn="1" w:lastColumn="0" w:noHBand="0" w:noVBand="1"/>
      </w:tblPr>
      <w:tblGrid>
        <w:gridCol w:w="561"/>
        <w:gridCol w:w="3330"/>
        <w:gridCol w:w="1925"/>
        <w:gridCol w:w="962"/>
        <w:gridCol w:w="3049"/>
      </w:tblGrid>
      <w:tr w:rsidR="0040636F" w:rsidRPr="0040636F" w14:paraId="7EA58B37" w14:textId="77777777" w:rsidTr="0040636F">
        <w:trPr>
          <w:trHeight w:val="4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9898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B804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0636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Planul</w:t>
            </w:r>
            <w:proofErr w:type="spellEnd"/>
            <w:r w:rsidRPr="0040636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636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lucru</w:t>
            </w:r>
            <w:proofErr w:type="spellEnd"/>
            <w:r w:rsidRPr="0040636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40636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activitatea</w:t>
            </w:r>
            <w:proofErr w:type="spellEnd"/>
            <w:r w:rsidRPr="0040636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planificată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3F28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0636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Perioada</w:t>
            </w:r>
            <w:proofErr w:type="spellEnd"/>
            <w:r w:rsidRPr="0040636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estimativă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A2DE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Nr. de </w:t>
            </w:r>
            <w:proofErr w:type="spellStart"/>
            <w:r w:rsidRPr="0040636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zile</w:t>
            </w:r>
            <w:proofErr w:type="spellEnd"/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077A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0636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Livrabile</w:t>
            </w:r>
            <w:proofErr w:type="spellEnd"/>
          </w:p>
        </w:tc>
      </w:tr>
      <w:tr w:rsidR="0040636F" w:rsidRPr="0040636F" w14:paraId="03E812CE" w14:textId="77777777" w:rsidTr="0040636F">
        <w:trPr>
          <w:trHeight w:val="6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AA27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66AB" w14:textId="77777777" w:rsidR="0040636F" w:rsidRPr="0040636F" w:rsidRDefault="0040636F" w:rsidP="0040636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Elaborarea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metodologiei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a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planului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de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lucru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analiza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documentelor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relevante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adaptarea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instrumentelor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utilizate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în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evaluarea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din 2024.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996C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1–10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octombrie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7BE7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4B8C" w14:textId="77777777" w:rsidR="0040636F" w:rsidRPr="0040636F" w:rsidRDefault="0040636F" w:rsidP="0040636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Metodologie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plan de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lucru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aprobate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;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instrumente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de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colectare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a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datelor</w:t>
            </w:r>
            <w:proofErr w:type="spellEnd"/>
          </w:p>
        </w:tc>
      </w:tr>
      <w:tr w:rsidR="0040636F" w:rsidRPr="0040636F" w14:paraId="3BD0B327" w14:textId="77777777" w:rsidTr="0040636F">
        <w:trPr>
          <w:trHeight w:val="954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0D3F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34BB" w14:textId="77777777" w:rsidR="0040636F" w:rsidRPr="0040636F" w:rsidRDefault="0040636F" w:rsidP="0040636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Colectarea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datelor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cantitative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calitative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de la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refugiații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vârstnici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prin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chestionare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interviuri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sau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discuții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de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grup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, conform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metodologiei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aprobate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B3BD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11–31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octombrie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3046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ECBC" w14:textId="77777777" w:rsidR="0040636F" w:rsidRPr="0040636F" w:rsidRDefault="0040636F" w:rsidP="0040636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Date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colectate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;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baza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de date; note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sinteze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ale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consultărilor</w:t>
            </w:r>
            <w:proofErr w:type="spellEnd"/>
          </w:p>
        </w:tc>
      </w:tr>
      <w:tr w:rsidR="0040636F" w:rsidRPr="0040636F" w14:paraId="38EB4EC6" w14:textId="77777777" w:rsidTr="0040636F">
        <w:trPr>
          <w:trHeight w:val="103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A440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1739" w14:textId="77777777" w:rsidR="0040636F" w:rsidRPr="0040636F" w:rsidRDefault="0040636F" w:rsidP="0040636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Curățarea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analiza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datelor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colectate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inclusiv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compararea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principalelor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constatări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cu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rezultatele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evaluării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din 2024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identificarea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schimbărilor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problemelor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persistente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nevoilor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emergente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B5BB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1–10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noiembrie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A079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1E1E" w14:textId="77777777" w:rsidR="0040636F" w:rsidRPr="0040636F" w:rsidRDefault="0040636F" w:rsidP="0040636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Bază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de date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curățată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anonimizată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;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tabele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de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analiză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;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sinteza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principalelor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constatări</w:t>
            </w:r>
            <w:proofErr w:type="spellEnd"/>
          </w:p>
        </w:tc>
      </w:tr>
      <w:tr w:rsidR="0040636F" w:rsidRPr="0040636F" w14:paraId="754F59C1" w14:textId="77777777" w:rsidTr="0040636F">
        <w:trPr>
          <w:trHeight w:val="75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CEA8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DCDE" w14:textId="77777777" w:rsidR="0040636F" w:rsidRPr="0040636F" w:rsidRDefault="0040636F" w:rsidP="0040636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Elaborarea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raportului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draft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prezentarea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principalelor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constatări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recomandări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către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HelpAge Moldova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pentru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discuție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feedback.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28B0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11–20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noiembrie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9AF7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C3F4" w14:textId="77777777" w:rsidR="0040636F" w:rsidRPr="0040636F" w:rsidRDefault="0040636F" w:rsidP="0040636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Raport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draft;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prezentarea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principalelor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constatări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recomandări</w:t>
            </w:r>
            <w:proofErr w:type="spellEnd"/>
          </w:p>
        </w:tc>
      </w:tr>
      <w:tr w:rsidR="0040636F" w:rsidRPr="0040636F" w14:paraId="58C51495" w14:textId="77777777" w:rsidTr="0040636F">
        <w:trPr>
          <w:trHeight w:val="43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3388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A9F8" w14:textId="77777777" w:rsidR="0040636F" w:rsidRPr="0040636F" w:rsidRDefault="0040636F" w:rsidP="0040636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Revizuirea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raportului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în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baza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feedbackului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primit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și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finalizarea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rezultatelor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evaluării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6676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21–30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noiembrie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9D27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A44E" w14:textId="77777777" w:rsidR="0040636F" w:rsidRPr="0040636F" w:rsidRDefault="0040636F" w:rsidP="0040636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Raport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final de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evaluare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;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prezentare</w:t>
            </w:r>
            <w:proofErr w:type="spellEnd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 xml:space="preserve"> PowerPoint </w:t>
            </w:r>
            <w:proofErr w:type="spellStart"/>
            <w:r w:rsidRPr="0040636F">
              <w:rPr>
                <w:rFonts w:ascii="Verdana" w:eastAsia="Times New Roman" w:hAnsi="Verdana" w:cs="Times New Roman"/>
                <w:sz w:val="20"/>
                <w:szCs w:val="20"/>
              </w:rPr>
              <w:t>finală</w:t>
            </w:r>
            <w:proofErr w:type="spellEnd"/>
          </w:p>
        </w:tc>
      </w:tr>
      <w:tr w:rsidR="0040636F" w:rsidRPr="0040636F" w14:paraId="7E9876DE" w14:textId="77777777" w:rsidTr="0040636F">
        <w:trPr>
          <w:trHeight w:val="36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8693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8533" w14:textId="6DE8BFC8" w:rsidR="0040636F" w:rsidRPr="0040636F" w:rsidRDefault="0040636F" w:rsidP="0040636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Total</w:t>
            </w:r>
            <w:r w:rsidR="004304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E086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1 </w:t>
            </w:r>
            <w:proofErr w:type="spellStart"/>
            <w:r w:rsidRPr="004063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octombrie</w:t>
            </w:r>
            <w:proofErr w:type="spellEnd"/>
            <w:r w:rsidRPr="004063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– 30 </w:t>
            </w:r>
            <w:proofErr w:type="spellStart"/>
            <w:r w:rsidRPr="004063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noiembrie</w:t>
            </w:r>
            <w:proofErr w:type="spellEnd"/>
            <w:r w:rsidRPr="004063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2026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5D35" w14:textId="77777777" w:rsidR="0040636F" w:rsidRPr="0040636F" w:rsidRDefault="0040636F" w:rsidP="00406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7CA5" w14:textId="77777777" w:rsidR="0040636F" w:rsidRPr="0040636F" w:rsidRDefault="0040636F" w:rsidP="0040636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063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14:paraId="5FCF5D8F" w14:textId="27B7F48C" w:rsidR="0040636F" w:rsidRPr="004304B8" w:rsidRDefault="0040636F" w:rsidP="0040636F">
      <w:pPr>
        <w:spacing w:before="100" w:beforeAutospacing="1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572D5628" w14:textId="014F1853" w:rsidR="0040636F" w:rsidRPr="004304B8" w:rsidRDefault="0040636F" w:rsidP="0040636F">
      <w:pPr>
        <w:spacing w:before="100" w:beforeAutospacing="1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5264C8D2" w14:textId="7F79019E" w:rsidR="0040636F" w:rsidRPr="004304B8" w:rsidRDefault="0040636F" w:rsidP="0040636F">
      <w:pPr>
        <w:spacing w:before="100" w:beforeAutospacing="1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29E57005" w14:textId="77777777" w:rsidR="0040636F" w:rsidRPr="0040636F" w:rsidRDefault="0040636F" w:rsidP="004304B8">
      <w:pPr>
        <w:pStyle w:val="ListBullet"/>
        <w:numPr>
          <w:ilvl w:val="0"/>
          <w:numId w:val="0"/>
        </w:numPr>
        <w:shd w:val="clear" w:color="auto" w:fill="D9D9D9" w:themeFill="background1" w:themeFillShade="D9"/>
        <w:ind w:left="360" w:hanging="360"/>
        <w:rPr>
          <w:rFonts w:ascii="Verdana" w:hAnsi="Verdana"/>
          <w:b/>
          <w:bCs/>
          <w:sz w:val="20"/>
          <w:szCs w:val="20"/>
          <w:lang w:val="ro-RO"/>
        </w:rPr>
      </w:pPr>
      <w:proofErr w:type="spellStart"/>
      <w:r w:rsidRPr="0040636F">
        <w:rPr>
          <w:rFonts w:ascii="Verdana" w:hAnsi="Verdana"/>
          <w:b/>
          <w:bCs/>
          <w:sz w:val="20"/>
          <w:szCs w:val="20"/>
          <w:lang w:val="ro-RO"/>
        </w:rPr>
        <w:lastRenderedPageBreak/>
        <w:t>Metodologie</w:t>
      </w:r>
      <w:proofErr w:type="spellEnd"/>
    </w:p>
    <w:p w14:paraId="25264402" w14:textId="03EF8FA7" w:rsidR="004304B8" w:rsidRPr="004304B8" w:rsidRDefault="004304B8" w:rsidP="004304B8">
      <w:p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Consultantul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propune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o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metodologie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detaliată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care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fi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discutată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agreată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cu HelpAge Moldova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înainte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începerea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colectării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datelor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.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Evaluarea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combina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metode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cantitative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calitative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utiliza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evaluarea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realizată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HelpAge Moldova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2024 ca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punct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referință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pentru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permite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identificarea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analiza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principalelor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schimbări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intervenite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situația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refugiaților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vârstnici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.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Metodologia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include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analiza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documentelor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datelor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relevante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disponibile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aplicarea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chestionarelor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utilizarea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unor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metode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calitative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precum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interviuri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/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sau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discuții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grup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.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Instrumentele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utilizate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evaluarea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din 2024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fi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revizuite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adaptate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la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contextul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actual,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păstrând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acolo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unde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este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posibil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elementele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necesare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pentru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compararea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rezultatelor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din 2024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2026.</w:t>
      </w:r>
    </w:p>
    <w:p w14:paraId="0829113C" w14:textId="33DF8F34" w:rsidR="004304B8" w:rsidRPr="004304B8" w:rsidRDefault="004304B8" w:rsidP="004304B8">
      <w:p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Evaluarea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include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cel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puțin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100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refugiați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din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Ucraina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cu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vârsta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60 de ani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peste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. Se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urmări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includerea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femeilor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bărbaților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aflați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situații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diferite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vulnerabilitate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trai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inclusiv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persoane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cu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dizabilități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sau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mobilitate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redusă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persoane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care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locuiesc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singure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persoane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cazate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centre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persoane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care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locuiesc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comunitate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.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Selecția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participanților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acoperirea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geografică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fi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stabilite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împreună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cu HelpAge Moldova.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Datele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colectate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fi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analizate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ținând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cont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vârstă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gen,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dizabilitate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situația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trai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alți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factori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relevanți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pentru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Pr="004304B8">
        <w:rPr>
          <w:rFonts w:ascii="Verdana" w:eastAsia="Times New Roman" w:hAnsi="Verdana" w:cs="Times New Roman"/>
          <w:sz w:val="20"/>
          <w:szCs w:val="20"/>
        </w:rPr>
        <w:t>a</w:t>
      </w:r>
      <w:proofErr w:type="gram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identifica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diferențele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privind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nevoile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prioritățile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accesul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la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servicii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forme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sprijin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.</w:t>
      </w:r>
    </w:p>
    <w:p w14:paraId="65C07A12" w14:textId="22859123" w:rsidR="0040636F" w:rsidRPr="0040636F" w:rsidRDefault="004304B8" w:rsidP="004304B8">
      <w:p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Participarea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la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evaluare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fi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voluntară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bazată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pe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consimțământ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informat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. Pe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parcursul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întregului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proces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consultantul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respecta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cerințele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HelpAge Moldova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privind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confidențialitatea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protecția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datelor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salvgardarea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prevenirea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exploatării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abuzului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sexual (PSEA).</w:t>
      </w:r>
    </w:p>
    <w:p w14:paraId="5F49018D" w14:textId="77777777" w:rsidR="00920926" w:rsidRPr="004304B8" w:rsidRDefault="00920926" w:rsidP="004304B8">
      <w:pPr>
        <w:pStyle w:val="ListBullet"/>
        <w:numPr>
          <w:ilvl w:val="0"/>
          <w:numId w:val="0"/>
        </w:numPr>
        <w:shd w:val="clear" w:color="auto" w:fill="D9D9D9" w:themeFill="background1" w:themeFillShade="D9"/>
        <w:ind w:left="360" w:hanging="360"/>
        <w:rPr>
          <w:rFonts w:ascii="Verdana" w:hAnsi="Verdana"/>
          <w:b/>
          <w:bCs/>
          <w:sz w:val="20"/>
          <w:szCs w:val="20"/>
          <w:lang w:val="ro-RO"/>
        </w:rPr>
      </w:pPr>
      <w:r w:rsidRPr="004304B8">
        <w:rPr>
          <w:rFonts w:ascii="Verdana" w:hAnsi="Verdana"/>
          <w:b/>
          <w:bCs/>
          <w:sz w:val="20"/>
          <w:szCs w:val="20"/>
          <w:lang w:val="ro-RO"/>
        </w:rPr>
        <w:t>Cerințe față de candidat/candidată</w:t>
      </w:r>
    </w:p>
    <w:p w14:paraId="763ECA72" w14:textId="77777777" w:rsidR="004304B8" w:rsidRPr="004304B8" w:rsidRDefault="004304B8" w:rsidP="004304B8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Studii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universitare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domeniul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științelor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sociale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sociologiei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sănătății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publice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studiilor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umanitare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statisticii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sau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alte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domenii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relevante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pentru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această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consultanță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.</w:t>
      </w:r>
    </w:p>
    <w:p w14:paraId="61E97A2A" w14:textId="77777777" w:rsidR="004304B8" w:rsidRPr="004304B8" w:rsidRDefault="004304B8" w:rsidP="004304B8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4304B8">
        <w:rPr>
          <w:rFonts w:ascii="Verdana" w:eastAsia="Times New Roman" w:hAnsi="Verdana" w:cs="Times New Roman"/>
          <w:sz w:val="20"/>
          <w:szCs w:val="20"/>
        </w:rPr>
        <w:t xml:space="preserve">Minimum 5 ani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experiență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profesională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relevantă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cercetare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evaluări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nevoi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studii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sociale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sau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evaluarea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programelor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proiectelor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umanitare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/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sau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dezvoltare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.</w:t>
      </w:r>
    </w:p>
    <w:p w14:paraId="550075BF" w14:textId="77777777" w:rsidR="004304B8" w:rsidRPr="004304B8" w:rsidRDefault="004304B8" w:rsidP="004304B8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Experiență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demonstrată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elaborarea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aplicarea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metodologiilor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instrumentelor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cercetare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inclusiv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chestionare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interviuri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discuții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grup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.</w:t>
      </w:r>
    </w:p>
    <w:p w14:paraId="0DB20E16" w14:textId="77777777" w:rsidR="004304B8" w:rsidRPr="004304B8" w:rsidRDefault="004304B8" w:rsidP="004304B8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Experiență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colectarea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analiza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interpretarea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datelor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cantitative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calitative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formularea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concluziilor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recomandărilor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bazate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pe date.</w:t>
      </w:r>
    </w:p>
    <w:p w14:paraId="02D3127A" w14:textId="77777777" w:rsidR="004304B8" w:rsidRPr="004304B8" w:rsidRDefault="004304B8" w:rsidP="004304B8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Experiență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lucru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domeniul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umanitar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/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sau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cu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refugiați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persoane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vârstnice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persoane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cu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dizabilități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sau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alte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grupuri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aflate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situații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vulnerabilitate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.</w:t>
      </w:r>
    </w:p>
    <w:p w14:paraId="76787370" w14:textId="77777777" w:rsidR="004304B8" w:rsidRPr="004304B8" w:rsidRDefault="004304B8" w:rsidP="004304B8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Cunoașterea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aspectelor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legate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îmbătrânire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dizabilitate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protecție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incluziune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acces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la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servicii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constituie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un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avantaj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.</w:t>
      </w:r>
    </w:p>
    <w:p w14:paraId="05F17479" w14:textId="77777777" w:rsidR="004304B8" w:rsidRPr="004304B8" w:rsidRDefault="004304B8" w:rsidP="004304B8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Capacitatea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utiliza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abordări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participative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incluzive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lucrul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cu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persoanele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vârstnice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alte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persoane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aflate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situații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vulnerabilitate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.</w:t>
      </w:r>
    </w:p>
    <w:p w14:paraId="1B0DF5D7" w14:textId="77777777" w:rsidR="004304B8" w:rsidRPr="004304B8" w:rsidRDefault="004304B8" w:rsidP="004304B8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Abilități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foarte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bune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analiză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sinteză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redactare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rapoartelor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prezentare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clară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constatărilor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recomandărilor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.</w:t>
      </w:r>
    </w:p>
    <w:p w14:paraId="019CEF35" w14:textId="77777777" w:rsidR="004304B8" w:rsidRPr="004304B8" w:rsidRDefault="004304B8" w:rsidP="004304B8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Cunoașterea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limbii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engleze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;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cunoașterea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limbii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române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/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sau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ruse/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ucrainene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constituie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un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avantaj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.</w:t>
      </w:r>
    </w:p>
    <w:p w14:paraId="7C917D45" w14:textId="77777777" w:rsidR="004304B8" w:rsidRPr="004304B8" w:rsidRDefault="004304B8" w:rsidP="004304B8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Competențe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bune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utilizare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a MS Office,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special Word, Excel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PowerPoint, precum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Pr="004304B8">
        <w:rPr>
          <w:rFonts w:ascii="Verdana" w:eastAsia="Times New Roman" w:hAnsi="Verdana" w:cs="Times New Roman"/>
          <w:sz w:val="20"/>
          <w:szCs w:val="20"/>
        </w:rPr>
        <w:t>a</w:t>
      </w:r>
      <w:proofErr w:type="gram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instrumentelor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necesare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pentru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colectarea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analiza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datelor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.</w:t>
      </w:r>
    </w:p>
    <w:p w14:paraId="747FC909" w14:textId="77777777" w:rsidR="004304B8" w:rsidRPr="004304B8" w:rsidRDefault="004304B8" w:rsidP="004304B8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Capacitatea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lucra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autonom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de 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respecta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termenele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stabilite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livra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produse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calitate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.</w:t>
      </w:r>
    </w:p>
    <w:p w14:paraId="65504525" w14:textId="77777777" w:rsidR="004304B8" w:rsidRPr="004304B8" w:rsidRDefault="004304B8" w:rsidP="004304B8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Angajament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față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principiile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HelpAge Moldova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privind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salvgardarea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PSEA,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protecția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datelor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confidențialitatea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etica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profesională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nediscriminarea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.</w:t>
      </w:r>
    </w:p>
    <w:p w14:paraId="5379856A" w14:textId="77777777" w:rsidR="004304B8" w:rsidRPr="004304B8" w:rsidRDefault="004304B8" w:rsidP="004304B8">
      <w:pPr>
        <w:spacing w:before="100" w:beforeAutospacing="1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cazul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aplicării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unei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organizații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consultanță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vor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fi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luate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în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considerare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experiența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relevantă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Pr="004304B8">
        <w:rPr>
          <w:rFonts w:ascii="Verdana" w:eastAsia="Times New Roman" w:hAnsi="Verdana" w:cs="Times New Roman"/>
          <w:sz w:val="20"/>
          <w:szCs w:val="20"/>
        </w:rPr>
        <w:t>a</w:t>
      </w:r>
      <w:proofErr w:type="gram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organizației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calificările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și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experiența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membrilor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echipei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propuse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pentru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realizarea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4304B8">
        <w:rPr>
          <w:rFonts w:ascii="Verdana" w:eastAsia="Times New Roman" w:hAnsi="Verdana" w:cs="Times New Roman"/>
          <w:sz w:val="20"/>
          <w:szCs w:val="20"/>
        </w:rPr>
        <w:t>evaluării</w:t>
      </w:r>
      <w:proofErr w:type="spellEnd"/>
      <w:r w:rsidRPr="004304B8">
        <w:rPr>
          <w:rFonts w:ascii="Verdana" w:eastAsia="Times New Roman" w:hAnsi="Verdana" w:cs="Times New Roman"/>
          <w:sz w:val="20"/>
          <w:szCs w:val="20"/>
        </w:rPr>
        <w:t>.</w:t>
      </w:r>
    </w:p>
    <w:p w14:paraId="4AC327D7" w14:textId="3BDC3FCB" w:rsidR="00FE4ACA" w:rsidRPr="004304B8" w:rsidRDefault="00FE4ACA">
      <w:pPr>
        <w:rPr>
          <w:rFonts w:ascii="Verdana" w:hAnsi="Verdana"/>
          <w:sz w:val="20"/>
          <w:szCs w:val="20"/>
        </w:rPr>
      </w:pPr>
    </w:p>
    <w:p w14:paraId="7FC0C8B9" w14:textId="77777777" w:rsidR="00FE4ACA" w:rsidRPr="004304B8" w:rsidRDefault="00FE4ACA" w:rsidP="00FE4ACA">
      <w:pPr>
        <w:shd w:val="clear" w:color="auto" w:fill="EEECE1" w:themeFill="background2"/>
        <w:rPr>
          <w:rFonts w:ascii="Verdana" w:hAnsi="Verdana"/>
          <w:b/>
          <w:bCs/>
          <w:sz w:val="20"/>
          <w:szCs w:val="20"/>
          <w:lang w:val="ro-RO"/>
        </w:rPr>
      </w:pPr>
      <w:r w:rsidRPr="004304B8">
        <w:rPr>
          <w:rFonts w:ascii="Verdana" w:hAnsi="Verdana"/>
          <w:b/>
          <w:bCs/>
          <w:sz w:val="20"/>
          <w:szCs w:val="20"/>
          <w:lang w:val="ro-RO"/>
        </w:rPr>
        <w:lastRenderedPageBreak/>
        <w:t>Modalitate de aplicare la concurs</w:t>
      </w:r>
    </w:p>
    <w:p w14:paraId="5D0CF317" w14:textId="77777777" w:rsidR="004304B8" w:rsidRPr="004304B8" w:rsidRDefault="004304B8" w:rsidP="004304B8">
      <w:pPr>
        <w:pStyle w:val="isselectedend"/>
        <w:jc w:val="both"/>
        <w:rPr>
          <w:rFonts w:ascii="Verdana" w:hAnsi="Verdana"/>
          <w:sz w:val="20"/>
          <w:szCs w:val="20"/>
        </w:rPr>
      </w:pPr>
      <w:proofErr w:type="spellStart"/>
      <w:r w:rsidRPr="004304B8">
        <w:rPr>
          <w:rFonts w:ascii="Verdana" w:hAnsi="Verdana"/>
          <w:sz w:val="20"/>
          <w:szCs w:val="20"/>
        </w:rPr>
        <w:t>Persoanele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sau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organizațiile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interesate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vor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transmite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dosarul</w:t>
      </w:r>
      <w:proofErr w:type="spellEnd"/>
      <w:r w:rsidRPr="004304B8">
        <w:rPr>
          <w:rFonts w:ascii="Verdana" w:hAnsi="Verdana"/>
          <w:sz w:val="20"/>
          <w:szCs w:val="20"/>
        </w:rPr>
        <w:t xml:space="preserve"> de </w:t>
      </w:r>
      <w:proofErr w:type="spellStart"/>
      <w:r w:rsidRPr="004304B8">
        <w:rPr>
          <w:rFonts w:ascii="Verdana" w:hAnsi="Verdana"/>
          <w:sz w:val="20"/>
          <w:szCs w:val="20"/>
        </w:rPr>
        <w:t>aplicare</w:t>
      </w:r>
      <w:proofErr w:type="spellEnd"/>
      <w:r w:rsidRPr="004304B8">
        <w:rPr>
          <w:rFonts w:ascii="Verdana" w:hAnsi="Verdana"/>
          <w:sz w:val="20"/>
          <w:szCs w:val="20"/>
        </w:rPr>
        <w:t xml:space="preserve"> la </w:t>
      </w:r>
      <w:proofErr w:type="spellStart"/>
      <w:r w:rsidRPr="004304B8">
        <w:rPr>
          <w:rFonts w:ascii="Verdana" w:hAnsi="Verdana"/>
          <w:sz w:val="20"/>
          <w:szCs w:val="20"/>
        </w:rPr>
        <w:t>adresa</w:t>
      </w:r>
      <w:proofErr w:type="spellEnd"/>
      <w:r w:rsidRPr="004304B8">
        <w:rPr>
          <w:rFonts w:ascii="Verdana" w:hAnsi="Verdana"/>
          <w:sz w:val="20"/>
          <w:szCs w:val="20"/>
        </w:rPr>
        <w:t xml:space="preserve"> de e-mail </w:t>
      </w:r>
      <w:hyperlink r:id="rId8" w:history="1">
        <w:r w:rsidRPr="004304B8">
          <w:rPr>
            <w:rStyle w:val="Hyperlink"/>
            <w:rFonts w:ascii="Verdana" w:hAnsi="Verdana"/>
            <w:sz w:val="20"/>
            <w:szCs w:val="20"/>
          </w:rPr>
          <w:t>officehelpage@gmail.com</w:t>
        </w:r>
      </w:hyperlink>
      <w:r w:rsidRPr="004304B8">
        <w:rPr>
          <w:rFonts w:ascii="Verdana" w:hAnsi="Verdana"/>
          <w:sz w:val="20"/>
          <w:szCs w:val="20"/>
        </w:rPr>
        <w:t xml:space="preserve">, cu </w:t>
      </w:r>
      <w:proofErr w:type="spellStart"/>
      <w:r w:rsidRPr="004304B8">
        <w:rPr>
          <w:rFonts w:ascii="Verdana" w:hAnsi="Verdana"/>
          <w:sz w:val="20"/>
          <w:szCs w:val="20"/>
        </w:rPr>
        <w:t>mențiunea</w:t>
      </w:r>
      <w:proofErr w:type="spellEnd"/>
      <w:r w:rsidRPr="004304B8">
        <w:rPr>
          <w:rFonts w:ascii="Verdana" w:hAnsi="Verdana"/>
          <w:sz w:val="20"/>
          <w:szCs w:val="20"/>
        </w:rPr>
        <w:t xml:space="preserve"> „Concurs – Consultant(ă)/</w:t>
      </w:r>
      <w:proofErr w:type="spellStart"/>
      <w:r w:rsidRPr="004304B8">
        <w:rPr>
          <w:rFonts w:ascii="Verdana" w:hAnsi="Verdana"/>
          <w:sz w:val="20"/>
          <w:szCs w:val="20"/>
        </w:rPr>
        <w:t>organizație</w:t>
      </w:r>
      <w:proofErr w:type="spellEnd"/>
      <w:r w:rsidRPr="004304B8">
        <w:rPr>
          <w:rFonts w:ascii="Verdana" w:hAnsi="Verdana"/>
          <w:sz w:val="20"/>
          <w:szCs w:val="20"/>
        </w:rPr>
        <w:t xml:space="preserve"> de </w:t>
      </w:r>
      <w:proofErr w:type="spellStart"/>
      <w:r w:rsidRPr="004304B8">
        <w:rPr>
          <w:rFonts w:ascii="Verdana" w:hAnsi="Verdana"/>
          <w:sz w:val="20"/>
          <w:szCs w:val="20"/>
        </w:rPr>
        <w:t>consultanță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pentru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evaluarea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nevoilor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și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accesului</w:t>
      </w:r>
      <w:proofErr w:type="spellEnd"/>
      <w:r w:rsidRPr="004304B8">
        <w:rPr>
          <w:rFonts w:ascii="Verdana" w:hAnsi="Verdana"/>
          <w:sz w:val="20"/>
          <w:szCs w:val="20"/>
        </w:rPr>
        <w:t xml:space="preserve"> la </w:t>
      </w:r>
      <w:proofErr w:type="spellStart"/>
      <w:r w:rsidRPr="004304B8">
        <w:rPr>
          <w:rFonts w:ascii="Verdana" w:hAnsi="Verdana"/>
          <w:sz w:val="20"/>
          <w:szCs w:val="20"/>
        </w:rPr>
        <w:t>servicii</w:t>
      </w:r>
      <w:proofErr w:type="spellEnd"/>
      <w:r w:rsidRPr="004304B8">
        <w:rPr>
          <w:rFonts w:ascii="Verdana" w:hAnsi="Verdana"/>
          <w:sz w:val="20"/>
          <w:szCs w:val="20"/>
        </w:rPr>
        <w:t xml:space="preserve"> al </w:t>
      </w:r>
      <w:proofErr w:type="spellStart"/>
      <w:r w:rsidRPr="004304B8">
        <w:rPr>
          <w:rFonts w:ascii="Verdana" w:hAnsi="Verdana"/>
          <w:sz w:val="20"/>
          <w:szCs w:val="20"/>
        </w:rPr>
        <w:t>refugiaților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vârstnici</w:t>
      </w:r>
      <w:proofErr w:type="spellEnd"/>
      <w:r w:rsidRPr="004304B8">
        <w:rPr>
          <w:rFonts w:ascii="Verdana" w:hAnsi="Verdana"/>
          <w:sz w:val="20"/>
          <w:szCs w:val="20"/>
        </w:rPr>
        <w:t xml:space="preserve"> din </w:t>
      </w:r>
      <w:proofErr w:type="spellStart"/>
      <w:r w:rsidRPr="004304B8">
        <w:rPr>
          <w:rFonts w:ascii="Verdana" w:hAnsi="Verdana"/>
          <w:sz w:val="20"/>
          <w:szCs w:val="20"/>
        </w:rPr>
        <w:t>Ucraina</w:t>
      </w:r>
      <w:proofErr w:type="spellEnd"/>
      <w:r w:rsidRPr="004304B8">
        <w:rPr>
          <w:rFonts w:ascii="Verdana" w:hAnsi="Verdana"/>
          <w:sz w:val="20"/>
          <w:szCs w:val="20"/>
        </w:rPr>
        <w:t xml:space="preserve">”, </w:t>
      </w:r>
      <w:proofErr w:type="spellStart"/>
      <w:r w:rsidRPr="004304B8">
        <w:rPr>
          <w:rFonts w:ascii="Verdana" w:hAnsi="Verdana"/>
          <w:sz w:val="20"/>
          <w:szCs w:val="20"/>
        </w:rPr>
        <w:t>sau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îl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vor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depune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prin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poștă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ori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fizic</w:t>
      </w:r>
      <w:proofErr w:type="spellEnd"/>
      <w:r w:rsidRPr="004304B8">
        <w:rPr>
          <w:rFonts w:ascii="Verdana" w:hAnsi="Verdana"/>
          <w:sz w:val="20"/>
          <w:szCs w:val="20"/>
        </w:rPr>
        <w:t xml:space="preserve"> la </w:t>
      </w:r>
      <w:proofErr w:type="spellStart"/>
      <w:r w:rsidRPr="004304B8">
        <w:rPr>
          <w:rFonts w:ascii="Verdana" w:hAnsi="Verdana"/>
          <w:sz w:val="20"/>
          <w:szCs w:val="20"/>
        </w:rPr>
        <w:t>adresa</w:t>
      </w:r>
      <w:proofErr w:type="spellEnd"/>
      <w:r w:rsidRPr="004304B8">
        <w:rPr>
          <w:rFonts w:ascii="Verdana" w:hAnsi="Verdana"/>
          <w:sz w:val="20"/>
          <w:szCs w:val="20"/>
        </w:rPr>
        <w:t xml:space="preserve">: </w:t>
      </w:r>
      <w:proofErr w:type="spellStart"/>
      <w:r w:rsidRPr="004304B8">
        <w:rPr>
          <w:rFonts w:ascii="Verdana" w:hAnsi="Verdana"/>
          <w:sz w:val="20"/>
          <w:szCs w:val="20"/>
        </w:rPr>
        <w:t>mun</w:t>
      </w:r>
      <w:proofErr w:type="spellEnd"/>
      <w:r w:rsidRPr="004304B8">
        <w:rPr>
          <w:rFonts w:ascii="Verdana" w:hAnsi="Verdana"/>
          <w:sz w:val="20"/>
          <w:szCs w:val="20"/>
        </w:rPr>
        <w:t xml:space="preserve">. </w:t>
      </w:r>
      <w:proofErr w:type="spellStart"/>
      <w:r w:rsidRPr="004304B8">
        <w:rPr>
          <w:rFonts w:ascii="Verdana" w:hAnsi="Verdana"/>
          <w:sz w:val="20"/>
          <w:szCs w:val="20"/>
        </w:rPr>
        <w:t>Chișinău</w:t>
      </w:r>
      <w:proofErr w:type="spellEnd"/>
      <w:r w:rsidRPr="004304B8">
        <w:rPr>
          <w:rFonts w:ascii="Verdana" w:hAnsi="Verdana"/>
          <w:sz w:val="20"/>
          <w:szCs w:val="20"/>
        </w:rPr>
        <w:t xml:space="preserve">, MD-2005, str. </w:t>
      </w:r>
      <w:proofErr w:type="spellStart"/>
      <w:r w:rsidRPr="004304B8">
        <w:rPr>
          <w:rFonts w:ascii="Verdana" w:hAnsi="Verdana"/>
          <w:sz w:val="20"/>
          <w:szCs w:val="20"/>
        </w:rPr>
        <w:t>Bănulescu</w:t>
      </w:r>
      <w:proofErr w:type="spellEnd"/>
      <w:r w:rsidRPr="004304B8">
        <w:rPr>
          <w:rFonts w:ascii="Verdana" w:hAnsi="Verdana"/>
          <w:sz w:val="20"/>
          <w:szCs w:val="20"/>
        </w:rPr>
        <w:t xml:space="preserve">-Bodoni 57/1, of. 431, AO HelpAge Moldova, </w:t>
      </w:r>
      <w:proofErr w:type="spellStart"/>
      <w:r w:rsidRPr="004304B8">
        <w:rPr>
          <w:rFonts w:ascii="Verdana" w:hAnsi="Verdana"/>
          <w:sz w:val="20"/>
          <w:szCs w:val="20"/>
        </w:rPr>
        <w:t>până</w:t>
      </w:r>
      <w:proofErr w:type="spellEnd"/>
      <w:r w:rsidRPr="004304B8">
        <w:rPr>
          <w:rFonts w:ascii="Verdana" w:hAnsi="Verdana"/>
          <w:sz w:val="20"/>
          <w:szCs w:val="20"/>
        </w:rPr>
        <w:t xml:space="preserve"> la data de </w:t>
      </w:r>
      <w:r w:rsidRPr="004304B8">
        <w:rPr>
          <w:rStyle w:val="Strong"/>
          <w:rFonts w:ascii="Verdana" w:hAnsi="Verdana"/>
          <w:sz w:val="20"/>
          <w:szCs w:val="20"/>
        </w:rPr>
        <w:t xml:space="preserve">28 </w:t>
      </w:r>
      <w:proofErr w:type="spellStart"/>
      <w:r w:rsidRPr="004304B8">
        <w:rPr>
          <w:rStyle w:val="Strong"/>
          <w:rFonts w:ascii="Verdana" w:hAnsi="Verdana"/>
          <w:sz w:val="20"/>
          <w:szCs w:val="20"/>
        </w:rPr>
        <w:t>septembrie</w:t>
      </w:r>
      <w:proofErr w:type="spellEnd"/>
      <w:r w:rsidRPr="004304B8">
        <w:rPr>
          <w:rStyle w:val="Strong"/>
          <w:rFonts w:ascii="Verdana" w:hAnsi="Verdana"/>
          <w:sz w:val="20"/>
          <w:szCs w:val="20"/>
        </w:rPr>
        <w:t xml:space="preserve"> 2026, </w:t>
      </w:r>
      <w:proofErr w:type="spellStart"/>
      <w:r w:rsidRPr="004304B8">
        <w:rPr>
          <w:rStyle w:val="Strong"/>
          <w:rFonts w:ascii="Verdana" w:hAnsi="Verdana"/>
          <w:sz w:val="20"/>
          <w:szCs w:val="20"/>
        </w:rPr>
        <w:t>inclusiv</w:t>
      </w:r>
      <w:proofErr w:type="spellEnd"/>
      <w:r w:rsidRPr="004304B8">
        <w:rPr>
          <w:rFonts w:ascii="Verdana" w:hAnsi="Verdana"/>
          <w:sz w:val="20"/>
          <w:szCs w:val="20"/>
        </w:rPr>
        <w:t>.</w:t>
      </w:r>
    </w:p>
    <w:p w14:paraId="54D69DFC" w14:textId="77777777" w:rsidR="004304B8" w:rsidRPr="004304B8" w:rsidRDefault="004304B8" w:rsidP="004304B8">
      <w:pPr>
        <w:pStyle w:val="isselectedend"/>
        <w:jc w:val="both"/>
        <w:rPr>
          <w:rFonts w:ascii="Verdana" w:hAnsi="Verdana"/>
          <w:sz w:val="20"/>
          <w:szCs w:val="20"/>
        </w:rPr>
      </w:pPr>
      <w:proofErr w:type="spellStart"/>
      <w:r w:rsidRPr="004304B8">
        <w:rPr>
          <w:rFonts w:ascii="Verdana" w:hAnsi="Verdana"/>
          <w:sz w:val="20"/>
          <w:szCs w:val="20"/>
        </w:rPr>
        <w:t>Dosarul</w:t>
      </w:r>
      <w:proofErr w:type="spellEnd"/>
      <w:r w:rsidRPr="004304B8">
        <w:rPr>
          <w:rFonts w:ascii="Verdana" w:hAnsi="Verdana"/>
          <w:sz w:val="20"/>
          <w:szCs w:val="20"/>
        </w:rPr>
        <w:t xml:space="preserve"> de </w:t>
      </w:r>
      <w:proofErr w:type="spellStart"/>
      <w:r w:rsidRPr="004304B8">
        <w:rPr>
          <w:rFonts w:ascii="Verdana" w:hAnsi="Verdana"/>
          <w:sz w:val="20"/>
          <w:szCs w:val="20"/>
        </w:rPr>
        <w:t>aplicare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trebuie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să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conțină</w:t>
      </w:r>
      <w:proofErr w:type="spellEnd"/>
      <w:r w:rsidRPr="004304B8">
        <w:rPr>
          <w:rFonts w:ascii="Verdana" w:hAnsi="Verdana"/>
          <w:sz w:val="20"/>
          <w:szCs w:val="20"/>
        </w:rPr>
        <w:t>:</w:t>
      </w:r>
    </w:p>
    <w:p w14:paraId="4877A436" w14:textId="77777777" w:rsidR="004304B8" w:rsidRPr="004304B8" w:rsidRDefault="004304B8" w:rsidP="004304B8">
      <w:pPr>
        <w:numPr>
          <w:ilvl w:val="0"/>
          <w:numId w:val="19"/>
        </w:numPr>
        <w:spacing w:before="100" w:beforeAutospacing="1" w:afterAutospacing="1" w:line="240" w:lineRule="auto"/>
        <w:jc w:val="both"/>
        <w:rPr>
          <w:rFonts w:ascii="Verdana" w:hAnsi="Verdana"/>
          <w:sz w:val="20"/>
          <w:szCs w:val="20"/>
        </w:rPr>
      </w:pPr>
      <w:r w:rsidRPr="004304B8">
        <w:rPr>
          <w:rFonts w:ascii="Verdana" w:hAnsi="Verdana"/>
          <w:sz w:val="20"/>
          <w:szCs w:val="20"/>
        </w:rPr>
        <w:t xml:space="preserve">CV-ul </w:t>
      </w:r>
      <w:proofErr w:type="spellStart"/>
      <w:r w:rsidRPr="004304B8">
        <w:rPr>
          <w:rFonts w:ascii="Verdana" w:hAnsi="Verdana"/>
          <w:sz w:val="20"/>
          <w:szCs w:val="20"/>
        </w:rPr>
        <w:t>actualizat</w:t>
      </w:r>
      <w:proofErr w:type="spellEnd"/>
      <w:r w:rsidRPr="004304B8">
        <w:rPr>
          <w:rFonts w:ascii="Verdana" w:hAnsi="Verdana"/>
          <w:sz w:val="20"/>
          <w:szCs w:val="20"/>
        </w:rPr>
        <w:t xml:space="preserve"> al </w:t>
      </w:r>
      <w:proofErr w:type="spellStart"/>
      <w:r w:rsidRPr="004304B8">
        <w:rPr>
          <w:rFonts w:ascii="Verdana" w:hAnsi="Verdana"/>
          <w:sz w:val="20"/>
          <w:szCs w:val="20"/>
        </w:rPr>
        <w:t>consultantului</w:t>
      </w:r>
      <w:proofErr w:type="spellEnd"/>
      <w:r w:rsidRPr="004304B8">
        <w:rPr>
          <w:rFonts w:ascii="Verdana" w:hAnsi="Verdana"/>
          <w:sz w:val="20"/>
          <w:szCs w:val="20"/>
        </w:rPr>
        <w:t>/</w:t>
      </w:r>
      <w:proofErr w:type="spellStart"/>
      <w:r w:rsidRPr="004304B8">
        <w:rPr>
          <w:rFonts w:ascii="Verdana" w:hAnsi="Verdana"/>
          <w:sz w:val="20"/>
          <w:szCs w:val="20"/>
        </w:rPr>
        <w:t>consultantei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sau</w:t>
      </w:r>
      <w:proofErr w:type="spellEnd"/>
      <w:r w:rsidRPr="004304B8">
        <w:rPr>
          <w:rFonts w:ascii="Verdana" w:hAnsi="Verdana"/>
          <w:sz w:val="20"/>
          <w:szCs w:val="20"/>
        </w:rPr>
        <w:t xml:space="preserve">, </w:t>
      </w:r>
      <w:proofErr w:type="spellStart"/>
      <w:r w:rsidRPr="004304B8">
        <w:rPr>
          <w:rFonts w:ascii="Verdana" w:hAnsi="Verdana"/>
          <w:sz w:val="20"/>
          <w:szCs w:val="20"/>
        </w:rPr>
        <w:t>în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cazul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unei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organizații</w:t>
      </w:r>
      <w:proofErr w:type="spellEnd"/>
      <w:r w:rsidRPr="004304B8">
        <w:rPr>
          <w:rFonts w:ascii="Verdana" w:hAnsi="Verdana"/>
          <w:sz w:val="20"/>
          <w:szCs w:val="20"/>
        </w:rPr>
        <w:t xml:space="preserve"> de </w:t>
      </w:r>
      <w:proofErr w:type="spellStart"/>
      <w:r w:rsidRPr="004304B8">
        <w:rPr>
          <w:rFonts w:ascii="Verdana" w:hAnsi="Verdana"/>
          <w:sz w:val="20"/>
          <w:szCs w:val="20"/>
        </w:rPr>
        <w:t>consultanță</w:t>
      </w:r>
      <w:proofErr w:type="spellEnd"/>
      <w:r w:rsidRPr="004304B8">
        <w:rPr>
          <w:rFonts w:ascii="Verdana" w:hAnsi="Verdana"/>
          <w:sz w:val="20"/>
          <w:szCs w:val="20"/>
        </w:rPr>
        <w:t xml:space="preserve">, </w:t>
      </w:r>
      <w:proofErr w:type="spellStart"/>
      <w:r w:rsidRPr="004304B8">
        <w:rPr>
          <w:rFonts w:ascii="Verdana" w:hAnsi="Verdana"/>
          <w:sz w:val="20"/>
          <w:szCs w:val="20"/>
        </w:rPr>
        <w:t>profilul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organizației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și</w:t>
      </w:r>
      <w:proofErr w:type="spellEnd"/>
      <w:r w:rsidRPr="004304B8">
        <w:rPr>
          <w:rFonts w:ascii="Verdana" w:hAnsi="Verdana"/>
          <w:sz w:val="20"/>
          <w:szCs w:val="20"/>
        </w:rPr>
        <w:t xml:space="preserve"> CV-urile </w:t>
      </w:r>
      <w:proofErr w:type="spellStart"/>
      <w:r w:rsidRPr="004304B8">
        <w:rPr>
          <w:rFonts w:ascii="Verdana" w:hAnsi="Verdana"/>
          <w:sz w:val="20"/>
          <w:szCs w:val="20"/>
        </w:rPr>
        <w:t>experților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propuși</w:t>
      </w:r>
      <w:proofErr w:type="spellEnd"/>
      <w:r w:rsidRPr="004304B8">
        <w:rPr>
          <w:rFonts w:ascii="Verdana" w:hAnsi="Verdana"/>
          <w:sz w:val="20"/>
          <w:szCs w:val="20"/>
        </w:rPr>
        <w:t>;</w:t>
      </w:r>
    </w:p>
    <w:p w14:paraId="30E39963" w14:textId="77777777" w:rsidR="004304B8" w:rsidRPr="004304B8" w:rsidRDefault="004304B8" w:rsidP="004304B8">
      <w:pPr>
        <w:numPr>
          <w:ilvl w:val="0"/>
          <w:numId w:val="19"/>
        </w:numPr>
        <w:spacing w:before="100" w:beforeAutospacing="1" w:afterAutospacing="1" w:line="240" w:lineRule="auto"/>
        <w:jc w:val="both"/>
        <w:rPr>
          <w:rFonts w:ascii="Verdana" w:hAnsi="Verdana"/>
          <w:sz w:val="20"/>
          <w:szCs w:val="20"/>
        </w:rPr>
      </w:pPr>
      <w:r w:rsidRPr="004304B8">
        <w:rPr>
          <w:rFonts w:ascii="Verdana" w:hAnsi="Verdana"/>
          <w:sz w:val="20"/>
          <w:szCs w:val="20"/>
        </w:rPr>
        <w:t xml:space="preserve">o </w:t>
      </w:r>
      <w:proofErr w:type="spellStart"/>
      <w:r w:rsidRPr="004304B8">
        <w:rPr>
          <w:rFonts w:ascii="Verdana" w:hAnsi="Verdana"/>
          <w:sz w:val="20"/>
          <w:szCs w:val="20"/>
        </w:rPr>
        <w:t>propunere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tehnică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succintă</w:t>
      </w:r>
      <w:proofErr w:type="spellEnd"/>
      <w:r w:rsidRPr="004304B8">
        <w:rPr>
          <w:rFonts w:ascii="Verdana" w:hAnsi="Verdana"/>
          <w:sz w:val="20"/>
          <w:szCs w:val="20"/>
        </w:rPr>
        <w:t xml:space="preserve">, care </w:t>
      </w:r>
      <w:proofErr w:type="spellStart"/>
      <w:r w:rsidRPr="004304B8">
        <w:rPr>
          <w:rFonts w:ascii="Verdana" w:hAnsi="Verdana"/>
          <w:sz w:val="20"/>
          <w:szCs w:val="20"/>
        </w:rPr>
        <w:t>să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includă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înțelegerea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sarcinii</w:t>
      </w:r>
      <w:proofErr w:type="spellEnd"/>
      <w:r w:rsidRPr="004304B8">
        <w:rPr>
          <w:rFonts w:ascii="Verdana" w:hAnsi="Verdana"/>
          <w:sz w:val="20"/>
          <w:szCs w:val="20"/>
        </w:rPr>
        <w:t xml:space="preserve">, </w:t>
      </w:r>
      <w:proofErr w:type="spellStart"/>
      <w:r w:rsidRPr="004304B8">
        <w:rPr>
          <w:rFonts w:ascii="Verdana" w:hAnsi="Verdana"/>
          <w:sz w:val="20"/>
          <w:szCs w:val="20"/>
        </w:rPr>
        <w:t>metodologia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propusă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și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planul</w:t>
      </w:r>
      <w:proofErr w:type="spellEnd"/>
      <w:r w:rsidRPr="004304B8">
        <w:rPr>
          <w:rFonts w:ascii="Verdana" w:hAnsi="Verdana"/>
          <w:sz w:val="20"/>
          <w:szCs w:val="20"/>
        </w:rPr>
        <w:t xml:space="preserve"> de </w:t>
      </w:r>
      <w:proofErr w:type="spellStart"/>
      <w:r w:rsidRPr="004304B8">
        <w:rPr>
          <w:rFonts w:ascii="Verdana" w:hAnsi="Verdana"/>
          <w:sz w:val="20"/>
          <w:szCs w:val="20"/>
        </w:rPr>
        <w:t>lucru</w:t>
      </w:r>
      <w:proofErr w:type="spellEnd"/>
      <w:r w:rsidRPr="004304B8">
        <w:rPr>
          <w:rFonts w:ascii="Verdana" w:hAnsi="Verdana"/>
          <w:sz w:val="20"/>
          <w:szCs w:val="20"/>
        </w:rPr>
        <w:t>;</w:t>
      </w:r>
    </w:p>
    <w:p w14:paraId="268048C7" w14:textId="77777777" w:rsidR="004304B8" w:rsidRPr="004304B8" w:rsidRDefault="004304B8" w:rsidP="004304B8">
      <w:pPr>
        <w:numPr>
          <w:ilvl w:val="0"/>
          <w:numId w:val="19"/>
        </w:numPr>
        <w:spacing w:before="100" w:beforeAutospacing="1" w:afterAutospacing="1" w:line="24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4304B8">
        <w:rPr>
          <w:rFonts w:ascii="Verdana" w:hAnsi="Verdana"/>
          <w:sz w:val="20"/>
          <w:szCs w:val="20"/>
        </w:rPr>
        <w:t>oferta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financiară</w:t>
      </w:r>
      <w:proofErr w:type="spellEnd"/>
      <w:r w:rsidRPr="004304B8">
        <w:rPr>
          <w:rFonts w:ascii="Verdana" w:hAnsi="Verdana"/>
          <w:sz w:val="20"/>
          <w:szCs w:val="20"/>
        </w:rPr>
        <w:t xml:space="preserve">, cu </w:t>
      </w:r>
      <w:proofErr w:type="spellStart"/>
      <w:r w:rsidRPr="004304B8">
        <w:rPr>
          <w:rFonts w:ascii="Verdana" w:hAnsi="Verdana"/>
          <w:sz w:val="20"/>
          <w:szCs w:val="20"/>
        </w:rPr>
        <w:t>indicarea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onorariului</w:t>
      </w:r>
      <w:proofErr w:type="spellEnd"/>
      <w:r w:rsidRPr="004304B8">
        <w:rPr>
          <w:rFonts w:ascii="Verdana" w:hAnsi="Verdana"/>
          <w:sz w:val="20"/>
          <w:szCs w:val="20"/>
        </w:rPr>
        <w:t xml:space="preserve"> per zi, </w:t>
      </w:r>
      <w:proofErr w:type="spellStart"/>
      <w:r w:rsidRPr="004304B8">
        <w:rPr>
          <w:rFonts w:ascii="Verdana" w:hAnsi="Verdana"/>
          <w:sz w:val="20"/>
          <w:szCs w:val="20"/>
        </w:rPr>
        <w:t>numărului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estimat</w:t>
      </w:r>
      <w:proofErr w:type="spellEnd"/>
      <w:r w:rsidRPr="004304B8">
        <w:rPr>
          <w:rFonts w:ascii="Verdana" w:hAnsi="Verdana"/>
          <w:sz w:val="20"/>
          <w:szCs w:val="20"/>
        </w:rPr>
        <w:t xml:space="preserve"> de </w:t>
      </w:r>
      <w:proofErr w:type="spellStart"/>
      <w:r w:rsidRPr="004304B8">
        <w:rPr>
          <w:rFonts w:ascii="Verdana" w:hAnsi="Verdana"/>
          <w:sz w:val="20"/>
          <w:szCs w:val="20"/>
        </w:rPr>
        <w:t>zile</w:t>
      </w:r>
      <w:proofErr w:type="spellEnd"/>
      <w:r w:rsidRPr="004304B8">
        <w:rPr>
          <w:rFonts w:ascii="Verdana" w:hAnsi="Verdana"/>
          <w:sz w:val="20"/>
          <w:szCs w:val="20"/>
        </w:rPr>
        <w:t xml:space="preserve"> de </w:t>
      </w:r>
      <w:proofErr w:type="spellStart"/>
      <w:r w:rsidRPr="004304B8">
        <w:rPr>
          <w:rFonts w:ascii="Verdana" w:hAnsi="Verdana"/>
          <w:sz w:val="20"/>
          <w:szCs w:val="20"/>
        </w:rPr>
        <w:t>lucru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și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bugetului</w:t>
      </w:r>
      <w:proofErr w:type="spellEnd"/>
      <w:r w:rsidRPr="004304B8">
        <w:rPr>
          <w:rFonts w:ascii="Verdana" w:hAnsi="Verdana"/>
          <w:sz w:val="20"/>
          <w:szCs w:val="20"/>
        </w:rPr>
        <w:t xml:space="preserve"> total, </w:t>
      </w:r>
      <w:proofErr w:type="spellStart"/>
      <w:r w:rsidRPr="004304B8">
        <w:rPr>
          <w:rFonts w:ascii="Verdana" w:hAnsi="Verdana"/>
          <w:sz w:val="20"/>
          <w:szCs w:val="20"/>
        </w:rPr>
        <w:t>inclusiv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toate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taxele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aplicabile</w:t>
      </w:r>
      <w:proofErr w:type="spellEnd"/>
      <w:r w:rsidRPr="004304B8">
        <w:rPr>
          <w:rFonts w:ascii="Verdana" w:hAnsi="Verdana"/>
          <w:sz w:val="20"/>
          <w:szCs w:val="20"/>
        </w:rPr>
        <w:t>;</w:t>
      </w:r>
    </w:p>
    <w:p w14:paraId="2274BDA8" w14:textId="77777777" w:rsidR="004304B8" w:rsidRPr="004304B8" w:rsidRDefault="004304B8" w:rsidP="004304B8">
      <w:pPr>
        <w:numPr>
          <w:ilvl w:val="0"/>
          <w:numId w:val="19"/>
        </w:numPr>
        <w:spacing w:before="100" w:beforeAutospacing="1" w:afterAutospacing="1" w:line="24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4304B8">
        <w:rPr>
          <w:rFonts w:ascii="Verdana" w:hAnsi="Verdana"/>
          <w:sz w:val="20"/>
          <w:szCs w:val="20"/>
        </w:rPr>
        <w:t>exemple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sau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referințe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privind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evaluări</w:t>
      </w:r>
      <w:proofErr w:type="spellEnd"/>
      <w:r w:rsidRPr="004304B8">
        <w:rPr>
          <w:rFonts w:ascii="Verdana" w:hAnsi="Verdana"/>
          <w:sz w:val="20"/>
          <w:szCs w:val="20"/>
        </w:rPr>
        <w:t xml:space="preserve">, </w:t>
      </w:r>
      <w:proofErr w:type="spellStart"/>
      <w:r w:rsidRPr="004304B8">
        <w:rPr>
          <w:rFonts w:ascii="Verdana" w:hAnsi="Verdana"/>
          <w:sz w:val="20"/>
          <w:szCs w:val="20"/>
        </w:rPr>
        <w:t>studii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sau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alte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lucrări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similare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realizate</w:t>
      </w:r>
      <w:proofErr w:type="spellEnd"/>
      <w:r w:rsidRPr="004304B8">
        <w:rPr>
          <w:rFonts w:ascii="Verdana" w:hAnsi="Verdana"/>
          <w:sz w:val="20"/>
          <w:szCs w:val="20"/>
        </w:rPr>
        <w:t xml:space="preserve"> anterior.</w:t>
      </w:r>
    </w:p>
    <w:p w14:paraId="59061E5E" w14:textId="050E5753" w:rsidR="004304B8" w:rsidRPr="004304B8" w:rsidRDefault="004304B8" w:rsidP="004304B8">
      <w:pPr>
        <w:pStyle w:val="isselectedend"/>
        <w:jc w:val="both"/>
        <w:rPr>
          <w:rFonts w:ascii="Verdana" w:hAnsi="Verdana"/>
          <w:sz w:val="20"/>
          <w:szCs w:val="20"/>
        </w:rPr>
      </w:pPr>
      <w:proofErr w:type="spellStart"/>
      <w:r w:rsidRPr="004304B8">
        <w:rPr>
          <w:rFonts w:ascii="Verdana" w:hAnsi="Verdana"/>
          <w:sz w:val="20"/>
          <w:szCs w:val="20"/>
        </w:rPr>
        <w:t>Dosarele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prezentate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după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expirarea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termenului-limită</w:t>
      </w:r>
      <w:proofErr w:type="spellEnd"/>
      <w:r w:rsidRPr="004304B8">
        <w:rPr>
          <w:rFonts w:ascii="Verdana" w:hAnsi="Verdana"/>
          <w:sz w:val="20"/>
          <w:szCs w:val="20"/>
        </w:rPr>
        <w:t xml:space="preserve"> nu </w:t>
      </w:r>
      <w:proofErr w:type="spellStart"/>
      <w:r w:rsidRPr="004304B8">
        <w:rPr>
          <w:rFonts w:ascii="Verdana" w:hAnsi="Verdana"/>
          <w:sz w:val="20"/>
          <w:szCs w:val="20"/>
        </w:rPr>
        <w:t>vor</w:t>
      </w:r>
      <w:proofErr w:type="spellEnd"/>
      <w:r w:rsidRPr="004304B8">
        <w:rPr>
          <w:rFonts w:ascii="Verdana" w:hAnsi="Verdana"/>
          <w:sz w:val="20"/>
          <w:szCs w:val="20"/>
        </w:rPr>
        <w:t xml:space="preserve"> fi </w:t>
      </w:r>
      <w:proofErr w:type="spellStart"/>
      <w:r w:rsidRPr="004304B8">
        <w:rPr>
          <w:rFonts w:ascii="Verdana" w:hAnsi="Verdana"/>
          <w:sz w:val="20"/>
          <w:szCs w:val="20"/>
        </w:rPr>
        <w:t>admise</w:t>
      </w:r>
      <w:proofErr w:type="spellEnd"/>
      <w:r w:rsidRPr="004304B8">
        <w:rPr>
          <w:rFonts w:ascii="Verdana" w:hAnsi="Verdana"/>
          <w:sz w:val="20"/>
          <w:szCs w:val="20"/>
        </w:rPr>
        <w:t xml:space="preserve"> la concurs. AO HelpAge Moldova </w:t>
      </w:r>
      <w:proofErr w:type="spellStart"/>
      <w:r w:rsidRPr="004304B8">
        <w:rPr>
          <w:rFonts w:ascii="Verdana" w:hAnsi="Verdana"/>
          <w:sz w:val="20"/>
          <w:szCs w:val="20"/>
        </w:rPr>
        <w:t>își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rezervă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dreptul</w:t>
      </w:r>
      <w:proofErr w:type="spellEnd"/>
      <w:r w:rsidRPr="004304B8">
        <w:rPr>
          <w:rFonts w:ascii="Verdana" w:hAnsi="Verdana"/>
          <w:sz w:val="20"/>
          <w:szCs w:val="20"/>
        </w:rPr>
        <w:t xml:space="preserve"> de a </w:t>
      </w:r>
      <w:proofErr w:type="spellStart"/>
      <w:r w:rsidRPr="004304B8">
        <w:rPr>
          <w:rFonts w:ascii="Verdana" w:hAnsi="Verdana"/>
          <w:sz w:val="20"/>
          <w:szCs w:val="20"/>
        </w:rPr>
        <w:t>solicita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informații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sau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documente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suplimentare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pentru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confirmarea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experienței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și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calificărilor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prezentate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și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dreptul</w:t>
      </w:r>
      <w:proofErr w:type="spellEnd"/>
      <w:r w:rsidRPr="004304B8">
        <w:rPr>
          <w:rFonts w:ascii="Verdana" w:hAnsi="Verdana"/>
          <w:sz w:val="20"/>
          <w:szCs w:val="20"/>
        </w:rPr>
        <w:t xml:space="preserve"> de a </w:t>
      </w:r>
      <w:proofErr w:type="spellStart"/>
      <w:r w:rsidRPr="004304B8">
        <w:rPr>
          <w:rFonts w:ascii="Verdana" w:hAnsi="Verdana"/>
          <w:sz w:val="20"/>
          <w:szCs w:val="20"/>
        </w:rPr>
        <w:t>nu</w:t>
      </w:r>
      <w:proofErr w:type="spellEnd"/>
      <w:r w:rsidRPr="004304B8">
        <w:rPr>
          <w:rFonts w:ascii="Verdana" w:hAnsi="Verdana"/>
          <w:sz w:val="20"/>
          <w:szCs w:val="20"/>
        </w:rPr>
        <w:t xml:space="preserve"> selecta </w:t>
      </w:r>
      <w:proofErr w:type="spellStart"/>
      <w:r w:rsidRPr="004304B8">
        <w:rPr>
          <w:rFonts w:ascii="Verdana" w:hAnsi="Verdana"/>
          <w:sz w:val="20"/>
          <w:szCs w:val="20"/>
        </w:rPr>
        <w:t>niciun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candidat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în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cazul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în</w:t>
      </w:r>
      <w:proofErr w:type="spellEnd"/>
      <w:r w:rsidRPr="004304B8">
        <w:rPr>
          <w:rFonts w:ascii="Verdana" w:hAnsi="Verdana"/>
          <w:sz w:val="20"/>
          <w:szCs w:val="20"/>
        </w:rPr>
        <w:t xml:space="preserve"> care </w:t>
      </w:r>
      <w:proofErr w:type="spellStart"/>
      <w:r w:rsidRPr="004304B8">
        <w:rPr>
          <w:rFonts w:ascii="Verdana" w:hAnsi="Verdana"/>
          <w:sz w:val="20"/>
          <w:szCs w:val="20"/>
        </w:rPr>
        <w:t>ofertele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primite</w:t>
      </w:r>
      <w:proofErr w:type="spellEnd"/>
      <w:r w:rsidRPr="004304B8">
        <w:rPr>
          <w:rFonts w:ascii="Verdana" w:hAnsi="Verdana"/>
          <w:sz w:val="20"/>
          <w:szCs w:val="20"/>
        </w:rPr>
        <w:t xml:space="preserve"> nu </w:t>
      </w:r>
      <w:proofErr w:type="spellStart"/>
      <w:r w:rsidRPr="004304B8">
        <w:rPr>
          <w:rFonts w:ascii="Verdana" w:hAnsi="Verdana"/>
          <w:sz w:val="20"/>
          <w:szCs w:val="20"/>
        </w:rPr>
        <w:t>corespund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cerințelor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stabilite</w:t>
      </w:r>
      <w:proofErr w:type="spellEnd"/>
      <w:r w:rsidRPr="004304B8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Dosarele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vor</w:t>
      </w:r>
      <w:proofErr w:type="spellEnd"/>
      <w:r w:rsidRPr="004304B8">
        <w:rPr>
          <w:rFonts w:ascii="Verdana" w:hAnsi="Verdana"/>
          <w:sz w:val="20"/>
          <w:szCs w:val="20"/>
        </w:rPr>
        <w:t xml:space="preserve"> fi evaluate </w:t>
      </w:r>
      <w:proofErr w:type="spellStart"/>
      <w:r w:rsidRPr="004304B8">
        <w:rPr>
          <w:rFonts w:ascii="Verdana" w:hAnsi="Verdana"/>
          <w:sz w:val="20"/>
          <w:szCs w:val="20"/>
        </w:rPr>
        <w:t>în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baza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experienței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și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calificărilor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relevante</w:t>
      </w:r>
      <w:proofErr w:type="spellEnd"/>
      <w:r w:rsidRPr="004304B8">
        <w:rPr>
          <w:rFonts w:ascii="Verdana" w:hAnsi="Verdana"/>
          <w:sz w:val="20"/>
          <w:szCs w:val="20"/>
        </w:rPr>
        <w:t xml:space="preserve"> – </w:t>
      </w:r>
      <w:r w:rsidRPr="004304B8">
        <w:rPr>
          <w:rStyle w:val="Strong"/>
          <w:rFonts w:ascii="Verdana" w:hAnsi="Verdana"/>
          <w:sz w:val="20"/>
          <w:szCs w:val="20"/>
        </w:rPr>
        <w:t>60%</w:t>
      </w:r>
      <w:r w:rsidRPr="004304B8">
        <w:rPr>
          <w:rFonts w:ascii="Verdana" w:hAnsi="Verdana"/>
          <w:sz w:val="20"/>
          <w:szCs w:val="20"/>
        </w:rPr>
        <w:t xml:space="preserve">, </w:t>
      </w:r>
      <w:proofErr w:type="spellStart"/>
      <w:r w:rsidRPr="004304B8">
        <w:rPr>
          <w:rFonts w:ascii="Verdana" w:hAnsi="Verdana"/>
          <w:sz w:val="20"/>
          <w:szCs w:val="20"/>
        </w:rPr>
        <w:t>și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gramStart"/>
      <w:r w:rsidRPr="004304B8">
        <w:rPr>
          <w:rFonts w:ascii="Verdana" w:hAnsi="Verdana"/>
          <w:sz w:val="20"/>
          <w:szCs w:val="20"/>
        </w:rPr>
        <w:t>a</w:t>
      </w:r>
      <w:proofErr w:type="gram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ofertei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financiare</w:t>
      </w:r>
      <w:proofErr w:type="spellEnd"/>
      <w:r w:rsidRPr="004304B8">
        <w:rPr>
          <w:rFonts w:ascii="Verdana" w:hAnsi="Verdana"/>
          <w:sz w:val="20"/>
          <w:szCs w:val="20"/>
        </w:rPr>
        <w:t xml:space="preserve"> – </w:t>
      </w:r>
      <w:r w:rsidRPr="004304B8">
        <w:rPr>
          <w:rStyle w:val="Strong"/>
          <w:rFonts w:ascii="Verdana" w:hAnsi="Verdana"/>
          <w:sz w:val="20"/>
          <w:szCs w:val="20"/>
        </w:rPr>
        <w:t>40%</w:t>
      </w:r>
      <w:r w:rsidRPr="004304B8">
        <w:rPr>
          <w:rFonts w:ascii="Verdana" w:hAnsi="Verdana"/>
          <w:sz w:val="20"/>
          <w:szCs w:val="20"/>
        </w:rPr>
        <w:t xml:space="preserve">. </w:t>
      </w:r>
      <w:proofErr w:type="spellStart"/>
      <w:r w:rsidRPr="004304B8">
        <w:rPr>
          <w:rFonts w:ascii="Verdana" w:hAnsi="Verdana"/>
          <w:sz w:val="20"/>
          <w:szCs w:val="20"/>
        </w:rPr>
        <w:t>Doar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candidatul</w:t>
      </w:r>
      <w:proofErr w:type="spellEnd"/>
      <w:r w:rsidRPr="004304B8">
        <w:rPr>
          <w:rFonts w:ascii="Verdana" w:hAnsi="Verdana"/>
          <w:sz w:val="20"/>
          <w:szCs w:val="20"/>
        </w:rPr>
        <w:t>/</w:t>
      </w:r>
      <w:proofErr w:type="spellStart"/>
      <w:r w:rsidRPr="004304B8">
        <w:rPr>
          <w:rFonts w:ascii="Verdana" w:hAnsi="Verdana"/>
          <w:sz w:val="20"/>
          <w:szCs w:val="20"/>
        </w:rPr>
        <w:t>candidata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sau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organizația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selectată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va</w:t>
      </w:r>
      <w:proofErr w:type="spellEnd"/>
      <w:r w:rsidRPr="004304B8">
        <w:rPr>
          <w:rFonts w:ascii="Verdana" w:hAnsi="Verdana"/>
          <w:sz w:val="20"/>
          <w:szCs w:val="20"/>
        </w:rPr>
        <w:t xml:space="preserve"> fi </w:t>
      </w:r>
      <w:proofErr w:type="spellStart"/>
      <w:r w:rsidRPr="004304B8">
        <w:rPr>
          <w:rFonts w:ascii="Verdana" w:hAnsi="Verdana"/>
          <w:sz w:val="20"/>
          <w:szCs w:val="20"/>
        </w:rPr>
        <w:t>contactată</w:t>
      </w:r>
      <w:proofErr w:type="spellEnd"/>
      <w:r w:rsidRPr="004304B8">
        <w:rPr>
          <w:rFonts w:ascii="Verdana" w:hAnsi="Verdana"/>
          <w:sz w:val="20"/>
          <w:szCs w:val="20"/>
        </w:rPr>
        <w:t xml:space="preserve"> cu </w:t>
      </w:r>
      <w:proofErr w:type="spellStart"/>
      <w:r w:rsidRPr="004304B8">
        <w:rPr>
          <w:rFonts w:ascii="Verdana" w:hAnsi="Verdana"/>
          <w:sz w:val="20"/>
          <w:szCs w:val="20"/>
        </w:rPr>
        <w:t>privire</w:t>
      </w:r>
      <w:proofErr w:type="spellEnd"/>
      <w:r w:rsidRPr="004304B8">
        <w:rPr>
          <w:rFonts w:ascii="Verdana" w:hAnsi="Verdana"/>
          <w:sz w:val="20"/>
          <w:szCs w:val="20"/>
        </w:rPr>
        <w:t xml:space="preserve"> la </w:t>
      </w:r>
      <w:proofErr w:type="spellStart"/>
      <w:r w:rsidRPr="004304B8">
        <w:rPr>
          <w:rFonts w:ascii="Verdana" w:hAnsi="Verdana"/>
          <w:sz w:val="20"/>
          <w:szCs w:val="20"/>
        </w:rPr>
        <w:t>rezultatul</w:t>
      </w:r>
      <w:proofErr w:type="spellEnd"/>
      <w:r w:rsidRPr="004304B8">
        <w:rPr>
          <w:rFonts w:ascii="Verdana" w:hAnsi="Verdana"/>
          <w:sz w:val="20"/>
          <w:szCs w:val="20"/>
        </w:rPr>
        <w:t xml:space="preserve"> </w:t>
      </w:r>
      <w:proofErr w:type="spellStart"/>
      <w:r w:rsidRPr="004304B8">
        <w:rPr>
          <w:rFonts w:ascii="Verdana" w:hAnsi="Verdana"/>
          <w:sz w:val="20"/>
          <w:szCs w:val="20"/>
        </w:rPr>
        <w:t>concursului</w:t>
      </w:r>
      <w:proofErr w:type="spellEnd"/>
      <w:r w:rsidRPr="004304B8">
        <w:rPr>
          <w:rFonts w:ascii="Verdana" w:hAnsi="Verdana"/>
          <w:sz w:val="20"/>
          <w:szCs w:val="20"/>
        </w:rPr>
        <w:t>.</w:t>
      </w:r>
    </w:p>
    <w:p w14:paraId="420AFD2E" w14:textId="2E469B11" w:rsidR="00FE4ACA" w:rsidRPr="004304B8" w:rsidRDefault="004304B8" w:rsidP="004304B8">
      <w:pPr>
        <w:jc w:val="both"/>
        <w:rPr>
          <w:rFonts w:ascii="Verdana" w:hAnsi="Verdana"/>
          <w:i/>
          <w:iCs/>
          <w:sz w:val="20"/>
          <w:szCs w:val="20"/>
        </w:rPr>
      </w:pPr>
      <w:proofErr w:type="spellStart"/>
      <w:r w:rsidRPr="004304B8">
        <w:rPr>
          <w:i/>
          <w:iCs/>
        </w:rPr>
        <w:t>Toate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produsele</w:t>
      </w:r>
      <w:proofErr w:type="spellEnd"/>
      <w:r w:rsidRPr="004304B8">
        <w:rPr>
          <w:i/>
          <w:iCs/>
        </w:rPr>
        <w:t xml:space="preserve">, </w:t>
      </w:r>
      <w:proofErr w:type="spellStart"/>
      <w:r w:rsidRPr="004304B8">
        <w:rPr>
          <w:i/>
          <w:iCs/>
        </w:rPr>
        <w:t>materialele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și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livrabilele</w:t>
      </w:r>
      <w:proofErr w:type="spellEnd"/>
      <w:r w:rsidRPr="004304B8">
        <w:rPr>
          <w:i/>
          <w:iCs/>
        </w:rPr>
        <w:t xml:space="preserve"> elaborate </w:t>
      </w:r>
      <w:proofErr w:type="spellStart"/>
      <w:r w:rsidRPr="004304B8">
        <w:rPr>
          <w:i/>
          <w:iCs/>
        </w:rPr>
        <w:t>în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cadrul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prezentei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consultanțe</w:t>
      </w:r>
      <w:proofErr w:type="spellEnd"/>
      <w:r w:rsidRPr="004304B8">
        <w:rPr>
          <w:i/>
          <w:iCs/>
        </w:rPr>
        <w:t xml:space="preserve">, </w:t>
      </w:r>
      <w:proofErr w:type="spellStart"/>
      <w:r w:rsidRPr="004304B8">
        <w:rPr>
          <w:i/>
          <w:iCs/>
        </w:rPr>
        <w:t>inclusiv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instrumentele</w:t>
      </w:r>
      <w:proofErr w:type="spellEnd"/>
      <w:r w:rsidRPr="004304B8">
        <w:rPr>
          <w:i/>
          <w:iCs/>
        </w:rPr>
        <w:t xml:space="preserve"> de </w:t>
      </w:r>
      <w:proofErr w:type="spellStart"/>
      <w:r w:rsidRPr="004304B8">
        <w:rPr>
          <w:i/>
          <w:iCs/>
        </w:rPr>
        <w:t>colectare</w:t>
      </w:r>
      <w:proofErr w:type="spellEnd"/>
      <w:r w:rsidRPr="004304B8">
        <w:rPr>
          <w:i/>
          <w:iCs/>
        </w:rPr>
        <w:t xml:space="preserve"> a </w:t>
      </w:r>
      <w:proofErr w:type="spellStart"/>
      <w:r w:rsidRPr="004304B8">
        <w:rPr>
          <w:i/>
          <w:iCs/>
        </w:rPr>
        <w:t>datelor</w:t>
      </w:r>
      <w:proofErr w:type="spellEnd"/>
      <w:r w:rsidRPr="004304B8">
        <w:rPr>
          <w:i/>
          <w:iCs/>
        </w:rPr>
        <w:t xml:space="preserve">, </w:t>
      </w:r>
      <w:proofErr w:type="spellStart"/>
      <w:r w:rsidRPr="004304B8">
        <w:rPr>
          <w:i/>
          <w:iCs/>
        </w:rPr>
        <w:t>bazele</w:t>
      </w:r>
      <w:proofErr w:type="spellEnd"/>
      <w:r w:rsidRPr="004304B8">
        <w:rPr>
          <w:i/>
          <w:iCs/>
        </w:rPr>
        <w:t xml:space="preserve"> de date, </w:t>
      </w:r>
      <w:proofErr w:type="spellStart"/>
      <w:r w:rsidRPr="004304B8">
        <w:rPr>
          <w:i/>
          <w:iCs/>
        </w:rPr>
        <w:t>analizele</w:t>
      </w:r>
      <w:proofErr w:type="spellEnd"/>
      <w:r w:rsidRPr="004304B8">
        <w:rPr>
          <w:i/>
          <w:iCs/>
        </w:rPr>
        <w:t xml:space="preserve">, </w:t>
      </w:r>
      <w:proofErr w:type="spellStart"/>
      <w:r w:rsidRPr="004304B8">
        <w:rPr>
          <w:i/>
          <w:iCs/>
        </w:rPr>
        <w:t>rapoartele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și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prezentările</w:t>
      </w:r>
      <w:proofErr w:type="spellEnd"/>
      <w:r w:rsidRPr="004304B8">
        <w:rPr>
          <w:i/>
          <w:iCs/>
        </w:rPr>
        <w:t xml:space="preserve">, </w:t>
      </w:r>
      <w:proofErr w:type="spellStart"/>
      <w:r w:rsidRPr="004304B8">
        <w:rPr>
          <w:i/>
          <w:iCs/>
        </w:rPr>
        <w:t>vor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rămâne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proprietatea</w:t>
      </w:r>
      <w:proofErr w:type="spellEnd"/>
      <w:r w:rsidRPr="004304B8">
        <w:rPr>
          <w:i/>
          <w:iCs/>
        </w:rPr>
        <w:t xml:space="preserve"> AO HelpAge Moldova. </w:t>
      </w:r>
      <w:proofErr w:type="spellStart"/>
      <w:r w:rsidRPr="004304B8">
        <w:rPr>
          <w:i/>
          <w:iCs/>
        </w:rPr>
        <w:t>Consultantul</w:t>
      </w:r>
      <w:proofErr w:type="spellEnd"/>
      <w:r w:rsidRPr="004304B8">
        <w:rPr>
          <w:i/>
          <w:iCs/>
        </w:rPr>
        <w:t>/</w:t>
      </w:r>
      <w:proofErr w:type="spellStart"/>
      <w:r w:rsidRPr="004304B8">
        <w:rPr>
          <w:i/>
          <w:iCs/>
        </w:rPr>
        <w:t>consultanta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își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păstrează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drepturile</w:t>
      </w:r>
      <w:proofErr w:type="spellEnd"/>
      <w:r w:rsidRPr="004304B8">
        <w:rPr>
          <w:i/>
          <w:iCs/>
        </w:rPr>
        <w:t xml:space="preserve"> morale de </w:t>
      </w:r>
      <w:proofErr w:type="spellStart"/>
      <w:r w:rsidRPr="004304B8">
        <w:rPr>
          <w:i/>
          <w:iCs/>
        </w:rPr>
        <w:t>autor</w:t>
      </w:r>
      <w:proofErr w:type="spellEnd"/>
      <w:r w:rsidRPr="004304B8">
        <w:rPr>
          <w:i/>
          <w:iCs/>
        </w:rPr>
        <w:t xml:space="preserve">, </w:t>
      </w:r>
      <w:proofErr w:type="spellStart"/>
      <w:r w:rsidRPr="004304B8">
        <w:rPr>
          <w:i/>
          <w:iCs/>
        </w:rPr>
        <w:t>iar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drepturile</w:t>
      </w:r>
      <w:proofErr w:type="spellEnd"/>
      <w:r w:rsidRPr="004304B8">
        <w:rPr>
          <w:i/>
          <w:iCs/>
        </w:rPr>
        <w:t xml:space="preserve"> de </w:t>
      </w:r>
      <w:proofErr w:type="spellStart"/>
      <w:r w:rsidRPr="004304B8">
        <w:rPr>
          <w:i/>
          <w:iCs/>
        </w:rPr>
        <w:t>utilizare</w:t>
      </w:r>
      <w:proofErr w:type="spellEnd"/>
      <w:r w:rsidRPr="004304B8">
        <w:rPr>
          <w:i/>
          <w:iCs/>
        </w:rPr>
        <w:t xml:space="preserve">, </w:t>
      </w:r>
      <w:proofErr w:type="spellStart"/>
      <w:r w:rsidRPr="004304B8">
        <w:rPr>
          <w:i/>
          <w:iCs/>
        </w:rPr>
        <w:t>publicare</w:t>
      </w:r>
      <w:proofErr w:type="spellEnd"/>
      <w:r w:rsidRPr="004304B8">
        <w:rPr>
          <w:i/>
          <w:iCs/>
        </w:rPr>
        <w:t xml:space="preserve">, </w:t>
      </w:r>
      <w:proofErr w:type="spellStart"/>
      <w:r w:rsidRPr="004304B8">
        <w:rPr>
          <w:i/>
          <w:iCs/>
        </w:rPr>
        <w:t>reproducere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și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distribuire</w:t>
      </w:r>
      <w:proofErr w:type="spellEnd"/>
      <w:r w:rsidRPr="004304B8">
        <w:rPr>
          <w:i/>
          <w:iCs/>
        </w:rPr>
        <w:t xml:space="preserve"> a </w:t>
      </w:r>
      <w:proofErr w:type="spellStart"/>
      <w:r w:rsidRPr="004304B8">
        <w:rPr>
          <w:i/>
          <w:iCs/>
        </w:rPr>
        <w:t>materialelor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realizate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revin</w:t>
      </w:r>
      <w:proofErr w:type="spellEnd"/>
      <w:r w:rsidRPr="004304B8">
        <w:rPr>
          <w:i/>
          <w:iCs/>
        </w:rPr>
        <w:t xml:space="preserve"> AO HelpAge Moldova. </w:t>
      </w:r>
      <w:proofErr w:type="spellStart"/>
      <w:r w:rsidRPr="004304B8">
        <w:rPr>
          <w:i/>
          <w:iCs/>
        </w:rPr>
        <w:t>Datele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și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informațiile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obținute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în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cadrul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evaluării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vor</w:t>
      </w:r>
      <w:proofErr w:type="spellEnd"/>
      <w:r w:rsidRPr="004304B8">
        <w:rPr>
          <w:i/>
          <w:iCs/>
        </w:rPr>
        <w:t xml:space="preserve"> fi </w:t>
      </w:r>
      <w:proofErr w:type="spellStart"/>
      <w:r w:rsidRPr="004304B8">
        <w:rPr>
          <w:i/>
          <w:iCs/>
        </w:rPr>
        <w:t>tratate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confidențial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și</w:t>
      </w:r>
      <w:proofErr w:type="spellEnd"/>
      <w:r w:rsidRPr="004304B8">
        <w:rPr>
          <w:i/>
          <w:iCs/>
        </w:rPr>
        <w:t xml:space="preserve"> nu </w:t>
      </w:r>
      <w:proofErr w:type="spellStart"/>
      <w:r w:rsidRPr="004304B8">
        <w:rPr>
          <w:i/>
          <w:iCs/>
        </w:rPr>
        <w:t>vor</w:t>
      </w:r>
      <w:proofErr w:type="spellEnd"/>
      <w:r w:rsidRPr="004304B8">
        <w:rPr>
          <w:i/>
          <w:iCs/>
        </w:rPr>
        <w:t xml:space="preserve"> fi </w:t>
      </w:r>
      <w:proofErr w:type="spellStart"/>
      <w:r w:rsidRPr="004304B8">
        <w:rPr>
          <w:i/>
          <w:iCs/>
        </w:rPr>
        <w:t>utilizate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sau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transmise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unor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terți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fără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acordul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prealabil</w:t>
      </w:r>
      <w:proofErr w:type="spellEnd"/>
      <w:r w:rsidRPr="004304B8">
        <w:rPr>
          <w:i/>
          <w:iCs/>
        </w:rPr>
        <w:t xml:space="preserve"> al AO HelpAge Moldova. Pe </w:t>
      </w:r>
      <w:proofErr w:type="spellStart"/>
      <w:r w:rsidRPr="004304B8">
        <w:rPr>
          <w:i/>
          <w:iCs/>
        </w:rPr>
        <w:t>întreaga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perioadă</w:t>
      </w:r>
      <w:proofErr w:type="spellEnd"/>
      <w:r w:rsidRPr="004304B8">
        <w:rPr>
          <w:i/>
          <w:iCs/>
        </w:rPr>
        <w:t xml:space="preserve"> a </w:t>
      </w:r>
      <w:proofErr w:type="spellStart"/>
      <w:r w:rsidRPr="004304B8">
        <w:rPr>
          <w:i/>
          <w:iCs/>
        </w:rPr>
        <w:t>consultanței</w:t>
      </w:r>
      <w:proofErr w:type="spellEnd"/>
      <w:r w:rsidRPr="004304B8">
        <w:rPr>
          <w:i/>
          <w:iCs/>
        </w:rPr>
        <w:t xml:space="preserve">, </w:t>
      </w:r>
      <w:proofErr w:type="spellStart"/>
      <w:r w:rsidRPr="004304B8">
        <w:rPr>
          <w:i/>
          <w:iCs/>
        </w:rPr>
        <w:t>consultantul</w:t>
      </w:r>
      <w:proofErr w:type="spellEnd"/>
      <w:r w:rsidRPr="004304B8">
        <w:rPr>
          <w:i/>
          <w:iCs/>
        </w:rPr>
        <w:t>/</w:t>
      </w:r>
      <w:proofErr w:type="spellStart"/>
      <w:r w:rsidRPr="004304B8">
        <w:rPr>
          <w:i/>
          <w:iCs/>
        </w:rPr>
        <w:t>consultanta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sau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organizația</w:t>
      </w:r>
      <w:proofErr w:type="spellEnd"/>
      <w:r w:rsidRPr="004304B8">
        <w:rPr>
          <w:i/>
          <w:iCs/>
        </w:rPr>
        <w:t xml:space="preserve"> de </w:t>
      </w:r>
      <w:proofErr w:type="spellStart"/>
      <w:r w:rsidRPr="004304B8">
        <w:rPr>
          <w:i/>
          <w:iCs/>
        </w:rPr>
        <w:t>consultanță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selectată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va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respecta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politicile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și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procedurile</w:t>
      </w:r>
      <w:proofErr w:type="spellEnd"/>
      <w:r w:rsidRPr="004304B8">
        <w:rPr>
          <w:i/>
          <w:iCs/>
        </w:rPr>
        <w:t xml:space="preserve"> HelpAge Moldova </w:t>
      </w:r>
      <w:proofErr w:type="spellStart"/>
      <w:r w:rsidRPr="004304B8">
        <w:rPr>
          <w:i/>
          <w:iCs/>
        </w:rPr>
        <w:t>privind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salvgardarea</w:t>
      </w:r>
      <w:proofErr w:type="spellEnd"/>
      <w:r w:rsidRPr="004304B8">
        <w:rPr>
          <w:i/>
          <w:iCs/>
        </w:rPr>
        <w:t xml:space="preserve">, </w:t>
      </w:r>
      <w:proofErr w:type="spellStart"/>
      <w:r w:rsidRPr="004304B8">
        <w:rPr>
          <w:i/>
          <w:iCs/>
        </w:rPr>
        <w:t>prevenirea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exploatării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și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abuzului</w:t>
      </w:r>
      <w:proofErr w:type="spellEnd"/>
      <w:r w:rsidRPr="004304B8">
        <w:rPr>
          <w:i/>
          <w:iCs/>
        </w:rPr>
        <w:t xml:space="preserve"> sexual (PSEA), </w:t>
      </w:r>
      <w:proofErr w:type="spellStart"/>
      <w:r w:rsidRPr="004304B8">
        <w:rPr>
          <w:i/>
          <w:iCs/>
        </w:rPr>
        <w:t>protecția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datelor</w:t>
      </w:r>
      <w:proofErr w:type="spellEnd"/>
      <w:r w:rsidRPr="004304B8">
        <w:rPr>
          <w:i/>
          <w:iCs/>
        </w:rPr>
        <w:t xml:space="preserve">, </w:t>
      </w:r>
      <w:proofErr w:type="spellStart"/>
      <w:r w:rsidRPr="004304B8">
        <w:rPr>
          <w:i/>
          <w:iCs/>
        </w:rPr>
        <w:t>confidențialitatea</w:t>
      </w:r>
      <w:proofErr w:type="spellEnd"/>
      <w:r w:rsidRPr="004304B8">
        <w:rPr>
          <w:i/>
          <w:iCs/>
        </w:rPr>
        <w:t xml:space="preserve">, </w:t>
      </w:r>
      <w:proofErr w:type="spellStart"/>
      <w:r w:rsidRPr="004304B8">
        <w:rPr>
          <w:i/>
          <w:iCs/>
        </w:rPr>
        <w:t>etica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profesională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și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nediscriminarea</w:t>
      </w:r>
      <w:proofErr w:type="spellEnd"/>
      <w:r w:rsidRPr="004304B8">
        <w:rPr>
          <w:i/>
          <w:iCs/>
        </w:rPr>
        <w:t xml:space="preserve">, </w:t>
      </w:r>
      <w:proofErr w:type="spellStart"/>
      <w:r w:rsidRPr="004304B8">
        <w:rPr>
          <w:i/>
          <w:iCs/>
        </w:rPr>
        <w:t>asigurând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respectarea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drepturilor</w:t>
      </w:r>
      <w:proofErr w:type="spellEnd"/>
      <w:r w:rsidRPr="004304B8">
        <w:rPr>
          <w:i/>
          <w:iCs/>
        </w:rPr>
        <w:t xml:space="preserve">, </w:t>
      </w:r>
      <w:proofErr w:type="spellStart"/>
      <w:r w:rsidRPr="004304B8">
        <w:rPr>
          <w:i/>
          <w:iCs/>
        </w:rPr>
        <w:t>siguranței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și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demnității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persoanelor</w:t>
      </w:r>
      <w:proofErr w:type="spellEnd"/>
      <w:r w:rsidRPr="004304B8">
        <w:rPr>
          <w:i/>
          <w:iCs/>
        </w:rPr>
        <w:t xml:space="preserve"> implicate </w:t>
      </w:r>
      <w:proofErr w:type="spellStart"/>
      <w:r w:rsidRPr="004304B8">
        <w:rPr>
          <w:i/>
          <w:iCs/>
        </w:rPr>
        <w:t>în</w:t>
      </w:r>
      <w:proofErr w:type="spellEnd"/>
      <w:r w:rsidRPr="004304B8">
        <w:rPr>
          <w:i/>
          <w:iCs/>
        </w:rPr>
        <w:t xml:space="preserve"> </w:t>
      </w:r>
      <w:proofErr w:type="spellStart"/>
      <w:r w:rsidRPr="004304B8">
        <w:rPr>
          <w:i/>
          <w:iCs/>
        </w:rPr>
        <w:t>evaluare</w:t>
      </w:r>
      <w:proofErr w:type="spellEnd"/>
      <w:r w:rsidRPr="004304B8">
        <w:rPr>
          <w:i/>
          <w:iCs/>
        </w:rPr>
        <w:t>.</w:t>
      </w:r>
    </w:p>
    <w:sectPr w:rsidR="00FE4ACA" w:rsidRPr="004304B8" w:rsidSect="00034616">
      <w:footerReference w:type="default" r:id="rId9"/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C007C" w14:textId="77777777" w:rsidR="00C96B24" w:rsidRDefault="00C96B24">
      <w:pPr>
        <w:spacing w:after="0" w:line="240" w:lineRule="auto"/>
      </w:pPr>
      <w:r>
        <w:separator/>
      </w:r>
    </w:p>
  </w:endnote>
  <w:endnote w:type="continuationSeparator" w:id="0">
    <w:p w14:paraId="55630F63" w14:textId="77777777" w:rsidR="00C96B24" w:rsidRDefault="00C96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  <w:sig w:usb0="E0000AFF" w:usb1="400078FF" w:usb2="00000001" w:usb3="00000000" w:csb0="000001BF" w:csb1="00000000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A77E8" w14:textId="77777777" w:rsidR="00BC1820" w:rsidRDefault="001F41A4">
    <w:pPr>
      <w:pStyle w:val="Footer"/>
      <w:jc w:val="center"/>
    </w:pPr>
    <w:r>
      <w:rPr>
        <w:sz w:val="16"/>
      </w:rPr>
      <w:t>HelpAge Moldova | Termeni de Referință – Evaluarea nevoilor refugiaților vârstnici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AF4DA" w14:textId="77777777" w:rsidR="00C96B24" w:rsidRDefault="00C96B24">
      <w:pPr>
        <w:spacing w:after="0" w:line="240" w:lineRule="auto"/>
      </w:pPr>
      <w:r>
        <w:separator/>
      </w:r>
    </w:p>
  </w:footnote>
  <w:footnote w:type="continuationSeparator" w:id="0">
    <w:p w14:paraId="1E90C328" w14:textId="77777777" w:rsidR="00C96B24" w:rsidRDefault="00C96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FEACF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BC5066"/>
    <w:multiLevelType w:val="hybridMultilevel"/>
    <w:tmpl w:val="5BEA7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341946"/>
    <w:multiLevelType w:val="hybridMultilevel"/>
    <w:tmpl w:val="B0621722"/>
    <w:lvl w:ilvl="0" w:tplc="D5BE9160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F6F75"/>
    <w:multiLevelType w:val="multilevel"/>
    <w:tmpl w:val="3C641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B56196"/>
    <w:multiLevelType w:val="hybridMultilevel"/>
    <w:tmpl w:val="13BC5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14F95"/>
    <w:multiLevelType w:val="multilevel"/>
    <w:tmpl w:val="A58E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0F1A6D"/>
    <w:multiLevelType w:val="hybridMultilevel"/>
    <w:tmpl w:val="2D102E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47B9E"/>
    <w:multiLevelType w:val="multilevel"/>
    <w:tmpl w:val="4AE4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EC1B27"/>
    <w:multiLevelType w:val="multilevel"/>
    <w:tmpl w:val="B5FAA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D7B43"/>
    <w:multiLevelType w:val="hybridMultilevel"/>
    <w:tmpl w:val="2CAE9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D1625"/>
    <w:multiLevelType w:val="multilevel"/>
    <w:tmpl w:val="540CB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12"/>
  </w:num>
  <w:num w:numId="12">
    <w:abstractNumId w:val="10"/>
  </w:num>
  <w:num w:numId="13">
    <w:abstractNumId w:val="17"/>
  </w:num>
  <w:num w:numId="14">
    <w:abstractNumId w:val="14"/>
  </w:num>
  <w:num w:numId="15">
    <w:abstractNumId w:val="18"/>
  </w:num>
  <w:num w:numId="16">
    <w:abstractNumId w:val="9"/>
  </w:num>
  <w:num w:numId="17">
    <w:abstractNumId w:val="13"/>
  </w:num>
  <w:num w:numId="18">
    <w:abstractNumId w:val="15"/>
  </w:num>
  <w:num w:numId="19">
    <w:abstractNumId w:val="11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F42"/>
    <w:rsid w:val="00034616"/>
    <w:rsid w:val="0006044F"/>
    <w:rsid w:val="0006063C"/>
    <w:rsid w:val="000B657F"/>
    <w:rsid w:val="0015074B"/>
    <w:rsid w:val="001F41A4"/>
    <w:rsid w:val="0029639D"/>
    <w:rsid w:val="00326F90"/>
    <w:rsid w:val="00404CDC"/>
    <w:rsid w:val="0040636F"/>
    <w:rsid w:val="00423C3C"/>
    <w:rsid w:val="004304B8"/>
    <w:rsid w:val="00561E22"/>
    <w:rsid w:val="005C65A8"/>
    <w:rsid w:val="006D2307"/>
    <w:rsid w:val="00920926"/>
    <w:rsid w:val="00AA1D8D"/>
    <w:rsid w:val="00B02754"/>
    <w:rsid w:val="00B47730"/>
    <w:rsid w:val="00BC1820"/>
    <w:rsid w:val="00C65956"/>
    <w:rsid w:val="00C72A77"/>
    <w:rsid w:val="00C96B24"/>
    <w:rsid w:val="00CB0664"/>
    <w:rsid w:val="00E637D2"/>
    <w:rsid w:val="00EB5E0E"/>
    <w:rsid w:val="00FC693F"/>
    <w:rsid w:val="00FE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48C9E"/>
  <w14:defaultImageDpi w14:val="300"/>
  <w15:docId w15:val="{3184F97C-FD0E-4724-AB27-3F1FEE43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C65956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4ACA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14F42"/>
    <w:pPr>
      <w:spacing w:after="0" w:line="240" w:lineRule="auto"/>
    </w:pPr>
    <w:rPr>
      <w:rFonts w:eastAsia="Calibri"/>
      <w:kern w:val="2"/>
      <w:sz w:val="24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Normal"/>
    <w:qFormat/>
    <w:rsid w:val="00C72A77"/>
    <w:pPr>
      <w:widowControl w:val="0"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paragraph" w:customStyle="1" w:styleId="isselectedend">
    <w:name w:val="isselectedend"/>
    <w:basedOn w:val="Normal"/>
    <w:rsid w:val="00E637D2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6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helpag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4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Cristina Putuntica</cp:lastModifiedBy>
  <cp:revision>6</cp:revision>
  <dcterms:created xsi:type="dcterms:W3CDTF">2013-12-23T23:15:00Z</dcterms:created>
  <dcterms:modified xsi:type="dcterms:W3CDTF">2026-09-16T13:33:00Z</dcterms:modified>
  <cp:category/>
</cp:coreProperties>
</file>